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الله يا الله سبحانه اللهم يا الله والحمد لله اعوذ بالله من الشيطان الرجيم بسم الله الرحمن الرحيم وبه تعالى نستعين والصلاة والسلام على محمد واله الطاهرين اهلا بكم اعزائي الطلاب. وصلنا الى هذه الفقرة وبيانه ان القسمة بانواعها الثلاثة اشير الى مسألة مهمة جدا وهي اه عدم تناهي الاجسام في الانقسام. طبعا ليس بالفعل بالقوة ما كان هناك امتداد لجسمي يقبل الانقسام واذا عجزنا ماديا ان نفككه ماديا طبيعيا فالوهم لا يعجز واذا عجز الوهم لعدم الادراك على مستوى مثلا الذرات لا تبصر يأتي العقل العقل يسأل يقول اعطني المقدمة ما هي المقدمة? ممتد تقول نعم كل جسم ممتد هوية الجسم هي الامتداد اذ يقبل الانقسام كنا في هذه المسألة نرجع الى المتن قال والقسمة بانواعها القسمة الطبيعية يعني التفكيكية كما يسميها هنا والوهمية والعقلية تحدث اثنين يساوي طباع كل واحد منهما طباع المجموع. اذا كانت عندك قطعة خشب وقسمتها الى اثنين والطبيعة الاولى تساوي الطبيعة الثانية يعني القسم الأول في طبيعته يعادل القسم الثاني في طبيعته والقسمة تستمر لكن بالقوة وليس بالفعل اقول يريد ان يبطل مذهب ديمقراطيس في هذا الموضوع وهو ان الجسم ينتهي في القسم الانفكاكية الى اجزاء قابلة للقسمة الوهمية لانفكاكية يعني يصل الى آآ اجزاء آآ محدودة نعم وبيانه ان القسم بانواعها الثلاثة قلنا الطبيعية يعني الانفكاكية هنا نسميها الوهمية والعقلية اعني الانفكاك الانفكاكية والوهمية والتي باختلاف الاعراض الاضافات او الحقيقية يعني التي تنقسم باختلاف الاعراض انت ترى جسما فيه لون ابيض وفيه لون اسود اللون الابيض في جهة اللون الاسود في جهة هذا خير دليل على انه ويقبل الانقسام الالوان علامة على انقسامه نعم نعم تحدث في المقسوم يعني هذه القسمة الانفكاكية او الوهمية اثنين والشهودية خذ قطعة خشب وكسرها وتفككها القطعة الاولى خشب والقطعة الثانية خشب يعني وحدة الطبيعة تكون طبيعة كل واحد من القسمين متساوية. يعني هذه طبيعة خشبية وهذه طبيعة خشبية لطبيعة المجموع يعني لطبيعة الخشب قبل الانكسار وقبل التفكيك ولطبيعة الخارج عنها خارجة عن هذه المجموعة يعني وكل واحد من القسمين القسم الأول القسم الثاني الناتج من التفكيك والقسمة لما صح عليه الانفكاك هو كذلك يقبل الانقسام باي ظابطة الامتداد صح عن الانفكاك عن صاحبه فكذلك كل واحد من قسمه القسمين الى ما لا نهاية يقبل الانقسام يقبل الانقسام ولكن يقبلها بالقوة. ليس الاقسام كلها حاضرة بالفعل هذا لا يمكن. قال وامتناع الانفكاك قد تقول نعجز في القسمة الطبيعية نصل ونعجز اما لان الذرة اه صغيرة جدا اه او اصلا الحس لا يدرك الذي يقبل الانقسام. قال والامتناع الانفكاك يعني القسمة الطبيعية لعارض لعارض في البين يعني فيه مانع لا يقتضي الامتناع الذاتي يعني هو يقبل الانقسام فقط عجز خارجي اقول بعض الاجسام قد تمتنع عليها القسمة الالتكاكية الطبيعية لا بالنظر الى ذاتها ما دامت هي ممتدة فتقبل الانقسام بل بالنظر الى عارض خارج عن الحقيقة الجسمية. يعني لا هذا العارض ليس له علاقة بالامتداد نعم وانما يعرض ويمنع القسمة اما لصغر المقسوم يبين لك العارض اما لصغر المقسوم كالذرات مثلا اصلا لا يدري كالحس ولا يطالها المنشار حتى المنشار النظيري بحيث لا تتناوله الالة القاسمة سواء كانت الالة القاسمة الطبيعية يعني المنشار العرفي او الناظرية او لصلابته ومستحكم او وصول صورة تقتضي ذلك مصداقها السورة الفلكية يقولون الصورة الفلكية تمنع انقسام الفلك هما عندهم الفلك لا ينقسم الفلك ذلك الانبوب الذي تدور فيه يدور فيه الكوكب مثلا الشمس عندها اه انبوب دائري في داخلها تدور وهي في الحقيقة هذه الاسلاك فرضية فرضها الفلكي للفهم امور وان لا واقعية لا شافو ان هناك هذه القسمة التي تحدث على مستوى اه على مستوى العناصر هنا لا لا تحدث هناك في الفلك كل هذه مبنية على بعض الفرضيات الفلكية التي انتهت الان نعم او وصول صورة تقتضي ذلك قلنا الصورة الفلكية كما في الفلك عنده يعني عند حكماء ولكن ذلك الامتناع لا يقتضي الامتناع الذاتي هي عوامل فقط نعم والعقل يقول ما دامت ممتدة تقبل الانقسام قال ثم ما هي الفتوى? ما هو مبناك? ايها المحقق التونسي في الجسم يقول فقد ثبت ان الجسم شيء واحد متصل امتداد يقبل الانقسام الى ما لا نهاية. يقبل يعني عنده قابلية ليس منقسما بالفعل لا ابدا يعني يقبل القسم قسمت يحدث آآ قسمان تأخذ القسمة الاولى تقسمه الثاني تقسمه وهكذا دواليك القسمة لا تتوقف. اقول هذا نتيجة ما مضى يعني مبناه لانه قد بطل القول بتركب الجسم من الجواهر الافراد ما عندها جواهر افراد سواء كانت متناهية او غير متناهية فثبت انه واحد في نفسه متصل عن الإمتداد بابنا الشيخ الإشراق هذا شيخ الاشراق ينفي الهيولة كما سيأتي نعم لا مفاصل له بالفعل يعني يمكن ان ينفصل بالقوة ولا شك في انه يقبل الانقسام. فاما ان يكون قابل لما لما يتناهى من الأقسام لا غير وهو باطنه. قلنا لا يقف عند اقسام متناهية. لما تقدم في ابطال مذهب ديمقراطيس او لما لا يتناهى وهو المطلوب فالجسم ما هو امتداد ويقبل الانقسام الى ما لا نهاية وهذه الان اه ثابتة في الفيزياء واخر مطالعتي انا في الفيزياء لان تخصصي كان في الجامعة  ازياء اخر ما وصلت اليه حسب معلوماتي ممكن تطورت الامور لا ادري وصلوا الى ان اه اخر مكونات المادة نهاية مكونات المادة هي دائرة ثم هذه الدائرة تلتوي وتصير فشكل ثمانية ثمانية هكذا ثم تنفصل الى دائرتين يعني تنقسم ثم هذه الدائرة كذلك تلتوي تصير ثمانية وتنقسم وهذه الدائرة هكذا والدواليك يعني يطابق هذا المبنى بدقة فائقة المسألة السابعة في نفي الهيولد جيد هذا العقيق الان في هذا الفص ما هي مكوناته مكوناته كما يقول المشاء عندنا هيولة يعني المادة الاولى من اين جاءت من اكتشفها تأمل في هذا الوجود المادي المتجلي في الكون هذا الشجر هذا ماء هذا النحاس هذا ذهب منبسط في صور متعددة الفيلسوف دائما يركز على هذه القاعدة البنيوية كيف يرجع الكفرة الى الوحدة فتأمل ظهر ارسطو تأمل في هذا الوجود المادي ما هو الشيء الذي يوحده يجعله حقيقة واحدة تشترك فيها الجميع وان تنوعت في الصورة فوجد هذه المادة الاولى فترجمها آآ العلماء في الحضارة الاسلامية بالهيولة. هيولة يعني هيلي هي المادة المشتركة يعني الشجرة عندها مادة تشترك مع الزجاج مع الذهب  سماوها لي يعني الهيولة ثم الهيولة تعرضها صورة جسمية يعني الامتداد هي تمتد ثم تأتي الصورة النوعية تعرض للمادة الثانية. المادة الثانية ما هي? الهيولة مع الامتداد ولهذا ترى انت الاشياء في هذا الكون كلها ممتدة ايلولة ممتدة مثل نمثل لك بالمثال مادة الشمع عندك انت مادة الشمع ممتدة مادة الشمع</w:t>
      </w:r>
    </w:p>
    <w:p>
      <w:r>
        <w:t>كالهيولة والامتداد ثم انت تشكل صور كما تشاء تصنع فيلا تصنع قلما تصنع آآ اي شيء تشاء من هذه العجينة هذه الشمعة فعندنا الهيولة محض قوة قابلية مطلقة تأتيها الفعلية الاولى هي الامتداد هذا الامتداد حتى لا يبقى مبهما تأتي الصورة النوعية امتداد زجاجي امتداد نحاسي امتداد ذهبي وهكذا هيولة امتداد الهيولة تسمى المادة الاولى والإمتداد للمادة الثانية يعني هي امتداد ثاني مادة ثانية المادة الثانية قابلة للصورة النوعية صورة جديدة من صنخ جديد هي التي تجعلها زجاجا او ذهبا او فضة المحقق الطوسي هنا تبعا لشيخ الاشراق ينفي الهيولة يقول ما عندنا الا الامتداد. هذه الهيولة المشتركة ويا خرافة نعم اما الفلاسفة قبل الشيخ الاشراق كانوا يقولون بالهيولة يعني المشة معروفون بهذا المبنى. قال ولا يقتضي ذلك يعني هذا الامتداد الاتصالي ثبوت مادة سوى الجسم. يعني سوى الامتداد. مع ان لها يولد لاستحالة التسلسل ووجود ما لا يتناهى. يعني هو استدل على نسل الهيولة بالتسلسل وهو محال ووجود ما لا يتناهى ووجود ما لا يتناهى غير معقول. اه نعم اقول يريد ان يبين ان الجسم بسيط لا جزء له. يعني ناس متشكلا منها يولى وامتداد وقد ذهب الى ذلك جماعة من المتكلمين وابو البركات البغدادي يعني هذا تبناه بعض المتكلمين وابو بركات ابو البركات البغلة ديال الفيلسوف اليهودي الذي اسلم نعم قال ابو علي ابن سينا ان الجسم مركب من من الهيولة والصورة اذا قلت الصورة الجسمية يعني الامتداد واذا قلت الصورة النوعية يعني هيولة وامتداد وسورة نوعية واحتج ابن سينا عليه لان الجسم متصل الجسم عبارة عن اتصال امتداد نعم في نفسي وقابل للانفصال يعني قابل ان ينفصل متصل ينفصل نعم انت تأمل جيدا الاتصال يناقض الانفصال يناقض بنحو الوجود والعدم يعني يقابله بنحو وجود العدم بنحو الملكة وعدم الملكة المهم يقابله. يعني اذا كان الانفصال لا يكون الاتصال اذا كان الاتصال لا يكون الانفصال. فكيف يحدث النقيض في النقيض نعم. ويستحيل ان يكون القابل هو الاتصال يعني الاتصال لا يقبل الانفصال شيء ولا يقبل نقظه. اذا من يقبل الانفصال هو لا يولاه يعني عندنا بعد غير الامتداد وهو لا يولد بشرط هي التي تجعل هذا الكون متعددا ومنفصلا. يعني الصورة اذا جاءت لاجل المادة تنفصل زجاجا تنفصل ذهبا. وليس للامتداد لان آآ الامتداد يعني الاتصال لا يقبل الان في صالة يعني انت الآن عندك شمعة شمعة طويلة فتقسمها شمعة متصلة صحيح واذا قسمتها يعني فصلتها الاتصال لا يقبل الانفصال مستحيل الشيء لا يقبل ما نقضه الوجود لا يقبل العذاب. اذا ما هو ملاك الانقسام الهيولة? يعني فيه بعد اخر اذا المسألة عقلية يعني العقل وصل الى هذه المادة الاولى التي تسمى الهيئة الاولى على مبنى من? على مبنى الشيخ الرئيس. وفيه دليل اخر وهو التكامل يعني انت عندك اه اه التفاحة صارت غداء صارت دما صارت نطفة صار علقة مضغة جنينا انسان فانتقال النطفة الى العلاقية اه الصورة لا تأتي العرقية وترجع هذا الكيان النطفة الى علاقة حتى يتطور الا اذا كان عنده هناك قابلية عندو فعلية وهي اللطفية والقابلية ما هي كيف قبل الصورة النطفية واختفت الصورة قبل السورة العرقية واختفت السورة المطفية لقابيلية هذه القبيلة هي الهيولة عندهم دليلان هذا دليل الفصل والوصل والدليل القوة والفعل هنا الشيخ المحقق التونسي لم يأتي بهداك الدليل نعم ويستحيل ان يكون القابل هو الاتصال. اذا من يقبل الانفصال مادة الاتصال نعم ويستحيل ان يكون القابل هو الاتصال ان يكون القابل هو الاتصال نفسه لان الشيء لا يقبل عدمه وهذا  مبدأ السبب الكافي بلا سبب الكافي يقول اذا قلنا ان الاتصال يقبل الانفصال يعني اجتماعا وكذا فلا بد للاتصال من محل الاتصال له محل. هذا المحل يقبل الانفصال. يقبل الانفصال يقبل الانفصال جملة وصفية للمحل فلا بد للاتصال من محل صف لنا هذا المحل يقبل الانفصال. هذا المحل هو الهيولة يقبل الانفصال ويقبل الاتصال يعني يقبل النقيضين ما هو هذا المحل? وذلك هو لا يولى هذا دليل من? دليل مرسل والإتصال ما هو? الإتصال هو? الإتصال الأول هو الصورة الجسمية ثم تأتي السورة النوعية والاتصال هو الصورة اكتب تحتها الصورة الجسمية التي تصير مادة ثانية لمن? للصورة النوعية فاستدرك المصنف رحمه الله ذاك وذلك وقال  ان ذلك اي قبول الانقسم لا يقتضي ثبوت مادة يعني لا يقتضي ثبوت ثبوت هيولة كما قررناه في كلام ابي علي كما مثبته ابن سينا من خلال عدم قبول الاتصال للانفصال. اذا من يقبل هذا الانفصال? بعد اخر في هذا الممتد وهو الهيولة هذا كلام من? كلام ابن سينا شيخ الاشراق اول من نقض هذا المبنى ثم تبناه اه المحققات توصل الى المحقق التونسي في الفلسفة اشراقي وليس بالشأن لان الجسم المتصل له مادة واحدة الجسم المتصل له مادة واحدة نعم فإذا قسمناه استحالة ان تبقى المادة على وحدتها اتفاقا. بل يحصل لكل جزء مادة نعم اذا اخذت انت شمعة ممتدة وقسمتها اه القسم اللول له مادته وصورته والقسم الثاني له مادته وصورته نعم فاذا قسمنا استحالة ان تبقى المادة على وحدتها تنفصل هي كذلك اتفاقا هذا محل اتفاق بل يحصل لكل جزء مادة يعني هذه الشمعة التي تمثل القسم الأول لها مادتها وصورتها الشمعية وهذه كذلك القسم الثاني له مادته وصورته الشمعية فإن كانت مادة اذا فإذا كانت مادة كل جزء حادثة بعد القسمة يعني انت تخيل ان قسمنا المادة حدثت يعني لم تكن ثم كانت بالنسبة الى القسم الأول وبالنسبة الى القسم الثاني. ماذا يحدث? فان كانت مادة كل جزء. لان الشمعة الممتدة قسمناها الى قسمين. يعني الى جزئين كانت حادثة بعد القسمة لزم التسلسل لازم التسلسل. لماذا? لان القسم هذا القسم الجديد القسم الاول الجديد. كذلك يقبل الانقسام. فيحتاج الى مادة حادثة. والثاني كذلك يقبل الانقسام. يحتاج الى مادة الثانية وبفاتو تا للسلسل المواد نعم فإن كانت مادة كل جزء يعني كل قسم الناتج من القسم الناتجان من القسمة حادثة بعد القسمة يعني هذه المادة حادثة لم تكن لزمه التسلسل لأن كل حادث عندهم لابد له من مادة سابقة وهكذا دواليك وان كانت موجودة قبل القسمة يعني قبل القسمة هذه المادة موجودة لازم وجود مواد لا نهاية لها. يعني هذه المادة التي في القسم الثاني وفي القسم الثالث هي هي المادة في آآ في المجموع قبل القسمة فتصير المجموعة منذ ثلاث مواد لا نهاية لها بحسب ما في الجسم من قبول الانقسامات التي لا لا يعني كلما قسمنا الجسم تقسم له مثلا الى مليار قسم. اذا قلنا في كل قسم المادة حادثة فهذه المادة الحديثة تحتاج الى قوة الى مادة سابقة تقبل حدوثها. لازم التسلسل او هذه المواد كلها كانت مجموعة</w:t>
      </w:r>
    </w:p>
    <w:p>
      <w:r>
        <w:t>في المجموع قبل الانقسام فيلزم عدم التناهي في المواد نعم في الموت اني ابن سينا بطريقة سهلة يمكن ان يجيب يقول من قال ان هذه المواد الحادثة في الاقسام كانت بالقوة في المجموع كانت كانت بالفعل كانت بالقوة يعني عند قابلية لان تتفكك وليست موجودة بالفعل حتى تكون لا متناهية. سريعا ابن سينا يجيب. المهم المهم مبنى شيخ الاشراق هو المحقق التوصيل خرافة. وفي الحوزة العلمية الشيخ مصباح الياسدي كذلك له هذا المبنى. واستاذنا الشيخ فياضي الله يحفظه له هذا المبنى العيون اخلاص دخلت في المحق نعم لكن الاكثرية يؤمنون هذه المادة ويفهموها بطريقة لا بشرط الا بشرط هنا المحققة التوصيف التوصيف في اشكاله انه اذا قسمنا الشمعة الى اقسام متعددة اذا كانت هذه المادة حادثة تحتاج الى قوة لانهم عند الفلاسفة كل حادث يحتاج الى قوة تقبل حدوثه يلزم التسلسل او لا هذه المواد بعد التقسيم كانت بالفعل وموجودة بالفعل في الجسم قبل القسمة فيلزم الجسم الواحد يتشكل من مواد لا متناهية اه هذا خلط بين لا بشرط وبشرط شيء لا يولى لا بشرط يعني ليست لها هوية حتى تكون متكاثرة ولا متكاثرة قائمة بالفعلية خليني ابين مسألة بنيوية ثم ادخل في المسألة الثامنة اه هل الله تعالى في عنايته الخلقية حقق الهيول ثم اعطاها امتداد ثم اعطاها صورة نوعية يعني زجاجية ذهبية فضية مائية ثم تبعها الاعراض اللون الاحمر الاصفر الزلالي لا يهم لان كل جسم له هذه هذه المكونات الاربعة هيولة الامتداد الصورة النوعية تميزه والاعراض التي تأتي بها السورة. وتحملها المادة هل الله تعالى في عنايته الخلقية خلق الهيولة ثم اعطاها الامتداد ثم اعطاها الصورة ثم الصورة جلبت الاعراض ان مستقرة في المادة لا ابدا ليس هكذا. الله تعالى خلق الزجاج قال له كن فيكن خلق الماء ثم يأتي العقل البشري العقل البشري يعتمد على امرين اساسين اساسيين الاعتبار يعني التمييز كلما كان هناك اعتبار كان التمييز يعني يأتي يعتبر يميز يفكك ثم بعد ما يفكك يأتي ويركب حلل ويركب ويجعل التناغم في هذه الحقيقة ليكتشف الهيولة لوحدها الامتدال لوحده. الصورة المنوعة لوحدها والاعراض لوحدها. يدرس كل بعد لوحده ثم حين التركيب ماذا يقول? يقول هيولة امتدت عانقت الصورة ظهرت الاعراف هذا في التحليل اما اه في الحقيقة لا الله تعالى بقوله كن فيكون فاوجد الزجاج والحديد والذهب نعم فالعقل يأتي ويحلله ويجد هذه الحقائق المسألة الثامنة في اثبات المكان لكل جسم الجسم من لوازمه التمكن. كونه في حيز. هذه من لوازم من لوازم آآ التي لا تنفك عن الاجسام. نعم ومن هنا نحن نفينا الجسمية على الله تعالى بواسطة عدم التحيز تقول الجسم اه الله تعالى اه ليس ليس ما ليس بمتحيز والجسم متحيز قياس من الشكل الثاني الله ليس بجسم بواسطة التحيز. التحيز يعني حيز يمتلك المادة. يمتلك الجسم فالله تعالى يكون فقيرا لحيز نعم الوهابية اذا قلت له الله تعالى اين? يقول في السماء شوف الغباء خذوها قاعدة من عندي المتدين او رجل دين الذي يتكلم بالمقدس اذا ابعد العقل عن دائرته يعطي للناس الخرافات مرة تيكون خرافات صريحة مرة لا خرافات اه متظمنة. وهو يؤمن انها خرافات نعم يؤمن ما عنده عقل الذي يبعد العقل يؤمن بالشي ونقيضه فتقول له اين الله? يقول في السماء في العلو. يعني ما معنى? يعني الله اكتسب العلو بالسماء. اذا من الاله? الله ام السماء ما يفهمها هذه ما يفهمها مع الأسف الشديد كلما ابعد المتدين العقل من ساحته قدم للناس الخرافة واذا كثرت الخرافات في المجتمعات الدينية اول من يتنصل عن الدين النخبة النخبة لا تقبل الخرافات لانها متنورة ثم اذا جاء النفور من الدين رجل الدين يريد ان هذا الدين يسود لا يسود بالعقل ان ما في عاقل فيه نفور يأتي العنف خرافات وعنف كلما تقعر رجل الدين في الخرافات جره ذلك الى العنف. العنف يعني اه داعش يعني النصرة يعني القاعدة وما اشبه ذلك. حتى هذه الحركات المنحرفة التي تدعي المهدوية والاتصال بالمهدوية. صدقني لو كانت عندها قدرة مادية لشكلت ميليشيات لقتل المرجعية ولقتل كل معتدل في الحوزة العلمية نعم المسألة الثامنة في اثبات المكان لكل جسم. فالمكان لازم لا ينفك عن الجسمية. لان الجسمية ما هي? الجسمية هي امتداد فاذا امتدت يعني تحيزت هذا هو المكان مسألة شهودية نعم لكن اه الفلاسفة يسعون الى اثباته بالبرهان. قال ولكل جسم مكان طبيعي يطلبه عند الخروج على اقرب الطرق انا يقارب المسألة بالحركة مم شيء مادي في موقع ويتحرك الى موقع اخر اذا يتحرك لا يمكن ان يتحرك الا اذا ويصل الى نقطة الا اذا كان هناك مكان يستقر فيه طبعا هذا فهم ذاك ذلك الزمان. الفهم الساذج هو خاطئ مئة بالمئة. الان لا  من الحكمة المتعالية شيء اخر يختلف تماما نعم شيء اخر يختلف عندنا وجود لجسمه ما عندنا ما هي جسمية وجود جسمي وجود جسمه هذه كلها من اعراضه الذاتية ما عندنا مكان ينتظره الوجود الجسمي هو يحدث مكانا نعم اقول كل جسم على الاطلاق يعني بنحو الكلية ولهذا قال كل جسم لكل جسم مكان طبيعي نعم كل جسم على الاطلاق فانه يفتقر الى مكان ما هي وظيفة هذا المكان? يحل فيه يحل ذلك الجسم فيه في هذا المكان لاستحالة وجود جسم مجرد عن كل الامكنة نعم ثم تلقت العلوم واسست لجسم برزخي وجسم اخروي فالجسم البرسا البرزقي ليس له خصوصيات الجسم العنصري يحتاج الى حيز والى زمان والانتقال لا. انت في الرؤية ترى نفسك تتحرك حركات عجيبة وغريبة من قارة الى قارة لا زمان ولا مكان. لماذا? لانك في الرؤية انت تتحرك في جسم برزخي الا ان هذا البرزخ متصل بعد ليس منفصلا. كالبرزخ الصعودي او البرزخ النزولي يأتي ان شاء الله بقية الكلام.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