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تحملونا شوية لأن هذه المسائل جافة وبعضها تجاوزه التاريخ انتهى يدخل في تاريخ علم الكلام كثير من المطالب في هذه في هذا الفاصل الجوهر والاعراض تجاوزه الزمان لكن انتم اصبروا معنا حتى نصل الى المطالب التي لا زالت حية ولا زالت صحيحة خاصة فصل النفس جميل ورائع هنا بالمحققة التونسي يقول ولكل جسم مكان طبيعي وصلنا الى هنا ان المكان او الحيز لازم ذاتي للجسم لا معنى للجسمية بدون بدون التحيز. نعم. قد يكون هذا التحيز بالتحيز العنصري او التحيز البرزخي او التحيز الاخروي نعم فان عندنا جسم عنصري هنا في هذه النشأة يخضع لقوانين العناصر وعندنا الجسم برزخ في قوس الصعود يخضع لقانون البرزخ. وعندنا جسم اخروي يقع يخضع آآ قوانين الاخرة. هناك فعلية كما ما عندنا استعدادات القابلية اذن الجسم هناك اه الجسم الأخروي يختلف عن هويته بهذه النشأة المادية التي تقبل التكامل مع ان الجسم جسم جسم يعني المعاد الجسماني ثابت اقول كل جسم على الاطلاق فانه يفتقر الى مكان يحل فيه ذلك الجسم لاستحالة وجود جسم مجرد. جسم بدون مكان ما عندنا ظاهر هذه لاستحالة وجود جسم مجرد اشارة الى مبنى افلاطون عن كل الامكنة جسم مجرد عن كل الامكنة يعني جسم افلاطوني ما عندنا  ولابد وان يكون ذلك المكان طبيعيا له يعني يصارخه لان اذا جردنا الجسم عن كل العوارض يعني نزعنا عنه كل الأراء فاما ان لا لا يحل في شيء من الامكنة وهو محال لماذا? لان الجسم المحلية والحيزية الذاتية له او يحل في الجميع وهو ايضا باطل بالظرورة. كيف يحل في كل الامكنة او يحل البعض في البعض فيكون ذلك البعض طبيعيا معي خاص به ولهذا اذا اخرج عن مكانه عاد اليه على مبنى القدماء نعم يعني انت اذا رميت اه بحجر في الى السماء يصعد يصعد تنتهي سرعته ثم يرجع الى مكانه الطبيعي نعم نعم هذه مبني على الطبيعية القديمة طبعا. ولهذا اذا اخرج الجسم عن مكانه عاد اليه يعني بعد انتهاء الحركة يعود وانما يرجع اليه على اقرب الطرق وهو الاستقامة. طبعا اقرب الطرق هو الاستقامة نعم اذن مادام انه يعود اليه فهذا الموضع طبيعي له نعم فهذا غير صحيح الان مع الفيزياء الحديثة نعم قال فلو تعدد انتفى يعني لو تعدد المكان الطبيعي ينتفي اقول يريد ان يبين ان المكان طبيعي واحد. نعم لا يكون لجسم واحد امكنة متعددة لانه لو كان لجسم واحد مكانان طبيعيان او اكثر ثلاثة اربع لكان اذا حصل في احدهما كان تاركا للثاني. بطبيعة الحال نعم بالطبع يعني بطبعه يكون في مكان واحد فقط. انتقل من الف الى باء كان متحيزا في مكان الف ثم صار فيه باء. ترك الاول هذه مسألة شهودية بديهية نعم وكذا بالعكس يعني اذا كان في الف في باء ثم رجع الى الف يعني كان في في المكان الذي وصل اليه ثم عاد الى المكان الأول حتى من يترك الثاني نعم واضحة جدا انت الان مستقر في النجف تروح هناك كربلاء تعود من كربلاء النجف لا يمكن ان تكون في كربلاء والنجاة في ان واحد لا يمكن نعم وكذا بالعكس يعني اذا رجع مني من كربلاء الى النجف فلا يكون اه فلا يكون واحد منهما طبيعيا له. نعم. فلهذا قال فلو تعدد المكان يعني الطبيعي انتفى ولم يكن له مكان طبيعي لماذا? لانه لماذا يترك يعني لماذا يترك النجف يروح الى كربلاء فله كم مكان? له مكانان? لا اذا كانت في كربلاء تعين في مكان طبيعي في كربلاء اذا عادة معينة في مكان طبيعي في النجف فلا يمكن ان يكون له مكانان في ان واحد قال ومكان المركب مكان الغالب او ما اتفق وجوده فيه. تخيل انه اه هذا الجسم مركب من اجزاء متعددة وما يخضع لاي مكان يعني لمكان اي جزء اجزاء متعددة كل جزء مو جزء متحيز له مكان. اذا المركب يخضع لماذا? المحقق تنسيقه للغالب تعليلي القوي ومكان المركب يعني خرجنا الى الجسم المركب من اجزاء متعددة ومكان المركب مكان الغالب او ما اتفق وجوده فيه يعني الذي هو ان وجد فيه وهذا ذلك المكان الطبيعي. اقول المركب ان تركب من جوهرين يعني اذا تركب من جوهرين او ثلاث او اربعة لا يهم فان تساويا وتمانع يعني فيه تساوي في القوة وفي التمانع يعني التضاد هو يقع في الوسط يحدث حتى يتحقق الاعتدال نعم فان تساوى تساوى الجوهران وتمانع الجوهران وقف هذا المركب في الوسط بينهما والا تفرقا تفككا نعم يعني هو يعمل الاعتدال وان غلب احدهما كان مكانه مكان الغالب يعني للقوي نعم هذا مبنى اه عبدالله بن عمر في السياسة عبد الله بن عمر اسس للمخالفين مبنى سياسيا خطيرا جدا نحن مع مع من غلب. ومشت الى الان كل من سيطر الامة تبايع نعم انت فقط سيطر نعم تأتي من المريخ تأتي من الصين تسيطر على البلد الاسلامي عندك القوة انت تبايع لماذا عبدالله بن عمر تؤمن بهذا? يقول هو الذي يحدث الهدوء والاستقرار نعم فعنده هو الهدوء والاستقرار يعلوان على القيم على القيم الالهية. مباني بائسة جدا دمرت المسلمين الى يومنا هذا نعم فيطبق هذا هذا هذا المبنى المجتمع مركب من معارضة مثلا ومن آآ من حاكم هذا الحاكم هو الذي يستقر على العرش يعني هو الذي يأخذ المكان لماذا? لانه غالب له الحق ان يقهر المعارضة يدمر المعارضة بالله عليك هذه الرؤيا بشرية وتركوا الرؤية الالهية التي تقوم على اصطفاء الهي مع الاسف الشديد سيأتي ان شاء الله في الإمامة بالتفصيل من اجمل البحوث في هذا الكتاب هو بحث الإمامة كذلك نعم ونحاول ان شاء الله فاذا وصلنا للامامة لا نعتمد على ما يبينه العلماء الحلين. نأتي بإشكالات لان هذه الاشكالات هي الاشكالات السائرة الان ما في اشكالات اقوى منها نعم يقول وان غلب احدهما كان مكانه مكان الغالب. وان تركب من ثلاثة وغلب احدهما كان مكانهما كان الغالب. والا كان في الوسط. يعني اذا اعتدلت في الجذب والدفع كان في الوسط حتى لا تتفكك الاجزاء وينتف في المركب وان تركب من اربعة متساوية حصل في الوسط او ما اتفق وجوده فيه. يعني في هذا الوسط. وان غلب احدهما كان في مكان الغالب ولا استمرار للمعتدل لسرعة انفعاله بالامور الغريبة. ويقول المعتدل آآ لا يستقر يعني لماذا? لانه منفعل منفعل يعني تخيل انت الان عندك اربع اجزاء معتدلة ويقع في الوسط يعني في حالة الاعتدال. ثم يأتي طالق عرظ يروح هذا الوسط يروح الى مكان اخر يعتدل فيه</w:t>
      </w:r>
    </w:p>
    <w:p>
      <w:r>
        <w:t>الجسم نعم. ولا استمرار للمعتدل. لماذا? لسرعة انفعال المعتدل بالامور الغريبة. يعني الامور الطارئة والامور الخارجة كالضغط الخارجي مثلا كالضغط كالرياح امور متعددة خارجية تجعله يخرج من الوسط الى مكان اخر نعم هذا المكان الاخر هو الذي يؤمن عدم انفكاك المركب نعم قال وكذا الشكل والطبيعي منه الكرة الشكل ما هو? الشكل دائما آآ آآ دائما يكون للجسم سواء هذا الجسم كان عنصريا او برزخيا او اخرويا ولهذا انت في الرؤية ترى الاشكال لان هناك جسم برزخي جسم برزخي الا ان في الرؤية جسم برزخي متصل ليس منفصلا. اينما يكون الجسم سواء كان عنصريا يقبل الحركة والزحمة. او اه كان جسما برزخيا يقولون هناك في حركة في تكامل. الرواية تدل على ذلك. فلسفة بعد لم تصل الى هذا المطلب. اما الروايات مستفيضة في التكامل البرزخي. الاخرة ما في تكامل جسم برزخي يليق بتلك النشأة ما عنده القوة القوة والتكامل فقط الفعلية. لكن ما دام الجسمية موجودة الاشكال موجودة. نعم فالشكل ما هو? نهاية الجسم اذا لم ينتهي الجسم لا معنى للشكل. ولهذا النحات كيف ينحت هذه الصور المتعددة من الجبس ومن آآ من البرونز يعطيها حركة لان الانسان لا يعطي الوجود الانسان يعطي الحركة يعمل على نهايتها. كل النحات يعمل على النهايات حتى الرسام يعمل على النهايات. حتى اللي يكتب المقالة يعمل على النهايات. النهايات هي التي تعطي الشكل للاجسام. فهذا الخطاط الجميل الرائع في خط الرقعي ولا نفس تعليق الايراني يعمل على النهايات لماذا? لان النهايات هي التي تشكل الجسم. وكل وكذا الشكل الشكل يكون واحد فقط لا يتعدد والطبيعي منه والطبيعي منه يعني الافلاطون منه الشكل الشكل الافلاطوني الطبيعي عند القدماء والكرة الكرة هي اجمل شكل والشكل الطبيعي  اقول قيل في تعريف الشكل نعم انه ما احاط به حد واحد او حدود احاط يعني فيه نهايات احاط في نهاية مثلا انت تاخذ قطعة تشوفك اذا خطوط تحيط بهذا الجسم تحيط بهذا الجسم ما احاط به حد واحد او حدود. طبعا هذه الاحاطة اعتبارية. قلت لكم المفكر والباحث دائما يتحرك في الاعتبار يعني انت تأتي الى خشبة منحوتة اسدا او سمكة او تأتي الى الجبس منحوتة بوذا. نعم. فتأتي وتتأمل. لان هذا الجسم محدود تأتي الى النهاية تمسح عليه بيدك اذا مسحت به على يدك فكأنك احدثت حدودا هادي الحدود هي وهمية اعتبارية فهذا البوذا المصنوع من الجبس او من من النحاس اه تحيط به ماذا حدود حدود يعني نهايات هذه النهايات الواقعية ام ادعائية دعاية لأن النهايات امور عدمية وليست امور حقيقية نعم اذا تعريف الشكل ما احاط به حد واحد او حدود. يعني لا شك بدون نهايات اذا الشكل ما هو? نهاية الاجسام. نعم وفي التحقيق انه من الكيفيات المختصة بالكميات آآ الكميات يعني الهندسيات والشكل كيفية لهذه الهندسة يعني شكل الدائرة شكل كرة. هذه كلها هندسيات هندسية بنحو ما تسمى الكيفيات المختصة بالكمية يعني انت في دائرة الهندسة. الشكل اذن بعد هندسي بعد هندسي وهو هيئة يعرفه المحقق وهو هيئة احاطت آآ وهو هيئة احاطة الحد الواحد او الحدود بالجسم وهو طبيعي يعني يقتضيه الجسم بطبيعي او قصري يحمل على الجسم لان كل جسم متناه نعم متناهي على ما يأتي هذا خليها اصل موضوعي ما عندنا اجسام لا متناهية. عندنا كل جسم متناهي على ما يأتي كلمة على ما يأتي تسمى في الإصطلاح الاصل الموضوعي نعم لم يبينه بعد وكل متناهي مشكل بالضرورة انظر القاعدة الكبرى كل متناه مشكل بالظرورة اذا الشكل هو نهاية الجسم بدون هذه النهاية الجسم لا يتشكل. اذا في الحقيقة الشكل امر عدمي وليس امرا وجوديا فالذي يتزوج المرأة لجمالها يعني لشكلها نعم وهذا امر عدمي اذا تغيرت المادة مع الكبر الشكل هذا يتغير  اذا وصلت الى الاربعين ذهب ذلك الشكل الاعتباري فيبحث عن زوجة اخرى لان ملاك زواجي والجمال الشكلي ليس الجمال الروحي والقلبي. نعم. مع الاسف الشديد نعم اذا اه الشكل وهو نهاية الجسم. وكل متناهي مشكل بالظرورة. وهذا الجسم متناهي فله الشكل فاذا فرض خاليا عن جميع العوارض لم يكن له بد من شكل فيكون طبيعيا. حتى لو نزعت كل العوارض عنه الشكل لا يمكن ان تنزاحه لانه قهري طبيعي له هنا. ولما كانت الطبيعة واحدة لم تقتضي امور مختلفة ولا شكل ابسط خلينا هذا ولما كانت طبيعة واحدة لم تقتضي امور مختلفة. فلكل طبيعة شكلها الخاص شكلها الخاص شكلها الذاتي نعم والانسان في تعامله مع الامور المادية التي يعاينها في حياته يتعامل بالشكل نعم واكثر من ذلك الذهنية العامية آآ ترى الانسان حقيقته هذا الشكل نعم اذا قلت الانسان حيوان ناطق اصلا لا يفهمها هادي. الانسان هذا الشكل اه الذي امامي. يعني اذا اه اراد ان يلتقي به في الاخرة يجب ان تكون في مخيال هذه الصورة الشكلية. نعم اذا انتفت هذه الصورة الشكلية لا يعرفه. ولهذا اما هذا الفهم عمي اما الدقة العرفية ليس الدقة الفلسفية. الدقة العرفية لا تعرف ان هذا الشكل ليس هو الحقيقة الانسانية. بدليل انه يقول تغيرت ما الذي دفعه ان يقول تغيرت? تغير شكله اذا الشكل تغير والانسان بقي هو هو. اذا الانسان حقيقة اللسان غير الشكل. الشكل عرظه حين انتهى بروحه ام بمادته بمادته طبعا نعم ولا شكل ابسط من الاستدارة. يعني ابسط الاشكال هو الدائرة. الاستدارة يعني دائرة. فيكون الشكل الطبيعي هو المستدير وباقي الاشكال قصر يعني قسري. جئنا الى الشكل الدائري وغيرناه وغيرنا. هذا كذلك من المباني القديمة التي لا اصل لها نعم المسألة التاسعة في تحقيق ماهية المكان نعم يعني الان نعمق المكان ونريد نفهم هذا المكان اقول والمعقول من الاول ان معقول يعني ذهب الى البحث العقلي يعني البحث عن هوية المكان ليس المكان الفلاني او المكان الفلاني. العقل يدرس القوانين ولا يدرس المصادق. ما عنده علاقة بالمصاديق نعم حتى الفيزياء تتعامل مع المصاديق بطريقة الاستقراء لكن القوانين قوانين كلية عقلية والمعقول من البعد فان الامرات تساعد عليه الأول يعني به المكان يعني والمعقول من المكان البعد فإن الأمارات تساعد عليه الأمارات يعني العلامات اذا المكان ما هو? الابعاد المكان هي الابعاد يعني الامتدادات المكان يعني هو الإمتداد نعم قد تفهم المكان بفهمين مكان مستقر ثم الجسم يأتي يحل فيه يعني في امتداد ثم الجسم يحل في هذا خطأ هذا العرف الخاطئ المرض تفهمه لا هو حيثية للجسم ذاتي للجسم. نعم. اينما يكون الجسم يتعين بمكان. هو الذي يصنع المكان. وليس المكان ينتظره الاول يعني به المكان لانه قد تبين ان الجسم يقتضي بطبعه شيئين. المكان والشكل. نعم يعني التحيز ثم النهاية التحيز والمكان والنهاية والشكل ولما كان الشكل ظاهرا وكان طبيعيا ذكره بعقب المكان يعني بعد المكان ثم عاد الى تحقيق ماهية المكان</w:t>
      </w:r>
    </w:p>
    <w:p>
      <w:r>
        <w:t>وقد اختلف الناس في المكان والذي عليه المحققون امرا نعم امران مبتدأ مؤخر والذي عليه المحقق امران امران عليه المحققون نعم او تقول الذي اه هو الذي عليه المتحققون امر الخبر. يجوز. احدهما البعد المساوي لبعد المتمكن وهذا هو مذهب افلاطون وهذا تبنوه كثير من المحققين يعني انت الان عندك آآ قطعة حديد امامك اين المكان فيها ارفع بالادعاء هذه القطعة الحديد من الكون ضحى من الكون ارفعها بالتوهم مثلا فيبقى ما يساوي هذه القطعة الحديدية في الكون بدون بدون حديد هذا هو المكان مكان الأفلاطون حد كيف نعم اذا اذا وضعت حديدة في حيز تاخذ فقط ما يناسب حجمها هذا ما يناسب حجمها هو المكان في الرؤية الافلاطونية. نعم يقول آآ احدهما البعد المساوي لبعد المتمكن وهذا هو مذهب افلطون يعني انت اذا كانت عندك خطة حديد قطعة الحديد مستطيلة ان زح من الكون بالادعاء تترك فراغا يساوي بعدها الطبيعي هذا هو المكان طبعا هنا الخيال هو الذي يساعدنا الى فهم هذه المسألة. اذا ارجعت الحديد الى حيز الوجود تستقر في ذلك المكان. ذلك المكان هو هو المعنى. معنى المكان عند من? عند افلاطون نعم مسألة سهلة لكن تحتاج الى خيال يساعد والثاني السطح الباطن من جسم الحاوي المماس للسطح الظاهري من الجسم وهو مبنى ارسطو نعم انا وابي علي ابن سينا نعم شيخ الرئيس يتبع ارسطو كيف نبين لك المسألة؟ بالخيال بدون خيال لا يمكن للعقل المطلق لا يمكن خذ قطعة حديد كما قلت لك مستطيلة. منحوتة جميلة نعم تجد هناك انت تحرك من مركز الحديدة بداخل حديدة ضع مركز تتساوي اليه الابعاد الحديدة هذا المركز ثم اصعد اصعد اصعد حتى الى السطح تجد اه على السطح تصل الى السطح يعني الى نهاية الحديدة ثم انتقل من الهواء فراغ فراغ وهمي. انزل انزل انزل حتى تضع اصبعك على ماذا على الحديدة. هذا حيثية الاشتراك الذي اجتمع فيه الهواء واجتمعت فيه الحديث عند نهايته هذا هو المكان. هو المكان فافلطون اشار الى المكان قارب المكان ككتلة واحدة وارسطو قاربه ابن سينا قاربه باعتبار النهايات والى المبنى واحد المبنى واحد نعم المبنى واحد. دقق جيد في هذا المبنى. والثاني السطح الباطن سطح الباطن يعني السطح الذي اذا انتقلنا من مركز الحديد الى نهايته من من الجسم الحاوي الهواء الذي يحويه الممارس للسطح يعني الهواء يمس السطح الظاهر السطح الظاهر يعني النهائي نهاية الجسم من الجسم المحوي الجسم هو المحوي يعني الهواء يحويه وهو مذهب ارسطو وابي علي ابن سينا. كلها تحليلات اه عقلية بالاستعانة بالخيال. مثلا انا عندي هذه الزجاجة هذه الزجاجة لها نهاية وكذلك يلفها الهواء يحويها الهواء اذا محل اتصال الهواء بهذه الزجاجة هو ذلك المكان ذلك المكان نعم هذا مبنى اه ارسطو وابن سينا وقد اختار المصنف الاول يعني المبنى الافلاطوني هو مبنى واحد فقط بني حظين. يعني نلحظه بلحظين اذا انتقلنا من المركز يعني نظرنا الى كل القطعة الحديد ونزعناها من الوجود يبقى ذلك الفراغ الذي يناسبها لا زيادة ولا نقصان هو المكان اذا نظرنا الى هذه القطعة الحديدية ونازعناها ما معنى? يعني فصلناه عما يحويها من من الهواء فبقي الحاوي لوحده نزعنا المحوي ماذا يبقى? يبقى المحوي الهواء متوقفا ويبقى في داخله فراغ يساوي مكان يساوي الحديدة هذا هو المكان يعني نظرة واحدة بحقيقة واحدة بلحاظين. يعني مبنى ارسطو تدقيق لمبنى افلاطون فقط والا هو المبنى واحد واختار المصنف الاول يعني مبنى افلاطون وهو اختيار اختيار ابي البركة البغدادي وآآ هو مذهب المتكلمين قريب منه. والدليل على ما اختاره المصنف ان المعقول من المكان ما هو حتى تعرف ان المكان مفهوم فلسفي مفهوم فلسفي انما هو البعد عن البعد. نعم المكان هو الامتداد فانا اذا فرضنا الكوز خاليا من الماء تصورنا الابعاد التي يحيط بها جرم الكوز بحيث اذا ملئ ماء شغلها الماء بجملتها هذا الفضاء الذي كان يحوي الكوز جاء الماء واخذ مكانه. والامارات المشهورة في المكان من قولهم انه ما يتمكن ما يتمكن المتمكن فيه ويستقر عليه ويساويه وما بالخلو والامتلاء يساعد على المكان هو البعد نعم هو بعد قاربه اه افلاطون في عمقه وقاربه ارسطو وابن سينا في نهايته حقيقة واحدة. يعني ما قاله ارسطو وما قاله افلاطون. لكن اللحاظ يختلف قرب لك المسألة بمثال هذه القاعة قاعة الاستوديو ننظر الى قاعة استوديو لوحدها اذا رفعناها بالتوهم يبقى استوديو الخالي استوديو الخالي هذا هو المكان اذا جاء استوديو مرة ثانية ملأ هذا المكان هذا هو المكان مرة لا مرة ننظر الى هذا الاستوديو بلحاظ المحيط الخارجي المحيط الخارجي نقول كيف يتعين هذا الاستوديو? اذا رأى لاحظنا الهواء المحيط واستوديو المحاط اذا يجب ان نلاحظ الحاوي والمحوي نقول الذي يفصل الحاوي عن المحوي هو المكان رؤية واحدة ننظر اليها بنظرة ذاتية مرة ننظر اليها بنظرة قياسية اذن المكان هو البعد المكان هو البعد نعم قال واعلم ان البعد منه ملاق للمد وهو الحال في الجسم ويمانع مساويه يعني انت هذا البعد اين يستقر? يستقر في المادة. لان المادة بما بها الامتداد. يعني المادة هي التي تمتد. انظر تمتد امتدادا طبيعيا بمجرد ان تمتد امتداد طبيعيا تملك حيزا يعني تملك بعدا الذي يسمى المكان مع يحل الجسم لان الجسم هو مادة ممتدة. اذا بدون مادة وبدون امتداد لا معنى لهذا البعد ولا معنى لهذا المكان. واذا استقر في مكان لا يتسلل الى اي مكان اخر. تحصيل للحاصل. ولهذا قال ويمانع مساويه. لا يقبل المساوي فلكل مادة ولكل جسم حيز خاص. نعم واعلم ان البعد منه ملاقي للمادة يعني لا بعد بدون مادة وهو الحال في الجسم البعد حيثية من حيثية الجسم ويمانع موسى المساوي لا يأتي يعني هذه الزجاجة اذا تحيزت يعني امتدت وتحيزت لا يمكن لزجاجة ان تأتي في مكانها او اي شيء ممتد في مكانها ومنه مفارق تحل فيه الاجسام ويلاقيها بجملتها نعم مفارق يعني حيز مفارق ثم يأتي الجسم ويحل فيه هذا المبنى عند القدماء نعم ويداخلها بحيث ينطبق على بعد المتمكن. يعني عندك انت مكان فارغ ثم تأتي به شيء تضعه فيه نعم فهذا البعد المكاني يطابق البعد المادي. البعد المادي. هذا هو الفهم العرفي العرفي وهذه كلها المباني تجاوزت مع مباني صدر المتألهين والعرف ما زال يعيش هذه الذهنية. لان العرف يتحرك مهويا نعم يتحرك مهوي نعم قال واعلم ان البعد منه ملاقي للمادة وهو الحال في الجسم خلينا ان شاء الله نفككها ونحللها في الحصة القادمة لان الوقت انتهى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