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المكان والى هذه الفقرة قال واعلم ان البعد منه ملاقي للمادة وهو الحال في الجسم ويمانع مساويه ومنهم مفارق تحل فيه الاجسام ويلاقيها بجملتها ويداخلها بحيث ينطبق على بعد المتمكن ويتحد به ولا امتناع لخلوه عن المادة المحققة التوصي بهذه العبارة يرد على من ينفي المكان يقول العلم الحلي لما فرغ من بيان ماهية المكان وهو المبنى الافلاطوني شرع في الجواب عن شبهة مقدرة يعني دفع دخل مقدر بقول الحوزاويين تولد على كون المكان بعدا. من الابعد نعم ثم ياتي القضية الشرقية كيف يتصور المستشكل او هذا الدخل الاشكال المسألة خذ انت قطعة من حديد على المبنى بابنا المحقق التونسي او افلاطون انت الآن عندك قطعة حديد. على منبر ذا على زجاجة على لا يهمك فترفع هذه المنضدة خيالك يتخيلها موجودة باقية وانت رفع رفعت هذه القطعة يتخيلها وبدون مادة هذا الحيز الذي كانت فيه هو المكان لكن يصدق عليه انه ما كان اذا كانت الحديدة هناك هذا المكان حين التمكن ثم اذا نقلت انت الحديدة الى مكان اخر في مكان ينتظرها. اذا كم مكان ايه مكانا اذا انتقلت الى مكان اخر تاخذ الحديد من موضعها تضعها في موضع اخر اذا في مكان يستقبلها. اذا عندنا نوعان من المكان المستشكل خلط بين  المكانين. يقول اذا كانت حديدة هذه الحديدة على مبناكم اه جاءت واستقرت في حيز من الحيز عندنا حال ومحل اشير الى نقطة ثم اعيد الى تقرير الدخل الاشكال دائما في تعاملكم مع كلام المحققين ومع غير المحققين الذين يستشكلون ويعشقون الاشكالات دائما لا تتسرعون في الجواب ارجع دائما الى مبنى هذا الكلام من اين ننطلق لعل الانطلاق الانطلاقة هي الخطأ. وليس الكلام يعني الكلام خاطئ بتبع الانطلاقة بتبع المبنى. انظر ماذا يقول صاحب الاشكال يقول عندنا حال ومحلول وحال ومحل قال وما حل حديدة واما ان يحلوا فيها المكان او هي تحل المكان حتى تتحيز اذا كما كان عندنا عندنا مكانها الحال والمكان المحل فيتحد الحال مع المحل الاتحاد يعني فقدان الهوية هوية الحال الف وهوية هوية المحل فاذا اتحد فقدت الهوية وهذا محال وهذا محال المحقق التونسي يفكك بين المكان الخاص بالحديدة والمكان العام الذي تنتقل فيه الحديدة ذاك لا يلزم الاتحاد بالعكس ذاك الظرف ترتكز عليه الحديد حتى تكون متمكنة ومتحيزا هذا هو الجواب وسنفصله مع الاعلام الحلي. المشكل اين? المشكل ان هذه الجزئيات هذه المسائل لم تكن ناضجة في ذلك الزمان الان عندنا حيز ثم تأتي الحديدة آآ تستقر فيه هذا مكان عرفي تكلم على المكان العلمي المكان العلمي هو نحو الحديدة لا له وجود مستقل عن الحديدة حتى هي تحل فيه او يتحد الحال والمحل. هي الحديدة بنحو لان الحديد بطبيعتها ممتدة فذلك الامتداد ذلك الامتداد الذي يجعلها تتحيز هو المكان. فالمكان نحو وجود الحديدة وليس هذا المكان العرفي مع الاسف الشديد. اقول لما فرغ من بيان ماهية المكان خلينا نقرأ المتن حتى يتضح ثم نأتي الى الشرح واعلم ان البعد منه يعني من المكان ملاقي للمد يلاقيها وهو الحال في الجسم ويمانع مساويه هناك اذا جاءت الحديدة وتمكنت لا يمكن ان يساويه. هناك اه ما في اتحاد. لماذا? لان هذا التمكن هذا التمكن هو المكان ليس المكان لوحدي بدون تمكن نعم وآآ ويمانع مساويه. يعني هناك مستحيل ان عندنا مكان يساويه ثم ياتي ويتحد فيه. ومنه مكان اخر مفارق فيه الاجسام يبتعد عن الاجسام. مثلا انا بيني وبين الكاميرا في مكان في مكان يقول في آآ مفارق مفارق لي ومفارق للكاميرا يمكن اقترب ويمكن ابتعد نعم هذا المكان لا لا يمانعني ولا انا امانعه يعني يمكنني الاقتراب يمكنني الابتعاد. ومنه مفارق عن الجسم يعني بعيد عني انا. مفارق عني وعن الكاميرا تحل فيه الاجسام يعني ممكن اقترب او الكاميرا تقترب. ويلاقيها بجملتها ويداخلها. نعم في تداخل. بحيث ينطبق على بعد متمكن. ويتحد به ولا امتناع لقلوه لخلوه عن المادة لان ما فيه مادة فراغ ما اقول لما فرغ من بيان ماهية المكان على المبنى الافروتوني ورفض مبنى ارسطو ابن سينا شرع في الجواب عن شبهة مقدرة تورد على كون المكان بعدا نعم وهي ان المكان لو كان قياس استثنائي. لو كان هو البعد لزم اجتماع البعدين البعد الذي جاءت به الحديدة لانها هي ابعاد كل جسم ابعاد والذي تحل فيه كما كم بعد؟ بعد الحال والمحل. فيلزم الاتحاد يعني الذوبان  نعم لو كان هو البعد لزم اجتماع البعدين بعد الحال بعد الحديدة والمحال التي استقرت فيه والتالي محال فالمقدم مثله يعني الاتحاد والاجتماع محال. اذا المكان اه بعد محال. بيان الشرطي ان المتكمكنة يعني الحديد له بعد فان بقي معا يعني هذا البعد البعد المتمكن مع الحال. يعني اه المحل لازم الاجتماع والاتحاد اذ لا يزيد بعد الحاوي عن حلول المحو يعني الحاوي هو الحديدة والمحوي هو المكانة التي استقرت فيه ان آآ اه استقرت فيه الحديدة. نعم وان عدم احدهما انتفى انتفى المحل مثلا للإتحاد اذا اتحد امران فاذا انتفى احدهما ينتفي الاتحاد وينتفي كل شيء وان عدم احدهما كان المعدوم حالا في الموجود او الموجود حالهم في المعدوم وهو محال واما بيان استحالة التالي فظرورية لماذا? لان الاتحاد ينفي هوية المكان الاول ومكان الثاني. تأتي هوية جديدة. ولهذا قال ضروري شهود يعني لما تقدم من امتناع الاتحاد. ولان المعقول من البعد ما نتعقله من البعد. الشخصي يعني بعد الحديدة الشخصي. انما هو البعد الذي بين طرفي الحاوي بين طرف الحاوي يعني الحديدة هي الحاوي للمحوي للمحل البعد المكان هو ماذا? هو  الاطراف انت دائما اذا ابصرت مثلا شيئا ماديا دائما ذهنك وعقلك اين يذهب? اذهب الى الاطراف تقول له آآ هذا هو المكان بدليل اذا كنا في حسينية ونسمع لخطيبه فيه الضيق في المكان نبتعد شوية قليلا حتى يجلس يدوز الثالث بيننا هذا الاتساع يعني نركز على الابعاد اذا الأماكن هي الأبعاد ونركز على الأطراف اما نزيد او ننقص. هذا هو المعقول. ولان المعقول من البعد ماذا نتعقل من البعد الشخصي? طبعا الشخصي يعني بعد هذا الحديد هذا النحاس وهذا الكرسي انما هو البعد الذي بين طرفي الحاوي يعني الحاوي الحديدة الكرسي بين اطرافي فلو تشكك العقل في تعدده لازم تستبسط مع ان التعدد موجود يعني الحاوي والمحوي كم؟ اثنان يعني الحديثة جاءت واستقرت لا تستقر الا اذا كان هناك فراغ مكان ثم يتمكنت ببعلها في البعد الثاني. فاتحد البعدان والاتحاد مستحيل. لماذا? لانه يؤدي الى نفي الوحدوية</w:t>
      </w:r>
    </w:p>
    <w:p>
      <w:r>
        <w:t>اذا اتحدنا ذهبت الهوية جاءت هوية جديدة وهي الهوية التي انتجها الاتحاد. وتقرير الجواب ان البعد ينقسم الى قسمين. هنا يشير الى ما قاله آآ المحقق التونسي في المتن عندنا مكان خاص بالحديدة وعندنا مكان يقع بين الاجسام يعني بيني وبينو الكاميرا داك لا داك اذا استقر فيه الجسم اي جسم لا يلزم الاتحاد بين الحاوي محوي نعم اه هذا هو المكان الذي اه تستقر فيه الاشياء. اما المكان الخاص للحديدة او للكرسي او اللي انا الان جالس في مقابل الكاميرا ما في اتحاد ما فيه اتحاد حتى يلزم المحال يقول وتقرير الجواب ان البعد ينقسم الى قسمين. احدهما بعد مقارن للمادة. مقارن للحديدة وحال فيها وهو البعد المقارن للجسم والثاني مفارق للمادة وهو الحاصل بين الاجسام المتباعدة هذه الأماكن الفارغة نعم اذا جاء صديقك في الحسينية يريد ان يزاحمك في مكانك. تقول له ها الثئاب كاينة متعددة. لاحظت العرف يدرك. روح استقر في مكان خاص والاول يمانع مساويه يعني البعد المقارن للمادة ايضا فلا يجامعه الاستحالة التدخل بين بعدين مقارنين هذا الذي يستحيل ان تكون يكون الحاوي اه اه اذا استقر في المحو اه يأتي الاتحاد والثاني لا يستحوذ عليه مداخلة بعد مادي بل يداخله ويطابقه ويتحد به وهو محل الجسم المداخل ببعده له. فلا امتناع في هذه المداخلة والاتحاد لان هذا البعد خالي عن المادة. اماكن فارغة. نعم اذا كنا في الحديدة هناك اذا تصورنا مكانا خاليا والحديدة عندها مكانة الخاصة يلزم يلزم الإتحاد والإتحاد محال اذا المسألة كيف نتصورها? نتصورها ان الحديدة ليست اه منفصلة عن مكانها. المكان نحو وجودها يعني هي التي تمكنت وصنعت المكان. نعم. فالمكان نحو وجودها ما عندنا مكان ثم هي حلت فيه ثم اتحد اتحد المكانان هذا غير صحيح. لماذا? لان لو اتحدت مع المكان اذا بقيت متحدة معه وهذا المستحيل. اذا يجب ان تكون الحديدة موجودة وفراغها موجود كذلك الفراغ موجود. حديدة وفراغ. يعني حديدة متمكنة وليست متمكنة. وهذا مستحيل غير معقول اما الاماكن التي تقع بناء الاجسام هذه موجودة فتأتي الحديدة وتستقر. هذا التفكيك جدا جميل الا انه غامض مع الاسف الشديد. قال ولو كان المكان سطحا لتضادت الاحكام يعني اذا بنينا على مبنى ارسطو ابن سينا نقع في مشكلة وهي تضاد الاحكام خليني ابين مبنى ارسطو حتى تفهم ان اشكال المحققة التونسي لا يرد على ابن سير ولا على ارسطو. وان كان الاشكال ضريفا دقيقا ارست اذا قال اذا اخذت مثلا سمكة في الماء السمكة فينما ما هو هذا المكان? يقول عندنا الماء وعندنا السمك الماء اين ينتهي في سطح السمكة? السمكة اين تنتهي في سطح الماء لأن الما نازل الى السماء كيتوقف بمجرد ان يلمس سطح السمكة يتوقف. سمكة كذلك ترتفع في حجمها توصل الى الماء ينتهي حجمها. يعني تمس الماء. هذا نقطة التماس نقطة التماس انت خليها تتحرك جميع نقاط سطحي السمكة هذا هو المكان وهنا نسأل هل هذا المكان حقيقة مستقلة ام لا? عبارة عن بعد قياسي يعني مفهوم قياسي. مفهوم قياسي يعني انتزاعي ليس له حقيقة بعد انتزاعي وفهم دقيق جدا للمكان المكان. يعني انت اذا اخذت سمكة حمراء اللون المناسب للاحمر هو الاخضر الاسود يناسبه الابيض اذا السواد تحرك نحو آآ الاخذ الظاهرة والبياض تحرك نحو الاحمر تأتي المناسبات ثم هذا البعد التشكيكي كل ما نزلنا كل ما تناسبت الألوان البياض لا يتناسب مع اه الحمر هداك التناسب الكبير. يتناسب ولكن الى بعد السواد يتناسب مع البياض الاحمر يتناسب مع آآ الاخضر خذ مثلا انت قلم اخضر لأن السمكة حمرا ثم انت تبع بهذا الخط الاخضر سطح السمكة ارسم ارسم ارسم ارسم بين الماء والسمكة ترسم هذا الشكل تنزع الماء وانزع السمكة يبقى ذاك ذلك الشكل الذي رسمته بالقلم الاخضر هذا هو المكان عند ارسطو فاذا جاءت السمكة وملأت هذا الفراغ السطحي الذي رسمته انت تستقر. فيكون عندها مكان اذا لم تستقر في هذا البعد الخالي ليس لها مكان هذا هو المكان. لكن المكان ليس بما هو فارغ في فراغ. مكان بما هو مملوء بسمكة او امر اخر المحقق المحقق التونسي ينفي هذا المبنى يقول تصور هذه السمكة في الماء او طائر في في الهواء. الهواء يتحرك والطائر متوقف فرضا وقفناه والهواء يتحرك طبيعة الهواء متحركة اذا كلما تحرك احدث اه التماس مع الطفل الطير مستقر حجمه مستقر والريح متحرك اذن كم نستطيع ان نرسم من من هذه هذا الرسم بالقلم الاف لان كلما تحرك الريح اوجد تماس مع الطائر ونفس الشيء في سمكة في الماء في الماء متوقفة والماء طبيعته سيئة المتحرك كم نرسم من فراغات بالقلم الاف اذا آآ المكان هذا المبنى غير صحيح. لان نقع في يعني آآ المكان وليس مكان. مكان لانه الريح مس الطائر ليس مكان لانه سيال تركه راح هذا هو التضاد يعني يأتي تماس بعد تماس بعد تماس اه ثم يذهب اذا ذهب ينتفي المكان اذا جاء اه هواء اخر تمكنت تمكن الطائر ذهب الهواء انتفى التمكن تضاد ونفس الشيء بالنسبة للسمكة. سماكة مستقرة والماسية. اذا كم من مليار امكنة? يعني مكان وليس بمكان بنقع في التضاد. اقول لما بين حقيقة المكان شرع في ابطال مذهب المخالفين القائلين يعني للمخالفين لمبناه. بان المكان هو السطح الباطن من الجسم الحاوي نعم المماس للسطح الظاهر من المحوي نعم يعني عندنا الحاوي والمحوي. الحاوي هو الماء والمحوي هو السمكة روح انت الى نقطة التماس ثم هذه النقطة التماس بين الماء والسمكة نعم حركها بحجم السمكة ارفع الماء ارفع السمكة يأتيك المكان والتحليل نفسه يصدق على الطائر في بالهواء. نعم اننا حاوي والهواء وفي مثال الطائر والماس في مثال السمك. وعندنا آآ المحوي الطائر في مثال الهواء والسمكة في مثال الماء. وتقرير البطلان ان المكان لو كان هو السطح السطح يعني ذاك الذي نرسمه لتضادت الاحكام الثابتة الثابتة غير متغيرة للجسم الجسم احكامه ثابتة لان هو ثابت الهوية للجسم الواحد فان الحجر الواقف في الماء او الطائر ايه والطير الواقف في الهواء او السمكة في الماء يفارقان سطحا بعد سطح مع كونهما ساكنين. لماذا لان الحجر في الماء او السمك في الماء هو الطير في الهواء الهواء طبيعته سيال يتحرك والماء طبعت سيال متحرك مع ان السمكة هو قال الحجر انا اقول سمكة لو مع ان السمكة متوقفة والطائر متوقف ولو كان المكان هو السطح لكان متحركين. لان هذه السطوح تتحرك يعني تتعدد لان الهواء يأتي ويشكلن ذلك السطح الذي رسمناه بالقلم ثم يذهب يأتي تأتي قطعة من الهواء تعطينا شكلا جديدا وهكذا وكذلك في الماء ولو كان المكان هو السطح كما يقول ارسطو لكان متحركين نعم لان الحركة هي مفارقة الجسم لمكان الى مكان اخر</w:t>
      </w:r>
    </w:p>
    <w:p>
      <w:r>
        <w:t>كانت الشمس كمثال اخر المتحركة الملازمة لسطحها ساكنة نعم لماذا? لان المكان هو التماس تماس الهواء للشمس. هذا البعد الذي يتم فيه التماس. ينتمي الى الهوى من جهة وينتمي الى الشمس من جهة كما ينتمي الى السمكة من جهة وينتمي الى الماء من جهة. فيلزم سكون المتحرك وحركة الساكن يعني اه السكون المتحرك  الهواء لان السمكة ساكنة طائر ساكن. وحركة الساكن لان الهواء يتحرك يلزم الطائر يتحرك والسمكة الساكنة يلزمها تتحرك فهذا اجتماع ضدي وذلك تضاد في الاحكام وهو محال نعم انا في تصوري هنا خلط بين المكان النوعي والمكان الشخصي فالهواء المتنقل يعطي يتحرك في هواء نوعي وليس في هواء شخصي. الهواء الشخصي ملك الطائر وآآ المكان الشخصي لسماكة ملك السمكة خليه يتغير الهواء النوعي كلما جاءت قطعة من الهواء او من الماء فتتشخص بتشخص السمك فلا نقع في التضاد خلط بين المكان النوعي والمكان الشخصي من المحقق التونسي مع الاسف الشديد قال ولا يعم المكان اقول هذا وجه تام دال على بطلان القول بالسطح على مبنى ارسطو وتقريره ان العقلاء حكموا العقلاء يعني آآ يعني به المحققين حكموا باحتياج كل جسم الى مكان. نعم ما عندنا جسم بدون تحيز التحيز والمكان ذاتي لهذه  هذه الاجسام لكن فقط نخرج الى حاشية واعود اذا خلق الله تعالى الاجسام خلق شجرة خلق حديدا خلق نحاسا كيف تكون العملية? يعني على مبنى آآ الفلاسفة المشاء يعني الله تعالى جعل فراغا حاويا اه خاليا من الاجزاء ثم اودع هذا الخلاء اودع فيه الاجسام فكلما خلق جسم كالحديد والنحاس والماء وجد حيزه ينتظر فاستقر فيه. ونسأل هذا الهواء وهذا الفراغ الخلاء اذا غير مخلوق قديم هنا كارثة المبنى الصحيح هو هذا اذا خلق الله الحديد حين الخلق يتعين بما كان هو الذي يعين المكان فالمكان الذاتي له لا يحتاج الى جعل لا سابق ولا لاحق. هذا هو المبنى الصحيح ان العقلاء حكموا باحتياج كل جسم الى مكان الاحتياج بهذا المعنى الذي بيناه يعني بمجرد ان يخلقه الله تعالى تعين بمكان ما في مكان سابق ثم استقر فيه نعم ولو كان المكان عبارة عن السطح الحاوي كما قال ارسطو لزم احد الامرين وهو اما عدم تناهي الاجسام حتى يكون كل جسم محاط بغيره او حصول جسم لا في مكان بان يكون محيطا بجميع الاجسام والقسمان باطنان في المقدم مثله وسط هذه المسألة يحتاج الى وقت اكثر آآ وانتهى الوقت مع الاسف بقي دقيقة او دقيقتان لا تكفي تكفيان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