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والحمد لله الله يا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قال ولم يعم المكان اشكال على مبنى ارسطو بينا مبنى ارسطو بمثال جميل جدا اذا اخذت تفاحة مثلا هذه التفاحة اه تصورها في فضاء مستقرة في فضاء يسهل عليك تصور في الفضاء فعندنا الفضاء وعندنا التفاحة عندنا تماس بين الفضاء والتفاحة خذ قلما ومرره على سطح التفاحة ثم انزع الهواء بالاعتبار والادعاء وانزع التفاحة بالاعتبار والادعاء تجد هذا الفراغ الذي كانت فيه التفاحة هذا هو المكان عند ارسطو يعني ذلك الشيء الذي حدث ببركة الحاوي الحاوي هو الفضاء والمحوي هو التفاح. هذا مبنى ارسطو المحقق التونسي يشكل عليه بإشكال توقفنا في الجلسة السابقة هنا يقول اما انتم بنيتم على ان المكان يستدعي حاوي ومحوي المحوي ما هو آآ الاجسام والحومة يجب ان يكون هو كذلك آآ جسما فهو يحوي كل اه الانسى هو كل الانسب فيكون لك نهي الاجسام. الاجسام لا تكون متناهية مطلقا نعم ولم يعموا المكان الاجسام هذه الحاوي اه اما جسم يحيط بجميع الاجسام حتى يمكنها حتى يمكنها اه اذا مثلنا بالعرف هذا الخلا هذا الهواء الظخم المستقر فهو كذلك جسم فيكون غير اه غير متناهي هذا وجه تام دال على برتان القول بالسطح الامام ابن ارسطو وتقريره ان العقلاء حكموا باحتياج كل جسم الى مكان نعم هذه قاعدة صحيحة نعم ولو كان المكان عبارة عن السطح الحاوي ليس سطح الحاوي فقط السطح الحاوي اذا مس السطح المحوي نعم لزم احد الامرين امران خطيران لا يقبلهم يقبلهم العقل وهو اما عدم تناهي الاجسام لماذا? لان هذا الحاوي هذا الحاوي يحيط بجميع الاجسام فيكون هو غير اه متناهي يحيط بجميع الاجسام يحيط يعني هو حقيقة ماذا يجب ان تكون غير متناهية? اذا كانت متناهية يعني قد نجد جسما ليس محاطا تخيل ان هذا الحاوي الحاوي الذي يحوي الاجسام آآ متناهي فنصل الى نقطة لا يكون هناك مكان لان الحاوي غائب يجب ان يكون الحاوي اه غير متناهي قد تكون الاجسام غير متناهية لان هو ملاك تمكن الاجسام اذا كان هو غير متناهي فالذي يحويه هذا اللا متناهي يكون غير متناهي وهو اما عدم تناهي الاجسام لهذه النكتة لانها الذي يحويها غير متناهي فاذا هو لا لا يتناهى فما يحويه لا يتناهى حتى يكون كل جسم محاطا بغيره والجسم محاط بغيره. هذه هي القاعدة او حصول جسم الله في مكان تقول لا من قال ان هذا الحوي اه له مكان هذا الحاوي مجرد بدون مكان جسم بدون مكان خلاف القاعدة ماذا قال? وقد اجمع الحكماء او حكموا الحكماء باحتياج كل جسم الى مكان يعني هذا الحاوي ليس متمكن وجسم ليس بمتمكن هذا مستحيل او حصول جسم من هو? الحاوي لا في مكان بان يكون محيطا بجميع الاجسام نعم وهو ليس في مكان جسم ليس في مكان والقسمان باطنان فالمقدم مثل نعم اذا لا تناهي الحاوي وهو جسم هذا باطن لان الاجسام كلها متناهية. طبيعة الاجسام يجب ان تكون متناهية ومتشكلة ومحدودة حتى يكون عندها شكل وتتعين اه هذا محال يعني لا يكون الحاوي غير متناهي ثم اه هذا الحاوي آآ لا يكون في مكان كذلك مستحيل لماذا? جسم اه بدون مكان يعني جسم ليس بجيس يعني اجتماع ام نقيضين? هذه هي المسألة التي اشكل عليها المحقق التوصيف. انا اجيب على لسان ارسطو ابن سينا هذه انتزاعيات شيخنا العزيز ايه انتزاعيات اذا قلنا الحاوي يحيط بالمحوي حتى نفهم المكان هذه كلها امور انتزاعية ليست امور واقعية حتى يلزم لا تناهي جسم بدون مكان. المسألة العاشرة في امتناع الخلاء نعم الخلا ما هو امتداد بدون محتوى امتداد موجود بدون جسم بدون مادة هذا هو الخلل لا يعقل يعني ملاك الامتداد الذي هو المادة مدة منبسطة الامتداد ما هو مادة منبسطة عندك ماء منبسط فيه مادة مائية انبسطت ملاك الانبساط يعني ملاك الامتداد هو المادة هي التي قابلة للتمدد ايه الخلا الامتداد موجود بدون ملاك هذا الامتداد يعقل لا يعقل نعم لا تنظر الى هذا العرف هذا العرف هذا الفراغ هذا الفراغ اذا جئت بالميكروسكوب ترى مملوء بحبيبات مملوء ما في فراغ. قال وهذا المكان لا يصح عليه الخلو من شاغلين يعني دائما هذا المكان فيه شيء يشغله والا لساوت حركة دي المعاويق حركتنا حركة عديمه عند فرض معاوي اقل بالنسبة بنسبة زمنه زمنها لماذا تدخل في هذه التعقيدات يا المحقق التونسي? بين للطالب الخلاء ما هو? اولا مبدأ تصوري الخلاء يعني في امتداد ملاك الإمتداد ما هو يعني فيه مادة منبسطة. يعني شيء شاغل كما يسميه هو شاغل هو امتد الخلاء فيه امتداد بدون شغب مع مبدأ السبب الكافي يقول هذا محال هذا محال لماذا? الى ملاك الامتداد هو المادة المادة قابلة للانبساط الخلاء امتداد بدون هذه المادة مبدأ السبب الكافي يقول هذا محال سهلة وجميلة وبسيطة بدون هذه التعقيدات تحتاج الى الطلاب حتى تحيط بعمقها. وهذا المكان يعني المكان هل يكون خلاء خاليا من كل شيء لا يصح. يعني يستحيل لا يصح عليه الخلو من شاغل. في هناك جسم مادة تشغله. والا يعني اذا لم يكن هناك شاغلون يشغله لا ساوت حركة ذي المعاوق حركة عديمة عند عديمه يعني حركة فيها معاوق يعني مزاحم وحركة ليست فيها مزاحم اه ال آآ هذا المبنى من اصله اه لا معنى له لماذا? لان هذا التوهم الماديات الذي يعيش خارج الماديات مثلا بين بين الارض بمجرد تخرج تخرج عن الأجواء اجواء الأرض بينها وبين الشمس ما في اي شيء ما في اي شيء فراغ خلا مطلق قال مطلق ولما ظهر قال لي جاء بي انبوب زجاجي وخلاه من كل الهواء ما بقي هناك هواء ورمى قطعتين قطعتين قطعت المسافة في زمان واحد وبسرعة واحدة نعم ان ما في عائق هناك ما فيه عائق قال وهذا المكان لا يصح عليه الخلو من شاغل يعني الخلا غير موجود والا لساوت حركة ذي المعوق يعني حركة فيها عائق يمنحها من من الحركة يعني في مزاحم ساوت ماذا? حركة حركة عديمه يعني حركة ما فيها اه ما فيها المعوق. عند فرض معوق اقل بنسبة زمنيهما نعم اذا اذا في خلاء وانت تحرك تحرك فيه امرا آآ وهنا التساوي شو المحقق التونسي التفت الى ما قاله جاليلي قالوا لي ماذا فعل خرج الهوى من الانبوبة الزجاجية بقي ما في هواء فراغ فانزل الريشة مع قطعة حديد او معدن من المعادن نزل بسرعة واحدة وبزمن واحد</w:t>
      </w:r>
    </w:p>
    <w:p>
      <w:r>
        <w:t>نعم لان هناك المانع ان تفأ اقول اختلف الناس في هذا المكان فذهب قوم الى جواز الخلاء وذهب اخرون الى امتناعه يعني استحالته وهو اختيار المصنف واستدل عليه بان الخلاء لو كان ثابتا لكانت الحركة مع العائق يعني في مانع يزاحمها كالحركة مع عدم العائق. لماذا? لان الخلاء نعم الخلاء والتالي باطل يعني هذا التساوي غير صحيح لان الحركة التي ليس لها عاق تنطلق وتسير والحركة التي لها عائق اه  تترنح تكون بطيئة نعم وبالتالي باطل بالضرورة فالمقدم مثله وبيان الشرطية يعني ما العلاقة بين الخلاء وتساوي الحركة ذات العاق مع الحركة المرسلة بدون عاق. انا اذا فرضنا متحركا يقطع مسافة ما. مثلا عشرة كيلو. خالية يعني خالية ما فيه مانع في ساعة ثم نفرض تلك المسافة ممتلئة يعني فيها المانع ليست خالية فان زمان الحراك يكون اطول. لماذا? لان المانع نعم تخيل السيارة تمشي بين النجف وكربلاء وفي ازدحام في السيارات بدلا من تصل ربعين دقيقة تصل في ساعتين الطبيعة لماذا في مانع سيارة لها خالية ما في سيارة بين النجف وكربلاء. ممكن تسويها في تلاتين دقيقة نعم خصوصا اذا كان السائق مجنونا احملها في ثلاثين دقيقة او في عشرين دقيقة. اذا المانع ما هو المانع يمنع الحركة والخلاء لا يمنعها يجعلها مسترسلة اننا اذا فرضنا متحركا يقطع مسافة يعني بين نجف وكربلاء خالية من الازدحام فراغ ما فيه سيارة هو فقط في ساعة ثم نفرض تلك المسافة ممتلئة بالسيارات. فان زمن الحركة يكون اطول يأخذ ساعتين لان الملأ الموجود في المسافة معوق للمتحرك. عن الحركة. يعني السيارات المزدحمة تعيق تجعل الحركة بطيئة يصل في ساعتين فلنفرضه فلنفرضه بقطعها في ساعتين ثم نفرظ ما لا اخر ارقى من الاول على نسبة زمان الحركة في الخلاء الى زمانها في الملأ وهو النصف فيكون معوقته نصف المعوقة الاولى مع كلما قل الازدحام كلما زادت السرعة. كلما ازداد الازدحام آآ ان قلة السرعة. والزمان آآ يزداد نعم فيكون معوقته نصف المعوق الاول  يتحركها المتحرك في ساعة لكن الملأ الرقيق معاوق ايضا فتكون الحركة معوق الحركة بدونه وهو باطن يعني الانسان الذي يتحرك في خلاء نعم ممكن فيه مانع الرقيق هواه وكذا هذا الهواء اه مانع او مثلا في قطعة بين النجف وكربلاء في اه هذا اه الارض المبلطة ليست مبلطة داك ليك التبليط الصحيح فيتوقف شوية المتحرك يقول اذا بنينا على الخلاء الخلاء تكون الحركة في العائق الكبير والعائق الخفيف سواء سواء نحن نقول للمحققة التونسي الذي ينفي الخلاء آآ الذي يثبت الخلاء الخلاء ما معنى الخلاء يعني ما فيه ذرة في آآ هذا المكان ذرة في هذا المكان. يعني انت تأتي بسيارة يابانية عادية تنطلق من النجف الى كربلاء. وافرض ان بين النجف وكربلاء خلاء ذرة واحدة ما فيه وتأتي بصاروخ من الطراز الأول الصاروخ من الطراز الأول وينطلق من النجف وكربلاء. بشرط الخلاء الصاروخ لا يفوق السيارة يتحركان معا ويصلان ام معا لان طبيعة طبيعة الخلا نعم لا سرعة الصاروخ تنفعه ولا ببطء السيارة اه ينفعها يتحركان في آآ في زمن واحد ويقطعان مسافة واحدة يقول شيخنا الصاروخ مع السيارة نفس الشيء نعم الصاروخ سرعته تنفعه في ماذا? في خرق الموانع شدات تخلق الموانع. اذا هو شديد السرعة لخرق الموانع الموانع ما موجودة فرضا آآ فرظيا فرظيا الموانع غير موجودة لاننا نتكلم عن الخلاء. اذا هذه الشدة تخرق ماذا تصير هي والسيارة سواء. هذا المبنى ما تأتيني بمبنى يثبت المانع اذا بديت بمانع يعني انت انتفى الخلاء اذا تكلمت عن الخلاء ما في مانع اذا تكلمت بالماء بالمانع في الطريق ما في خلع اذن القضية بنيوية انت فرضت مسألة لا يقبلها من يقول بالخلاء. الخلاء يقول تحركت السيارة من النجف الى كربلاء وتحرك صاروخ من من نجف الى كربلاء يتحركان معا ويقطعان مسافة واحدة كما اثبت ذلك جاليلي. لما افرغ الانبوبة الزجاجية. انبوبة زجاجية هكذا حالة ارتفاع حتى يلقي الريش مع آآ آآ معدن حديدي نزل معا وجربها اذا لا تبنيني على الموانع تقول لي اذا كانت السيارة اه انا بينت بالشدة الصاروخ والسيارة اليابانية او السيارة الأمريكية هو ركز على المانع لا فرق المنع او شدة السرعة صناعة صاروخ غير صناعة السيارة الصاروخ يخرق الحجوب يعني الموانع لا تؤثر فيه اذا هو يتغلب على الموانع. السيارة اللي هي ضعيفة لا تتغلب على الموانع فتعيقها الموانع في الطريق الهواء يضعقها لكن الذي يؤمن بالخلاء لا يؤمن بهذه الموانع اصلا غير موجودة سليمة بانتفاء الموضوع. اذا ما هو ملاك اه تفوق الصاروخ على السيارة تقول شيخنا سرعات الصاروخ قوية سرعة الصاروخ لماذا؟ لخرق الموانع ما في موانع ما فيهم موانع لا مستوى الصاروخ ولا مستوى السيارة بأي ملاك يفوق السيارة ما فيه ملاك ان ينتقلان معا كما بين ذلك جاليلي. المحقق التونسي فرض الموانع الثقيلة والموانع الخفيفة ثم قال اذا بنينا على الخلاء فتتساوى حركة في الموانع الثقيلة والكثيرة على الحركة في الموانع اه القليلة لا انت اصنع صاروخا من الفولاذ من الفولاذ ثقيل جدا واصنع السيارة من البلاستيك او من هذه المادة التي تصنع الان بها السيارات عند مادة خاصة ليست حديدية المحقق التونسي يقول اذا بنينا على اه الخلاء هذا الصاروخ المبني بالفولاذ الذي يكبله ثقيل والسيارة الخفيفة يعني آآ الانتقالة واحدة والحكم واحد نحن نقول لا حكم واحد ما عندها علاقة بالحديد وبالبلاستيك او بهذه المادة الخفيفة في السيارات الملاك والخلاء يعني في الحركة ما فيه موانع اذا لماذا انت تمتاز بي? تقول انا شديد السرعة. شديد السرعة لماذا? ملاك شدة السرعة. يعني لماذا هما صنعوا آآ جهازا صاروخا سيارة شديدة السرعة حتى تخرق الموانع انتفت الموانع في الخلاء اذا ملاك هذه السرعة ينتفي اذا نملة وصاروخ بين النجف وكربلاء سواء ايها المحقق الطوسي نعم هكذا المسألة يجب ان تفهم نعم نعيد التطبيق قال اختلف الناس في هذا المكان فذهب قوم الى جواز الخلاء نعم وذهب اخرون الى امتناعه وهو اختيار المصنف. المصنف يقول القناة ممتنع واستدل عليه او استدل عليه المصنف بان الخلاء لو كان ثابتا يعني موت موت لو كان موجودا لكانت الحركة مع الحائط العائق صاروخ فولاذي الفولاذ يعرقله شوية وسيارة مصنوعة من البلاستيك او من مادة خفيفة لا تعيق. لكانت الحركة مع العائق يعني صاروخ فلاذي كالحركة مع عدم العائق سيارة وصاروخ فلافي سواء والتالي باطن بالظرورة. كيف تكون الحركة واحدة? فالمقدم مثله يعني الخلاء باطل. وبيان الشرطية اننا اذا فرضنا متحركا يقطع مسافة ماء يعني مية كيلو خالية يعني بدون ازدحام ولا مانع خلاء في ساعة ثم نفرض تلك المسافة ممتلية يعني فيها المانع. فان زمن الحركة يكون اطول. لان المانع يمنع. لان الملأ الموجود في المسافة معوق للمتحرك على الحركة</w:t>
      </w:r>
    </w:p>
    <w:p>
      <w:r>
        <w:t>خليه يتوقف السيارة تجد امامها ازدحام في السيارات تتوقف يعني اه زمانها يطول نعم فلنفرضه يقطعها في ساعتين. يعني لان الازدحام ثم نفرض ملائا اخر ارقى من الاول نعم على نسبة زمان الحركة في الخلاء الى زمانها في الملأ وهو النصف فيكون معوقته نصف المعوق الاول فيتحرك فيتحركها المتحرك في ساعة ليس في ساعة لكن الملأ الرقيق معوق ايضا فتكون الحركة مع المعوق كالحركة بدون هذا المعوق وهو باطن لا ايها المحقق الطوسي والعلامة الحلي في الخلاء لا فرق بين النملة وبين الشمس اذا وضعت النملة بجنب الشمس والشمس تحركت في مدارها النملة تتحرك معه. بشرط ان يكون الفضاء خاليا يعني الخلاء متحقق. فراغ ما فيه شيء. وهذا الذي اثبتها اثبتته العلوم العصرية. نعم يقول المسألة الحادي عشر في البحث عن الجهة الجهة وان تشار اليها بالاشارة الحسية تقول في جهة اليمين جهة اليسار في جهة الفوق جهة التحت والجهة طرف الامتداد يعني انت عندك آآ هذا الاصبع وتتوهم خروج نقاط نقطة تتلو نقطة تخرج الى ماذا تخرج الى سطح الكاميرا فهذا هو الاتجاه هذا هو الاتجاه الاتجاه. اذا غيرت الاتجاه الاصبع في اتجاه الشمس هذه النقاط الخارجة من الاصبع الوهمية حتى تصل الى الشمس هذا الاتجاه وهو يقول والجهة طرف الامتداد الحاصل في مأخذ الاشارة. نعم انا اشير الى الكاميرا في نقاط على استقامة واحدة حتى اه تستقر تلمس الكاميرا هذه هي الجهة هذي هي الجهة بمفهوم بسيط. اقول لما بحث عن المكان وكانت الجهة ملائمة له يعني ملازمة له نعم اه ملائمة يعني ظاهرة ملازمة. يقول هنا باتفاق النسخ كلها. ملائمة يعني ملازمة حتى ظن انهما واحد نعم ويعني حتى ظن البعض ان المكان هو الجهة. لا المكان ذاتي والجهة نسبية انا عندي مكان هنا ما عندي علاقة بالاخرين. لكن الجهة يجب ان تكون هناك امور لانها قياسية. اذا المكان ذاتي والجهة قياسية. فيختلفان في المفهوم والمعنى نعم حتى ظن ان ظن انهما واحد عقبه بالبحث يعني حتى يميز بين الجهة والمكان في المعنى عقب المكان بالجهة اه بالبحث عنها يعني عن الجهة وهي على ما فسرها جماعة من الاوائل يعني الفلاسفة عبارة عن طرف الامتداد الحاصل في ماخذ الاشارة ها انا اشير الى الكاميرا انت الان تخيل نقاط خارجة عن التوالي يعني نقطة تتلو نقطة الى سطح الكاميرا فانا في اتجاه. نعم هذا هو معنى طرف الامتداد الحاصل في مأخذ الاشارة نعم اه وهي على ما فسرها جماعة من الاوائل يعني الفلاسفة عبارة عن طرف الامتداد الحاصل فيما اخذ الاشارة وذلك لاننا نتوهم امتدادا. نتوهم امتدادا يعني نقاط خارجة من الاصبع. نقاط وهمية نتوهم امتدادا. هذه النقط تسري يعني تمتد الى سطح الكاميرا نعم اخذا من المشير يعني من الاصبع ومنتهيا الى المشار اليه الكاميرا. فذلك المنتهى هو طرف الامتداد الحاصل فيما اخذ الاشارة. هذه الاشارة هذا مبدأ التصور فقط مبدأ تصوري والعرف يدرك هذا الامر تقول اين زيد في الحسينية? يقول ذاك يشير اليه بالاصبع فهذا المخاطب توهم نقاط خارجة من اصبعه اقرت في اه المشار اليه هذه هذا كله يحدث في ذهنه حتى تستقر اه عينه على الشخص بتبع هذه النقط الوهمية. فأشار اليه اشارة قياسية هذا مبدأ تصوري معناه فهم اذا الجهة نسبية. دائما فيه مشار ومشار اليه وليست منقسمة. يقول لا تقبل الانقسام. اقول لما كانت الجهة عبارة عن الطرف لم تكن منقسمة. لان الطرف دائما امر عدمي امرا نهائي نعم امر نهائي اذا لم تكن طرف لا يتعين المشار اليه يعني تخيل انت تشير الى حقيقة لا متناهية. ليس لا لا يوجد نهاية لهذه الاشارة. فالمشار اليه ينتفي اذا يجب ان تكون هذه النقاط الوهمية الخارجة منتهية الى شيء فتكون طرفا يعني امر عدمي نعم يقول لان الطرف لو كان منقسما لم يكن الطرف كله طرفا بل متناهية يجب ان تكون فلا يكون الطرف طرفا هذا خلف نعم اه اذا انا اقول ليست منقسمة قل مستمرة احسن مستمرة وصلنا الى الكاميرا تمت الجهة. لا تقول لا اقول زيد يعني تنقسم يعني جزء ينتشر منها فتحدد الجهة. لا تقول في جزء اخر وهذا هو عدم التوقف في هذه النقاط الوهمية. فلا يتحدث المشار اليه. فيجب ان تكون طرفا يعني يجب ان تكون امرا عدميا. نهائيا والا لا يتعين المشار اليه هذه امور تكوينية امور تكوينية اقول لما كانت الجهة عبارة عن الطرف لم تكن منقسمة. لماذا? لان طبيعة الطرف لا يقبل الانقسام. لان الطرف لو كان منقسما يعني يتجلى في اجزاء لم يكن الطرف كله طرفا بل متناهية فلا يكون الطرف طرفا هذا خولف. يعني انت اذا وصلت الى الكاميرا زيد نقطة وهمية اخرى هذا هو الانقسام هذا هو الانقسام تا الكاميرا ترجع الى الوراء وصلنا لا زيد نقطة وهمية. الكاميرا ترجع الى الوراء. الى ما لا نهاية. فالكاميرا ما عندنا بعد لم نشير الى شيء. هذا معنى هذا الكمال الكلام اشارة الى مسألة تكوينية ومسألة الشهودية وليست مسألة العالية. نعم ولان المتحرك اذا وصل الى المنتصف لم يخلو اما ان يكون متحركا عن الجهة فلا يكون ما تخلف عن الجهة اه او يكون متحركا اليها فلا يكون المتروك من جهة اه انتهى الوقت قال لي ان شاء الله نكمل البحث في الجلسة القادمة ان شاء الله اللهم صلي على محمد وال محمد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