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لا زلنا في الجهة ووصلنا الى هذه الفقرة لم نكملها في الجلسة السابقة. قال والجهة طرف الامتداد الحاصل في ماخذ الاشارة بيناها قلنا الجهة لا نهاية الامتداد تشير الى شيء باصبعك وتتوهم نقاط خارج نقاط وهمية خارجة من اصبعك تتجه نحو تلك الجهة وتصطدم بها يعني نهاية الإمتداد اقول لما بحث عن المكان وكان وكانت الجهة ملائمة يقول كل النسخ جاءت ملائمة وهي ملازمة في الحقيقة له حتى ظن انهما واحدون عقبه يعني لما بحث عن المكان عقبه عقب هذا البحث بالبحث عن الجهة وهي على ما فسرها جماعة من الاوائل يعني الفلاسفة عبارة عن طرف الامتداد نهاية الامتداد نهاية يعني في الحقيقة امر عدمي وبالتالي يأتي البحث القادم ليست منقاسمة. لان النهايات لا تنقسم  نعم وهي على ما فسرها جماعة من الاوائل عبارة عن طرف الامتداد الحاصل في مأخذ الاشارة كما قلت لكم نقط وهمية تخرج من الاصبع  تنتهي بالمشار اليه وذلك لان نتوهم امتدادا نقاط وهمية اخذا من المشير يعني من الاصبع ومنته الى المشار اليه فذلك المنتهى هو طرف الانتداد فذلك المنتهى هو طرف الإمتداد الحاصل فيما اخذ الإشارة نعم هذه الجهة مبدأ تصوري. قال وليست منقسمة لازم قطعي لازم ضروري ان النهايات لا تنقسم لان النهايات اذا انقسمت يعني امتدت والنهاية ست صار طرف يمتد عادة النهايات مو عادة قطعا ويقينا النهايات لا تمتد لان اذا امتدت خلف في كونها ماذا النهايات ولا نصل ولهذا يقولون الانطلاقة في الحركة والنهاية انطلاقة انطلاقة دفعية والنهاية دفعية ليس فيها حركة لانه اذا كانت الانطلاقة ليست دفعية حركية والنهاية حركية يلزم التسلسل فلا معنى للحركة حينها. قال وليست منقسمة وليست الجهة منقسم لأن النهاية والنهاية طرف واذا كانت منقسمة يعني عندها امتداد لا تكون طرفا نعم اقول لما كانت الجهة عبارة عن الطرف يعني نهاية لم تكن منقسما بالضرورة. لان الطرف لو كان منقسما لم يكن اه اقترفوا كله طرفا بل متناهية وعلي متناهية اه الصحيح اه صحيح ليس متناهية نهايته تخيل انت وصلت الى المكان المشار اليه وصلت الى النهاية خلاص انتهى. يعني امر عدمي فتصور انتهى ممتدة كذلك هي اه ليست هي النهاية النهاية هي نهايتها فيه نهاية اخرى لأن امتدت وفصحيح تقول لم يكن الطرف كله طرفا بل اه نهايته علي النسخة ميم وضع صحيح فلا يكون الطرف طرفا وهذا قلت يعني ما فرض انه نهاية وهو ممتد يعني هو ليس له نهاية. نهايته هو النهاية. يعني اذا امتد مثلا اه سنتيمتر واحد نهاية السنتيمات هو الطرف. ما ثبت انه طرف ليس بطرف ما ثبت انه نهاية ليس بنهاية. المسألة واضحة جدا ولهذا اصلوا هذه القاعدة آآ اطراف الحركة امور دفعية وليست حركية. يعني الانطلاقة في الحركة والوصول امور دفعية نعم والامور الدفعية لا امتداد فيها وبالتالي لا تنقسم نعم هذا دليل ويقول ولان المتحرك اذا وصل الى المنتصف هنا اه وصل الى المنتصف يعني لم يصل الى النهاية. لم يخلو اما ان يكون متحركا عن الجهة. يعني ترك الجهة تنصل على الجهة فلا يكون ما تخلف ما بقي ليس بجهة او يكون متحركا الى الجهة فلا يكون المتروك من الجهة ما بقي المتروك يعني من الذي قطعه نعم فالوسط اذا كان مازالت الجهة بعيدة فما بقي ليس من هو الجهة. الجهة ما وراء ما بقي من المسافة هذا اذا اذا تحرك نحوها اذا لا قطعها انتهى قطع المسافة فالجهة الذي قطعه ليس من الجهة فهو في متن الجهة نعم ولهذا يقول ولان المتحرك اذا وصل الى المنتصف يعني منتصف المسافة المقطوعة لم يخلو مولاي قسم المسألة الى قسمين اما ان يكون متحركا عن الجهة يعني تجاوز الجهة تنصل عن الجهة فلا يكون من تخلف من المسافة من الجهة. خلاص يعني هو وصل الى النهاية او يكون متحركا الى الجهة مازال يتحرك نحو الجهة فلا يكون المتروك المتروك من من المسافة من المسافة من الجهة نعم هذا المتروك مقدمة للوصول الى الجهة، نعم هذه ادلة صحيحة لكن اه اذا اردنا ان نختزل المسافات ولا نذهب الى هذه الامور انا اسميها هذه الامور الهوس البرهاني الهوس البرهان يعني امور شهودية امور واضحة وهو عنده الهوس البرهاني يروح يستدل على كلشي وهي شهودية. انت الان ان الجهة نهاية يعني الطرف طرف ان تخيل مثلا شخص يقول انا اريد ان اصل الى ضريح الامام الحسين عليه السلام او واصل امام المولى ويدعو ويتعبد لله تعالى في هذه البقعة المقدسة. فتأتي وتقول له انت لم تصل الى الظريح الشريف ما زال الضريح الشريف ما زال كيلومترات امامك يعتقدك انت مجنونا لأنه هو بالشهود وصل الى النهاية نهاية الحركة وهو امام المولى يتمتع بهذه المعنويات اه ينظر اليك بنظرة بنظرة غريبة فانت مجنون. وين النهاية? انا وصلت هذه الامور شهودية اذا نذهب الى هوس الاستدلالات وهذا هو الاشكال على القرون الوسطى اشكال على القرون الوسطى في الغرب هذا هو. عندكم هوس الاستدلالات كلشي تريدون تستدلون عليه في كتير من امور الشهودية امور فطرية فاذا مم ركنا الى الاستدلال فنقع في الهوس الاستدلالي تخيل الان الان عندنا هوس هوس في الحوزة العلمية هو استدلال على القضايا الاخلاقية او القضايا الاخلاقية. ما معنى? معنى عندك قضية وتبحث عن مطابق واقعي. خارجة عن القضية فالقضية اذا طابقت صادقة اذا لم تطابق كذبة يعني جعلوا القضايا الاخلاقية حتى القضايا التشريعية جعلوها قضايا تكوينية مع ان القضايا الاخلاقية والقضايا العقدية والقضايا التشريعية هي تحليل لمن? لما اودعه الله تعالى في فطرة الانسان في اجمل ما في الانسان وهو الوجدان والفطرة. فهذه حاضرة الهمها فجورك وتقوى اذا هذه القضايا متعلقاتها في قلب الفطرة. يعني الفطرة تعرف ما هو خير. عبر عنه بالتقوى. وتعرف ما هو شر عبر عنه بالفجور اوحى اليهم فعل الخيرات هذه الامور العقدية والامور التشريعية والاخلاقية وهذه امور تعيش تراهم الفطرة تشاهدهم الفطرة. نعم. بعض التفاصيل فقط يأتي الشرع يبين بعض تفاصيل العقيدة ويبين بعض تفاصيل الشريعة والأخلاق. نعم. يعني انا الآن اصل العبودية اشاهده في كياني عصر العبودية يعني انا احتاج ان نسلم واخضع لحقيقة مطلقة هذا اصل كلي مودع فيه لكن دوائر هذه تجلي هذه العبودية التي تسمى العبادة هذه يأتي الوحي ويبين لدوائرها هذه الصلاة هذه بر الوالدين هذا صوم هذا حج والا اصل العبودية موضع في فترة الانسان وفي وجدان الانسان قال وهي من ذوات الاوضاع المقصودة</w:t>
      </w:r>
    </w:p>
    <w:p>
      <w:r>
        <w:t>نعم اينما تكون الجهة هناك اوضاع يعني فيه مادة متموضع حتى تشار اليه اذا لم تكن متموضعة هل يشار اليها؟ ومقصودة يعني موجودة تسعى اليها الحركة يعني يسعى اليها المتحرك نعم مثلا عندك نتا هو نجيب هاد المثال. عندك آآ جسم لونه اسود يتحرك وفق ظروف موضوعية وشروط موضوعية يصير اه بلون ابيض هنا اللون الابيض غير موجود معدوم ثم بالحركة تحقق. هذا ليس جهة الجهة موجودة نعم موجودة. طبعا موجودة بوجود الوضع قلت لكم هي امر عدمي لكن لا يمكن ان يكون الأمر العدمي الا اذا كان كان شيء مادي متناهي نعم محدود نعم اقول الجهة خليني اقرأ المثل وهي من ذوات الاوضاع يعني والجهة من ذوات الاوضاع يعني لا تتصور الا في جسم متموضع المقصودة يعني موجودة موجودة بينت الموجودية يعني نهاية امر آآ ذي وضع مقصودة بالحركة يعني الحركة تسعى اليها للحصول فيها للاستقرار فيها وبالاشارة يشار اليها بل حيس. اقول الجهة ليست امرا مجردا عن المواد دائما تكون في مودة وضع وعلائق هذه المواد بل هي من ذوات الاوضاع التي تناولها تتناولها الاشارة الحسية وتقصد بالحركة يعني الحركة تسعى اليها. الحركة يعني المتحرك وبالاشارة كذلك تقصد بالاشارة فتكون موجودة. طبعا موجودياتها بينتها بينتها لك نهاية امر متموضع. والا هي امر عدمي نعم مثل الحجم من حجم آآ امر عدمي السطح امر عدمي. النقطة امور عدمية. لكن لا يمكن ان تكون الا في اوضاع الى شي مادة متموضع نعم وانما قيد اه القصد بالحركة في المتن يقول المقصود بالحركة. المقصود بالحركة بالحركة قيد للمقصودة نعم اه وانما قيد القصد بالحركة بقوله للحصول فيها المقصود بالحركة للحصول فيها لان ما يقصد بالحركة قد يكون موجودا كالجهة فانه فانها تقصد بالحركة لانها تقصد لغاية ما هي الحصول فيها وقد يكون اه قد يكون ما يقصد ليس اه ليس متحققا معدوما كالبياض الذي يتحرك الجسم اليه من السواد الى البياض لانه معدوم غير موجود في حركة في متن الاعراض على مستوى المادة ينتفي السواد ويأتي البعض البياض. وليس مقصودا بالحركة للحصول فيه بل لتحصيله نعم هو الحصول الى جهة حصولية والبياظ في هذا المثال تحصيلي وليس اصوليا حصوليا نعم. اذا الجهة امر موجود يعني على الاقل له حظ من الوجود ما هو فيه مادة متواضعة متناهية نعم هذا معنى موجودة لا تعني لا يعني بالموجودية انها لها متن مستقلة ابدا لان الجهة طرف طرف اه شيء يتناهى قال والطبيعي منها فوق وسفل وما عداها غير متناهي يعني هذه الجهة يقسمها الى فوق وتحت ثم على الاطراف على اليمين وعلى الشمال وغير اليمين وغير الشمال هذه لا تتناهى ابدا نعم فوق فوق واحد تحت يعني السفل تحت واحد اما على الاطراف اليمين والشمال وغير اليمين والشمال هذه لا تتناهى. انظروا الان انا اه عندي فوق وعندي تحت لكن عندي هذا هذه الجهة هذه الجهة هذه الجهة جهات غير متناة هي وكذلك هي نسبية يا نسبيا يعني اذا لاحظنا وحدة الجهة هي نسبية يعني قد يكون مكان باليمين يصل به ما باليسار اما والفوق والتحت لا قال والطبيعي يعني الثابت الطبيعي بمعنى الثابت منها فوق وصف وما عداها من الجهات غير متناهية اقول الجهة منها ما هو طبيعي وهو ثنتان لا غير. يعني اثنان الفوق والسفل ومنها ما هو غير طبيعي يعني غير ثابت وما عاداهما ونعني بالطبيعي ما يستحيل تغيره وانتقاله عن هيئته. يعني ثابت وبغير الطبيعي ما يمكن تغيره تغيره فان القدام قد يصير خلفا شمال يمين قدام خلف فان القدام قد يصيروا خلفا وكذا اليمين قد يصير ويسارا واما الفوق والسفل فلا. اذا حددنا وحدة الاجلاء وهذه الجهات التي ليست طبيعية غير متناهية. لانها اطراف الخطوط المفروضة في الامتداد وتلك الخطوط غير متناهية. يعني تسوي لك انت خطوط قدام ووراء يمين وشمال كثيرة نعم لا تتناهى مسألة بسيطة ليست اه برهانية وليست استدلالية مشاهدة فقط تحتاج الى يعني المشاهدة كتير من الامور فقط تحتاج الى المشاهدة المعاينة لكن العقل المهووس بالاستدلالات يدخل في متاهات الاستدلال. صدقني يضيع المطلب اكثر مما يبينه ويجليه الفصل الثاني في الاجسام يعني الان يدخل في مصاديق الجوهر جسم مادة صورة نفس عقل يبدأ بالاجسام لانه هو الذي نعاينه بالمشاهدة اكثر وهو البسيط يعني ليس معقدا من حيث الفهم من حيث الوجود. قال اه الفصل الثاني في الاجسام. وهي قسمان فلكية وعنصرية. هذا التقسيم القديم ملكية يفوق عنصرية تحت على مستوى الارض. العنصرية عندهم اه تراب ماء وهواء ونار. الان لا مية وتسعة ما يسمى والصناعية فيه زائد العناصر التي صنعت اما الفلكية فالكلية منها تسعة بلاك الكلية ولا في اكل جزئية واحد غير مكوكب يعني فلك الافلاك الذي هو يدور كل الافلاك الداخلة كالبصل البصل له قشور قشر الفوقانية كلها التي نلمسها نحن هذه هي فلك الافلاك ثم قشور داخلة داخلة حتى نصل الى المركز. المركز هو الكرة الفلك الاول الذي يحرك جميع الافلاك اه يسمى اه فلك الاسلاك او الاطلس لان الاطلس كلمة ما فيها نقط اذن فما فيه كواكب في داخله محيط بالجميع كهذا البصلة السطح الفوقاني يحيط بجميع سطوح البصرة الداخلية وتحته فلك الثوابت يعني فلك فيه كواكب يعني وانبوب انبوب هذا الفلك القديم انبوب في داخله كواكب لا تتحرك  يعني تظهر انها ثابتة عند الفلك هذا يسمى فلك الثوابت. ثم افلاك الكواكب السيارة السبعة اي نعم وتشتمل على افلاك تداوير يعني افلاك كواكب السيارة كل سيارة يعني متحركة فيها كوكب خاص كوكب الشمس المشتري زحل وهكذا وتشتمل على افلاك تداوير وخارج المراكز هذه امور كلها تدرس في الفلك وليس في الفلسفة وليس في الالهيات بالمعنى الاخص والمجموع اربعة وعشرون يعني فلكا وتشتمل على سبعة متحيرة نعم هنا الشيخ حسن زاد عمولي المتحيلة يقول كذا في جميع النسخ التي عندنا والصواب على سبع صياغة بدلا منها سبعة متحيرة لأن هادشي خاصنا نزاد اه اية في علم الفلك والنجوم مجتهد في هذه العلوم قوي جدا نعم تعلم علم النجوم عند السيد آآ علي مهدي ابن السيد علي قاضي اما الفلك ظهر تعلمه درسه عند الشيخ الشعراني في كهران هذا الشيخ الشعراني كان اية في علم الفلك وكان يتقن حتى علم الفلك الحديث وحتى اللغات الاجنبية يقول الشيخ حسن زادت تصحيحا للمتن هكذا في جميع النسخ التي عندنا والصواب على سبعة سيارات الكواكب التي تتحرك تسمى السيارة بدلا على سبعة متحير في المتن ماذا جاء وتشتمل على سبعة متحيرة لا على سبعة سيارة يقولوا الا ان نسخة واحدة كانت خمسة متحيرة. مكان سبعة متحيرة ولكنها صواب بحسب الصورة. لان المتحيرة خمسة وليس بصواب حسب المعنى المهم لانه هو فلكي كبير صحح المتن</w:t>
      </w:r>
    </w:p>
    <w:p>
      <w:r>
        <w:t>نعم وتشتمل على سبعة متحيرة والف م وعشرين كوكبا ثوابت. يعني غير سيارة لا تتحرك اقول لما فرغ من البحث عن مطلق الجواهر او مطلق الجوهر شرع في البحث عن جزئياته يعني ضيقه. كلمة مصداق افضل وبدأ بالجسم قلنا جسم اه هيولة سورة يتركب منهما الجسم نفس عقله لانه لماذا بدأ به? لانه اقرب الى الحس نعم نعاينه بالمشاهدة الحسية والمشاهدة العقلية. وفي هذا الفصل مسائل. المسألة الاولى في البحث عن الاسامي الفلكية كل ما اذكره هنا بحث فلكي فنحن فقط نبين المتن اذا كان فيه آآ غموض وقدرنا على بيانه بها لم نقدر فهذا بحث فلكي لا يخصنا اعلم ان الاجسام تنقسم الى قسمين عند القدماء لكن الان عند اه عند اه المحدثين او الحدثيين يعني بعدما تطورت العلوم لا هذه المادة التي في الارض تسانخ وتناسب جميع اه جميع المجرات والمنظومة الشمسية حقيقة واحدة دقيقة واحدة لا اختلاف اه بينها. اذا اذا قسمناها الى فلكها وعنصرية باعتبار الوضع والتموضع فقط وليس باعتبار نوعية المادة تلاكية وعنصرية العنصرية هذه التي في الارض الان صارت مية تسعة طبيعية والصناعية اكثر والفلكية فوق يعني ما فوق فلك القمر والافلاك اما كليا الكلية هنا ليس بالمعنى المنطقي تصدق على كثيرين. الكل يعني شاملا  منها حركة واحدة اما بسيطة او مركبة واما جزئية. اما الكلية فتسعى. هذه الافلاك التسعة التي استخرجوها بالاستنباط من العقول اما الكلية فتسعى لان العقول تسعة حركة النفس تكون في مادة لا تنقسم دائرة تدور طيران سرمدي فتتكامل النفس تكاملا سرمديا حتى تتشبه بالعقل كعقول عشرة افلاك عشرة منها فلك القمر  فلك القمر خارج من التسعة نعم اما الكلية يعني الشاملة فتسعة واحدة منها محيط بالجميع. واحد منها يعني محيط بالجميع هو فلك الافلاك يسمى الفلك المحيط ويسمى فلك الافلاك ويسمى الاطلس وهو غير مكوكب يعني خالي عن الكواكب يعني انبوب يدور يدور كل الانابيب الداخلة  وحتى فلك القمر يدور فلك القمر يدور حتى يضم يدور كوكب القمر الى المركز الأرض ساكنة عنده مركز الكون سلك الاسلاك او الاطلس ما في كوكب. يعني يضر وهو فارغ من الكواكب. يسمى الأطلس لأن الأطلس ما فيها نقط وننظر لعدم الكواكب فيه ويسمى الفلك الاطلس بهذا الاعتبار لانه ليس له نقاط في كلمة الاطلس يعني ليس له كواكب وتحت هذا الفلك الأنبوب يأتي فلك الثوابت يعني التي لا تتحرك الكواكب التي لا تتحرك ويسمى فلك البروج يماس المحيط يعني له تماس مع المحيط. انظر هكذا مثل البصل وقشور البصل يمس المحيط يعني يمس الفلك الافلاك بمقعاره لان فلك الافلاك هكذا مقعر يمس مقرمون محدب من تحت. نعم يماس المحيط بمقعره محدب محدب هذا الفلك نعم وتحت هذا يعني تحت فلك البروج زحل وتحته المشتري وتحته المريخ وتحته الشمس وتحته الزهرة وتحته عطارد وتحته القمر يماس العاري بمقعره محدد السافل. وهذه التسعة متوافقة المراكز. يعني كلها تصب في مركز واحد وموافقة للارض في مركزها. يعني الارض هي في المركز ثم تدور عليها هذه الانابيب اسمها الافلاك في كل اه انبوب كواكب مرة يقول كوكب واحد فقط. مرة تكون كواكب كثيرة ثوابت ثم يدورها فلك الافلاك لماذا يدورها? النفس النفس يعني لكل لكل انبوب يعني فلك نفس تتكامل بحركة وضعية لماذا الحركة الوضعية? لان الحركة الوضعية غير متناهية ذلك العقل وجود عجيب وغريب ثم هي تتعلق بكمالاته وتتحرك حركة ليست منقطعة ما هي الحركة الغير منقطعة? الحركة الوضعية. وتدور وتدور عاشقة للقمر عاشقة للعقل آآ تنعكس عليها خيرات علينا اذا دارا فلك الافلاك تضر كل الافلاك فيدر القمر تدور الشمس فنحن نعيش هذه الفصول الاربعة الجميلة فنحيا ونحيا عيش والا نموت اما في الحرارة او في البرودة نعم ثم ان كل فلك ثم ان كل فلك من هذه الافلاك السبع ينفصل الى اجسام كثيرة نعم ما عدا يقتضيه اختلاف حركات ذلك الكوكب يعني الكوكب اذا دار كوكب داخل الفلك فتأتي اجسام كثيرة يقتضيه اختلاف حركات ذلك ذلك الكواكب يعني تلك الكواكب مو ذلك الكواكب كواكب داخل الانابيب في الطول والعرض والاستقامة والرجوع والسرعة والبطء والبعد والقرب من الارض فاثبتوا لكل كوكب كوكب يعني الشمس آآ قمر زحل هذه هي الكواكب فلكا ممثلا بفلك البروج مركزه مركز العالم يمس بمحدده مقعر ما فوقه ومقعره محدب لما تحته يعني مثل تماما مثل قشور البصل قشور البصل خذ القشرة في الوسط تماس الفوقاني في مقعره وتماس التحتاني في محدب هكذا نفهم المسألة بهذا المثال وهو فلكه الكلي المشتمل على سائر افلاكه الا القمر قلت لكم القمر تراك خاص فان ممثله محيط باخر يسمى المائل. هذه كلها مصطلحات فلكية اه تدرس هناك وصدقوني من اجمل العلوم التي اخترقها العقل البشري هو علم الفلك سواء كان قديما او حديثا. وحتى القديم فيه كنوز وكنوز. في كنوز وكنوز نكمل ان شاء الله في الحل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