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قبل الدخول في ادانة هذا البحث الافلاك واقسام الافلاك وكيف هي في الكون في نظر الفلك القديم اريد ابين مسألة في الدراسات العليا بحث خارج بالمدرسة المسيحية الكاثوليكية في الغرب آآ قسموا هذه العلوم فصلوها هنا مدمجة هناك فصلوها وهذا الفصل جميل جدا فصلوا الانطلوجية لوحدها عندك بحث الانطلوجي عن البحث الوجود بما هو موجود وفصلوا عن الموجود بما هو موجود عن الانطلوجية يعني العالم دراسة العالم الافلاك كيف هو ليس الافلاك كل العالم ما سوى الله كيف ومرتب هذا الترتيب فدرسوا هذه الامور في بابل في علم الكونولوجيا ثم فصلوا الانسان يدرس في علم اسمه الانتروبولوجيا يعني دراسة الانسان وهو من اروع البحوث ومن اجمل البحوث وبحث ضروري الى درجة عجيبة. لماذا? لان موضوع الهداية ما هو? الانسان موظوع النظم الاسري هو الانسان. موضوع النظم للمجتمع المدني هو الانسان موظوع الحكومة والانسان موظوع العلاقات الانسانية هو الانسان فهذا يجب ان يدرس مستقلا. اذا انطلوجيا تبحث عن احكام الوجود تبحث عن العالم ومكونات العالم العالم بالفتح لام لام مفتوحة العالم كوسموس يعني الكون ما سوى الله يعني العلم الذي يدرس الانسان ثم فصلوا علم النفس بسيكولوجيا السيكولوجيا الآن يترجموها بالعرب وهي في الحقيقة يعني نفس عن علم يعني علم النفس علم النفس الفلسفي وعندهم الاخلاق يعني فلسفة الاخلاق هذه خمس علوم بالنسبة الى رجل الدين عنده يجب الاحاطة العلمية بها احاطة تامة ثم بعد الخمسة تأتي التيولوجيا يعني الالهيات بمعنى الاخص كما سنصل اليها نحن هذه عندنا ليست مفصولة مع الاسف الشديد خصوصا عند القدماء. نعم الان بدأت تنفصل اه علم النفس تستطيع ان تقول انها انفصلت فلسفة الاخلاق تستطيع ان تقول انفصلت اه يعلم الانسان ما عندنا والكوسمولوجيا مازالت تدرس في هذه آآ بحث المقولات وما اشبه المقولات نعم تيولوجية مفصولة بالالهات بمعنى الاخص الى انها تدرس مرة في علم الكلام ومرة في الفلسفة علم الكلام تسمى الالهيات الدينية وفي الفلسفة الالهية الفلسفية المحقق الطوسي لما كان فيلسوفا كبيرا وكان اماميا يعني عنده انتماء ديني فاسس لعلم الكلام ممزوجا لعلم الكلام ممزوج  الفلسفة الدينية او الالهية الفلسفية والالهيات آآ الدينية  تأسس علم يسمى علم الكلام الفلسفي هو اسس هذا الامر في الاطار الامامي والفخ الرازي اسس هذا الامر في في الاطار الاشعري لكن انا افضل هذا الفصل احسن. هذا الفصل يجب ان يكون انطولوجيا  علم الناس يعني سيكولوجيا وتيولوجيا الاهيات ونسيت واحدة اه اه انطولوجيا اه يعني علم الانسان وعلم النفس  اه تيولوجيا وفلسفة الاخلاق والان اضافوا شيء اخر وهو فلسفة المعرفة ما يسمى بنظرية معرفة. هذه العلوم كلما اجتهد فيها المتخصص في العلوم الدينية كان تأثيره في المجتمع كثيرا وقويا نعم واثبتوا ايضا فلكا خارج المركز عن مركز الارض فلك يعني آآ انبوب خارج مركز الارظ يعني تخيل مركز الأرض قلب البصلة في عمق البصلة وسط البصرة ثم هذه الأنابيب القشور البصل تدور حول هذا المركز لا في فلك لا يكون اه المركز في داخله هذا يسمى خارج المركز. واثبتوا ايضا فلكا اه خارج المركز عن مركز الارض ينفصل عن ممثل هذا اصطلاح فلكي او المائل بتماس محدباهما ومقعريهما على نقطة يسمى الابعد عن الارض واوجن والاقرب منه حظيظا اوج حظيظ و اه الابعد يعني في اوج في مقابله اه الأبعد وفي القريب منه الحضيض واثبت فلكا اخر. يعني هذه اشارة الى المصاديق اين تدرس في علم الفلك بالكونسولوجيا او علم الفلك. ويثبت فلكا اخر يسمى فلك التدوير غير محيط بالارض بل هو في ثخن الخارج خارج المركز. يعني داخل هذا الفلك الخارج خارج المركز. يمس محدبه سطحيه على نقطتين ثم الأبعد ذروة والأقرب الى الأرض حظيظا في السبعة عدا الشمس فانهم اثبتوا لها فلكن خارج المركز خاصة الشمس لها حكم خاص لها فلكها الخاص. يعني لها فلكها الخاص يعني انبوبها الخاص. اذا دار الانبوب هذه الدوران الوضعي الشمس دارت معه ولها كذلك دورانها وبالكوكب الخاص. فالشمس عندها حركة حركة الكون حركة اه فلك يعني اذا دار الفلك الحركة وضعية تحركت الشمس بحركته ولا حركها حركتها الخاصة حركة فلكية وحركة خاصة. هذا هو الفلك القديم نعم. واثبتوا لعطارة كذلك كوكب ووقف المنظومة الشمسية فليكن خارج المركز يسمى احدهما المدير والثاني الحامل فالمجموع من الفلكين العظيمين اربعة وعشرون فلكا تشتمل سبعة افلاك منها على خمس كواكب متحيرة. متحيرة يعني ليست متحير يعني حسب ذاكرتي في في دراستي لعلم الفلك انا لم ادرس علم الفلك بنحو الاجتهاد درست بنحو الاطلاع مع الاسف الان في الحوزة لا يدرس. كثير من العلوم اختفت من الحوزة علم المناظرات علم الفلك علم النجوم حتى علم المناظرات لي هو مهم جدا اختفى اختفى نعم حتى علم المنطق بدأ يختفي الان كتير من الطلاب ثقافتهم المنطقية هزيلة جدا هزيلة جدا نعم يدرس على المظفر والموظف ليس كتابا تدريسيا نعم محاضرات القاهم العلامة المظفر في كليته ما دخل هذه المحاضرات في الدراسات الحوزية. الدراسات الحوزاوية يدرسون ما قبل الشمسية عندهم كتاب اه ما قبل الشمسية مختصر ولكن متني ثم الشمسية ثم ممكن شرح الاشارات او التجريد ثم البرهان فالطالب يكون حجة في المسائل المنطقية. نعم المتخيلة حسب ذاكرتي مرة تراها في الشمال ومرة تراها في اليمين. يعني تراها مرة من هنا ومرة هنا. يعني مرة تظهر تشرق يعني تشرق من هذه الجهة يعني على اليمين ومرة تشرق عن هذه عن عن اليسار فهي متحيلة من حيث الجهة متحيرة وين رايحة تسمى متحيرا. وفيه ثابتة لا تتحرك في نظرهم. وفي لا سيارة يعني تتحرك وهو ذلك وفلك البروج يحتوي على الف ونيف وعشرين كوكبا ثابتة نعم هنا اه انت تتحير في هذا الامر تأتي الى المنظومة الشمسية المنظومة الشمسية محدودة الكواكب عطارد كذا كذا. من اين جاءت هذه الكمية الكبيرة من من الكواكب? لانهم خرجوا عن المنظومة الشمسية الى المجرات. الى كل ما خلقه الله تعالى وحصروه بفلك يسمى فلك الأطلس او فلك الأفلاك ولهذا كانت احكامهم صحيحة نعم حتى الفلك الحديث لم يبطلها. نعم ممكن ابطل هذه هذه الافلاك لكن انا سمعت من متخصص في علم الفلك يقول هذه الافلاك لا واقعية لها. وانما فرضية فقط احتاجها الفلكي. وليست لها واقعية من الواقعية. وانما هي فرضية فقط احتاجها الفلكي لتبيين بعض الامور. نعم  وفلقوا البروج يحتوي على الف ونيف وعشرين كوكبا ثابتة على حسب الاستقراء الفلكي القديم وكون الثوابت في فلك واحد غير معلوم. هنا العلامة الحلية تكلم باجتهاد</w:t>
      </w:r>
    </w:p>
    <w:p>
      <w:r>
        <w:t>كانه كان محيطا بعلم الفلك وكذلك انحسار الافلاك فيما ذكروه يعني التسعة غير معلوم بل يجوز ان توجد افلاك كثيرة اما وراء المحيط يعني فلك الافلاك او بين هذه الافلاك وقول بعضهم ان ابعد بعد بعد كل سافل مساوي لاقرب قرب العالي باطل يعني تروح انت الى الأبعد والسافل. يقول المسافة آآ متساوية. اذا وسطنا مثلا نقطة في الوسط تكون الأبعاد متساوية. لأن بين ابعد بعد القمر واقرب قرب عطر اه سخنوا فلكي جو زهر القمر. يعني هذه الأمور ماذا اقول لكم? يجب ان تدرسوها في الفلك وتحتاجون الى سبورة سبورة تجسد لكم هذه الامور حتى تتقنوها الاتقان الجميل. صدقوني هذه السبورة لما اخترعت الية بيداغوجية رائعة جدا لان الطالب مثلا اذا كنا في قياسات استدلالية صغرى كبرى نتيجة قياس استثنائي خياله يعجز عن ترتيب المقدمات. اما لانها كثيرة او لانها معقدة. السبورة يضع لك صغرى كبرى نتيجة الحد الاوسط. وين كيف اختفى ما هو ملاك الاستدلال دليل على الكبرى دليل على الصغرى ارتباط الصغرى بالكبرى في السبورة تكون الأمور واضحة جدا. اذا السبورة ليست عيبا اذا دخلت الى الحوزة فهي الية بيداغوجية جدا جميلة. طبعا تدخل في الامور التي تحتاج الى الخيال الامور التي لا تحتاج الى الخيال ما يحتاج الى السبورة نعم قال والكل بسائط. فتوى كلية كل الكواكب لا تتركب من عناصر وانما هي بسيطة ليس كهذه الماديات المتشكلة من عناصرنا الماديات على وجه الأرض الافلاك بسيطة وبالتالي لا تنقسم لان البسيط ليس له ليس له اجزاء حتى ينقسم اليها. اقول ذهبوا يعني علماء الفلك او علماء القسمولوجيا الى ان الفلك بسيطون لان كل مركب يتطرق اليه الانحلال والفلك لا يتطرق اليه الانحلال في هذه آآ بهذه المدد المتطاولة فيكون بسيطا. يعني هذه الافلاك مرت عليه قرون قرون. يعني المدد المتطاولة اي قرون وقرون ولم تتحلل مع ان انت الان في هذه المكونات على وجه الأرض الحلوة تفسخك تفاحة على المنفضة على الطاولة لم تستهلك شوية شوية ترجع ترابا تتفسخ تتحلل فرأوا ان الكواكب من بدء الخلق الى يومنا هذا لم تتفسخ ولم تتحلل. فاثبتوا انها ليست لها مركبات وبالتالي بسيطة. فيكون بسيطا وهذا حكم واجب عندهم وممكن عندنا حكم واجب عند الفلكيين وعندهم وممكن عندنا يعني العلامة الحين يقول هذا ممكن يعني قد يكون بسيطا وقد يكون مركبا عند من? عندما عند الاعلام الحلي والتدقيق الفلكي ان هذه الكواكب فرضيات فقط فرضيات لمعالجة معضلات فلكية ليس لها واقعية حتى تكون بسيطة او مركبة سلبة بانتفاء الموضوع لان الاجسام عندنا حادثة يمكن تطرق التغير اليها والانحلال. اذا دليل على من حلي على امكان انحلال الافلاك التي هي وهمية طلبية محضة انها ممكنة. نعم حادثة مخلوقا وعنده كل حادث يتطرق اليه التغير والزوال والانحلال. قال خالية من الكيفيات الفعلية والانفعالية ولوازم الفعلية والانفعالية انت عندك كل هذه الكيفيات الأربعة. التي يركز عليها الطب القديم نعم ما هي هذه الكيفيات حرارة في مقابلها برودة نعم حرارة برودة يبوسها في مقابلها رطوبة. هذه الكيفيات اذا اعتدلت في الانسان اعتدل مزاجه يكون صحيحا بعيدا عن المرض اذا اختل هذا المزاج المادي يعني زادت الرطوبة على البرودة آآ الرطوبة على الصخون الليبوسة او الحرارة على البرودة ياتي المرض الطبيب يأتي ويعدل بطريقة ما هذا المزاج المادي فيصح الانسان اقول هذا حكم اخر للافلاك هذه هذه الانابيب التي قلت لكم هي فرضية فقط وهو انها غير متصفة بالكيفية الفعلية اعني الحرارة والبرودة هذه هي الكيفيات الفعلية وما ينسب اليها من لوازم ولا الكيفية الانفعالية. ما هي الكيفية الانفعالية? سيأتي ان شاء الله بحثها بالتفصيل في الاعراض اعني الرطوبة واليوسة وما ينسب اليهما من لوازم وغير متصفة بلوازمها اعني الثقل والخفة نعم هذه هي اللوازم  طبعا الثقل والخفة راجع الى المادة بالذات وراجع الى هذه الكيفيات بالعراظ. نعم. اذا الافلاك باعتبارها بسيطة تخرج تخصصا عن الكيفيات الفعلية الانفعالية. يعني لا حارة ولا باردة ولا يابسة ولا رطبا. نعم واستدلوا على ذلك لماذا ليس لها هذه الكيفيات بان الفلك افلاك يعني هذه الانابيب التي هي في الحقيقة فرضية لو كانت حارة لك انت في غاية الحرارة لماذا? لانها في غاية الحركة فيها واحد يتحرك كفلك الافلاك يحرك كل الكون المادي تحته الى آآ الارض الارض ساكنة الى الأرض الى الأرض ساكنا نعم مع هذا يعتريها بتعتريها الحرارة والبرودة من قربها وبعدها من الشمس كلما اقتربت الى الشمس ازدادت الحرارة كلما ابتعدت عن الشمس ازدادت البرودة. نعم لو كانت حرارة كانت في غاية الحرارة نعم والتالي باطل فالمقدم له لو كانت في رأيه غاية الحرارة تخيل انت على مبنى الفلك القديم كانت هذه الانابيب الافلاك في غاية الحرارة كل ما تحتفل لك الافلام تحترق وهذه الارض تصير سوادا فحما نعم ويقول والتالي باطل لا هذه الحرارة لا نلمسها نحن والا كل شيء يهلك تحتها. فالمقدم مثله اذا لا تتحرك وليس لها الحرارة وبالتالي لا برودة ولا يبوس ولا رطوبة بيان الشرطية ان الفاعل موجود في مادة بسيط لا عائق لها يجب حصول كمال الاثر يعني كمال الحركة وبيان البطلان التالي ان الهواء العالي ابرد من الهواء الملاصق لوجه الارض هذا دليل كذلك. كلما انت وصلت الى صعدت كلما وجدت الماء الهواء بارد. هذا دليل على ان الحرارة هناك منتفية اذا انتفت الحرارة انتفت البرودة. واذا انتفت البرودة انتفت ليبوس والرطوبة وكذا يعني دليل اخر لو اقتضت البرودة لبلغت الغاية فيها نعم مثل الحرارة اذا كانت باردة فتكون باردة الى الغاية فكل ما تحتها يصير ثلجا فيها فكان يستولي الجمود على العناصر فما كان هي تكون شيء من الحيوان. الحيوان يعني ايه من له حياة ابدا يعني تبقى فقط الثلوج والاشجار هذه المعادن. لان هي تتحمل الثلوج والبرودة. اما الحيوان اه مع البرودة حياته تنتفي لان الحياة اصلها الحرارة الحياة ما هي? الحياة الحيوانية طبعا ليس الحيوان الحياة المجردة. الحياة الحيوانية. الحيوانات الإنسان هادي الطبيعية والحيوان حياة الحيوانات هي حركة الدم اذا تحرك الدم فمزاجه يصير حارا  لا يموت يحيا بالحياة الطبيعية. الحياة الطبيعية يعني مبدأ الاثار مبدأ الغفر. يعني انا اتكلم من المثل هنا حي لست ميتا اذا كانت البرودة في اعلاها في فلك الافلاك او الافلاك الدانية كل هذه الأرض تكون ثلجا ما فيها الا الجمادات التي تتحمل يعني الأحجار وممكن بعض الأشجار وممكن هذه الأشجار كذلك مع الزمان تنتفي وتروح نعم ولقائي لان يقول يشير الى اشكال ما هو الاشكال? لا يلزم من اقتضاء الحرارة حصول النهاية. من قال ان آآ الحرارة في فلك الافلاك او فلك البروج يستدعي نهاية الحركة يصير الكون كله نار نعم لماذا? لان الشديد والظعيف مختلفان بالنوع الشديد والضعيف مختلفا بالنوع</w:t>
      </w:r>
    </w:p>
    <w:p>
      <w:r>
        <w:t>يعني النوع الضعيف غير نوع الشديد. ولا يلزم يعني اقتضاء الماهية نوعا ما. اقتضائها النوع الآخر. نعم ولهذا كان الهواء مقتضيا للسخونة ولم يقتضي البالغ منها. يعني الهواء يقتضي السخونة ولكن لا يستدعي ان هذا الهواء يكون نهاية الحرارة والا اختلقنا نحن متنا نعم هذا الاشكال لان الرطوبة انما تمنع عن كمال السخونة اذا اخذت بمعنى البلة لا بمعنى الرقة واللطافة ولا مكان ان تكون الطبيعة الفلكية تقتضي ما يمنع عن الكمال لان اذا كانت حارة كثيرة جدا او باردة كثيرة جدا بعد ما فيه الكمال وما فيه التطور ولان الرطوبة اذا منعت عن كمال الحرارة كانت الطبيعة الواحدة تقتضي امرين متنافيين. يعني من جهة حارة ومن جهة باردة. اذا عرفت هذا فنقول لما انتفت الحرارة والبرودة انتفى لازمهما عن الثقل والخفة المهم هذه امور تدرس في علم الفلك الطالب لا يستطيع ان يحيط بها من جميع الجهات ولا انا كذلك احيط بها من جميع الجهات لان هذه يستدعي احاطة فلكية كبيرة جدا يعني اجتهاد في علم علم الفلك قول شفافة من الكدور من اين تأتي? الكدرات تأتي من التركيب كلما كان الشيء مركبا كانت الكدور كلما كان اه بعيدا عن التركيب كانت الشفافية. مثلا الماء تملؤه بالأوساخ تأتي الكدور تنقيه من الاوساخ كلما نقيته من الاوساخ يعني من الشوائب يأتي زلالا تنعكس فيه الاشياء الانعكاس التام اذن الشفافية ناتجة من عدم القدرة يعني من عدم من عدم التركيب من شوائب. فالشفافية لازمة للبساطة. نعم اقول استدلوا على شفافية الافلاك بوجهين احدهما انها مصائب. قلت لكم الشفافية التابعة للبصائد كلما كان الشيء بسيطا كان شفافا نعم وهذه طبقها على المرآة المرآة متى تعكس الانعكاس التام اذا لم يكن على سطحها شوائب يعني ليست ملطخة فالبساطة ملاك الشفافية نعم. ولهذا يأتي بها هناك دليل استدلوا على شفافية الافلاك بوجهين احدهما انها بسائط وهو منقود بالقمر نعم منقذ بالقمر منقوظ بالقمر هنا اتصور ان العلم من حلي خلط بين الكوكب و اه الفلك بالاك غير الكوكب قمر كوكب الفلك ذلك الانبوب الذي يحرك القمر داك غير مركب بسيط فيكون شفافا. اما القمر لا القمر كوكب المهم هم يتكلمون عن الافلاك وليس ما في داخل الافلاك من كواكب نعم اذا قلنا الافلاك وما في داخل الافلاك من الكواكب اه كلها شفافة بسيطة هذا الكلام غير صحيح لكن الكلام في الافلاك وليس في ما تحتويه الافلاك من من كواكب والآن ثبت ان القمر والشمس كلها من سلخ المادة الأرضية ولا اختلاف بينها وبين المادة الأرضية والثاني انها لا تحجب ما وراءها من عن الابصار مادام انها لا تحجب فهي شفافة نعم دليل فان نبصر الثوابت وهي في الفلك الثامن. وهذا ايضا ظني على من حيث يشكل يقول هذا ظني وليس قطعيا لا يفيد اليقين لجواز ان يكون لها لون ضعيف غير حاجب كما في البلور لون ضعيف هذا اشكالنا من العلامة الحلي على اه مبنى الفلكيين. المسألة الثانية في البحث عن العناصر البسيطة نعم واذا جئنا انطلقنا من قوس الصعود نقول تراب يعلو التراب ماء يعلو الماء هواء يعلو الهواء نار. قرص النزول نار هواء ماء تراب هذه العناصر الاربعة عند المشهور التي تركب المركبات نعم قال واما العناصر البسيطة فأربعة كورية النار والهواء والماء والارظ. هذا قوس النزول اذا اردت ان تعبر بقوس الصعود قل نار يعلوها ماء الماء يعلوه اه الهواء الهواء يعلوه النار. اذا النار فوق لماذا? لانها خفيفة اخف من الهواء نعم ولهذا انت لا تستطيع ان تمسكها نعم واستفيد عددها من مزاوجات الكيفيات الفعلية والانفعالية. يعني من اين آآ جاء هذا العدد يقول من الاختلاط من الاختلاط بالكيفية الفعلية والايه الانفعالية نعم ولهذا يقولون في الطب القديم هذا مزاجه ترابي. هذا مزاجه هوائي هذا ناري هذا مائي. انسان بارد خامل مزاجه مائي نعم بارد ترابي لا يتحرك هوائي شوية شوية ناري حار لماذا? لان هذا العنصر غالب على اه على تركيبه المادي. غالب على بدنه. اقول لما فرغ من البحث على الاجرام الفلكية الفوقانية شرع في البحث عن الاجسام العنصرية الارضية. وهي اما بسيطة او مركبة بدأ بالبسائط ولما كان البسيط جزءا من المركب وكان البحث عن الجزء متقدما على البحث عن الكل قدم البحث عن المصائب. ما هي تراب ماء هواء ارض آآ نار. واعلم ان البسائط العنصرية اربعة. واقربها الى فلك الفلك يعني فلك القمر النار ثم الهواء ثم الماء قوس نزول ثم الارض. ومركزها مركز العالم مركز العالم نعم يعني النقطة الموجودة في قعر الارض. لان النار حارة في الغاية طلبة العلو والهواء حار لا في الغاية يعني متوسط فطلب العلو فوق ما باقي العناصر يعني فوق التراب والماء الارض ابرد العناصر فطلبت المركز اه اه نعم ان لم يذكر الماء لحظة نبدأ من الاول ثم اه بدا بالماء واقربها الى الفلك النار ثم الهواء ثم الماء ثم الارض. هذا الترتيب النزول. ومركزها مركز العالم يعني مركز الارض. لان النار حارة في الغاية فتطلب العلو دائما ترتفع والهواء حار لا في الغاية يعني متوسط فطلب العلو فوق ما باقي العناصر يعني فوق التراب والماء والارض ابرد للعناصر فطلبت المركز هي يعني ترابا وماء. يعني والارض آآ ادمج فيها آآ التراب والماء وهذه الاربعة ان شاء الله يأتي بيانها بالتفصيل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