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تقبل الله الله منا العبادة وآآ كل عمل صالح ووفقنا واياكم لكل خير. ما زلنا في بحث الاجسام والعناصر الاربعة النار والهواء الماء والتراب ووصلنا معكم الى هذه الجمل من كلام العلامة الحلي وهذه الاربعة كرات منطبقة بعضها على بعض  النار كرة كرة يعني مدورة تحتها تقع كرة الهواء وتحت كرة الهواء تقع كرة الماء وتحت كرة الماء تقع التراب نعم على بعض منطبق بعضها على بعض لبساطتها غير مركبة لانها عناصر بها تتراكب الاشياء ولان خسوف القمر يستدل بالبساطة من ابسط الاشكال هي الكرة وبدليل الخسوف ولان خسوف القمر خسوف القمر متى يخصم في القمر؟ عندنا الشمس تشع على الارض والقمر اه تدخل الارض في حركتها الدورانية فتصل الى مخروط الضوء تدخل في هذا الضوء الذي يشع على القمر فتخفيه فينخسف القمر يعني الحيلولة بين الشمس والقمر هي الارض فتحدث ظلا في ظلا في القمر هذا يسمى الخسوف يعني يختفي لان خسوف القمر والعكس اذا دخل القمر في هذا المخروط يحدث كسوف على مستوى الشمس يعني القمر هو يخفي الاضاءة التي تصل الى الارض اذا دخل منطقة الحيلولة ثم المحق نعم ولان خسوف القمر اذا اعتبر في وقت بعينه اذا حدث في وقت ما ببعض البلاد لم يوجد في البلد المخالف يعني البلد المخالف لنفرض مثلا نحن الآن النجف ما يقع مقابل مقابلنا في الجهة الاخرى لا ادري اي بلد هو الا انه يقع في مقابلنا. اذا اذا اخذت الكرة هكذا والنجف كان هنا فالمقابل يقع هنا اذا خسف القمر لو خسف القمر هنا لا يقصف نعم ولان خسوف القمر اذا اعتبر في وقت بعينه في بعض البلاد لم يوجد في البلاد المخالف خصوصا قمر هناك غير موجود وهذا يدل على ماذا? يدل على الكروية يدل على الكروية لذلك البلد في الطول في ذلك الوقت بعينه هذا دليل وصول دليل على ماذا دليل على كروية هذه الامور ومنها كروية الارض نعم لو كانت مسطحة ليست كروية القمر نعم اه ظوؤه يكون منخسفا في هذا البلد فقط. يعني في مساحة خاصة وليس في جميع البلدان نعم هذا دليل الدليل الثالث ثاني والسائل على خط من خطوط نصف النهار نصف النهار هذه دائرة فلكية  الى الجانب الشمالي يعني من يتحرك في دارت نصف النهار يعني من الكواكب الى الجانب الشمالي يزداد عليه ارتفاع القطب الشمالي انخفاض الجنوبي يعني يتحرك آآ وهذه حتى في حتى في البحار بتحرك انت وتراه نقطة هي قمة الجبل ما كلما تحركت لأنه مقوسة كلما تحركت يصعد الجبل يصعد الجبل حتى الجزيرة كاملة. التي فيها الجبل فانت تتحرك نحو شيء يرتفع وتترك شيء ينخفض لماذا? انظر هذا المقوس يتحرك هذا الاتجاه كل ما كان مختفي يظهر وكل ما كان ظاهرا في الجنوب يختفي مسألة شهودية نعم مسألة شهودية احد الخلفاء في ظهرن في الدولة العباسية هي التي كانت تهتم بالعلوم اكثر فطلب هذا الخليفة او الحاكم من علماء من علماء الفلك ان يجد دائرة الارض كم هي نعم محيط محيط الأرض كم هي في ذلك الزمن ماذا فعل? وضع حديد على الارض باعتبار ان الارض كروية ليست مسطحة كما يدعي الجهلاء من الوهابية لا وكرويا فماشية تقريبا متين كيلو متر ووضع حديدة اخرى مشى مساحة محددة لكن هذه المساحة المحددة وهو يمشي وهو يراقب النجم. النجم كان في افق بالأفق يعني بعد لم يصعد فهو تحرك تحرك تحرك مع الاقيس يقيس وجد ان هذا النجم صعد درجة. يعني من تلتمية وستين كم درجة خمسة خمس درجات فقط صعد النجم هو توقف ووضع حديدة فعد هذه المساحة مثلا سين يضربها في ماذا بتلتمية وستين تقسيم خمسة كم؟ اه ان الدرجة خمسة تلتمية وستين تقسيم خمسة يعني خمسة وتلاتين بيعطيك اه اه سبعة سبعة في خمسة خمسة وتلاتين وعشرة. يعني اتنين وتلاتين. ضربها في تنين ولا في اتنين وتلاتين اوجد محيط الأرض بثقة فائقة الآن المحيط الذي ومعروف في التقدم العلمي العميق والكبير. مع ذلك المقدار تقريبا الفارق عشرين كيلو متر فقط دقة راقية. هذا كله مبني على ماذا? على كروية الارض كلما تحرك الذي يقع في المقابل فيصعد والذي يقع في الوراء ينزل قاعدة هذي والسائر على خط من خطوط نصف النهار يعني هذه دائرة نصف النهار الى الجانب الشمالي يزداد عليه ارتفاع القطب الشمالي وانخفاض الجنوبي وبالعكس يعني كذلك اذا تحرك نحو الجنوبي ترتفع اه يرتفع القطب الجنوبي ويخفض القطب الشمالي وهذا يدل على كورية الارض اذا ثبتت كرة الارظ تثبت كرية الامور الاخرى يعني المائية والهوائية والنارية ثم قد تستشكل تقول آآ الارض نعم كروية لكن فيها الانخفاضات وفيها الارتفاعات الا تؤثر هذه في كرويتها يقول والاغوار والانجاد لا تؤثر في كل في الكورية لماذا? لصغرها بالنسبة اليها قيس انت هذه الاغوار والارتفاعات بالنسبة الى حجم الكرة الأرضية الضخمة آآ تعود خذوا شاة على سطحها فقط. لا تمثل شيئا. هذا بالنسبة الى الارض يعني التراب واما الماء فلان راكب البحر اذا قرب من جبل ظهرت له قلته دليل على ان الماء كذلك اه كرة اه كرة ليس مسطحا انت تركب في سفينة بتتحرك تتحرك لماذا? لانه الكرة الماء مقوس الشيء الذي كان اسفل كلما انت تقدمت في الحركة يبدأ يصعد يصعد يصعد اول ما ترى نقطة ثم تتقدم تتقدم بهذا القوص حتى يظهر لك الجبل كاملا. واما الماء فلان راكب البحر يعني في السفينة اذا قرب من جبل ظهرت له قلته نقطة فقط. يعني قمته اولا ثم اسفله ثانيا قدم يتقدم حتى يظهر الجبل كاملا والجزيرة كاملا والبعد بينه وبين القول لا اكثر مما بينه وبين اسفل نعم القول تنظر اليها هكذا كالوتر والاسفل لا اه مباشرة فتكون المسافة بينك وبين القلة اكثر بينك وبين السفلي واضحة جدا والسبب فيه منعو حديت الماء عن ايصال الأسفل نعم والسبب في منع حدية الماء عن ايصال عن ابصار الأسفل نعم الأسفل ينزل ثم انت تتحرك فيرتفع واما الباقيان يعني كرة الهواء والنار ولما مر من بساطته بساطتهما وهي تقتضي الكورية عندو دليل واحد فقط على كورية الهواء والمار. والمار هي البساطة. البساطة اه مثالها الافلاطوني هي الكرة نعم وانما استفيد عدد هذه العناصر وآآ انحصارها في اربعة يعني قد تسأل هذا السؤال لماذا حسبتموها في اربعة في الطبيعيات القديمة يقول من مزاوجات الكيفيات الفعلية والانفعالية عن الحرارة والبرودة والرطوبة واليوبوسات لان الكيفيات الاربعة يعني عندك حرارة في مقابل البرودة واللبوسة في مقابل الرطوبة</w:t>
      </w:r>
    </w:p>
    <w:p>
      <w:r>
        <w:t>هذه الكيفيات هي التي تنشأ بعد التركيب اذا اذا كانت اربعة فمكوناتها تكون اربعة لقانون نعم قال وكل منها يعني من هذه الكرات النار والهواء والتراب والماء ينقلب الى الملاصق يعني ينقلب الى الاقرب يعني النار تنقلب الى الهواء وهذه بالتجربة ثم تنقلب الى التراب بواسطة ليس مباشرة الملاصقة يعني كرة ملاصقة للكرة يعني النار ملاصقة للهواء الهواء ملاصق للماء الماء ملاصق للتراب وكل منهما ينقلب يعني ينفسخ ويصير من النارية الى الهوائية الى الملاصقة والى الغير بواسطة يعني الى غير الملاصق بواسطة او بوسائط التغير نعم تغير هذه العناصر. اقول هذه العناصر الاربعة كل واحد منها ينقلب الى الاخر اما ابتداء يعني بدون واسطة كسيرورة النار هواء او بواسطة واحدة كسيروريتها ماء بواسطة انقلاب هواء. يعني بعدما تصير النار اه هواء تنقلب بعدها هواء ثم انقلاب الهواء ماء او بوسائط كسيرورة ارضا النار تمر بالهوائية ثم بالمائية يعني وسيطتان ثم الترابية بواسطة انقلاب الانقلاب هواء ثم ماء ثم ارضا. والاصل في يعني المبنى فيما هو ان غالب الأمر انقلاب العنصر الى ملاصقه. هذه القاعدة العنصر يتغير الى الاقرب منه يعني الملاصق كانقلاب النار هواء ابتداء والى البعيد بواسطة ويدل على انقلاب كل واحد منهما الى صاحبه ما يشاهد من سيرورة النار هواء عند الانطفاء نعم اذا انطفت صارت ماذا? هواء وسيرورة الهوى نارا عند الحاح النفخ نعم الهواء تنفخ تنفخ فيصير نارا. وصيرورة الهواء ماء عند حصول البرد الهواء في البرد. هذه كلها طبيعيات قديمة الان اه الان غير صحيح يعني هذا الهوى لا ينقلب ماء. لان الرطوبة فيه الرطوبة فيه والشروط الموضوعية للرطوبة لا تظهر اذا جاء البرد هذه الرطوبة تظهر شروط غير موضوعة غير موضوعية غير موجودة نعم المهم هذه الطبيعيات قديمة نعم ويدل على انقلاب كل واحد منها يعني من هذه الكرات يعني هذه العناصر الأربعة الى صاحبه الملاصق والبعيد ما يشاهد ما يشاهد من سيرورة النار هواء عند الإنطفاء اذا انطفت النار هواء تبخرت وسيرورة الهواء نارا عند الحاح النفخ وسيرورة الهواء ماء عند حصول البرد في الجو وانعقاد السحاب السحاب الماطر من غير وصول بخار اليه وسيرورة الماء هواء عند اسخانه سخن الماء يتبخر وسيرورة الماء ارضا كما يعقد اهل الحيل المياه الجارية احجارا صلبة وسيرورة الارض ماء كما يتخذون اه مياها حارة ويحلون في اجساد صلبة حجرية حتى تصير مياه جارية نعم اذا هذه التغيرات مشاهدة الى انها لقلة الاجهزة العلمية في ذلك الزمان اعتقدوا بهذا الامر نعم الان هذه الامور في الطبيعية الحديثة كثير منها نسخ صناغير اه غير صحيح. قال فالنار يبدا يشير الى خصوصية كل كرة نعم ما هي خصوصية النار? فالنار حارة الخصوصية الاولى وهذه بالشهود يابسة ليست فيها رطوبة وهذه واضحة بالعكس اينما تكون النار ترتفع اه الرطوبة شفافة نعم اه ليست داكنة كالتراب مثلا متحركة واضحة جدا نهبها يتحرك تقول متحركة بالتبعية يعني ليست لها حركة ذاتية اراك بتبعي حركة اخرى نعم بالتبعية لها طبقة واحدة ليس لها طوابق متعددة وقوة على احالة المركب اليها نعم يعني تجعل المركب حارا. نعم اذا لمسته طبعا اقول لما فرغ من الاحكام المشتركة بين العناصر كونوها كلها كروية شرع في البحث عن الكيفيات المختصة بكل عنصر عنصر وبدأ بالنار. وذكر من احكامها ستة. قلنا حارة يابسة شفافة متحركة بالتبعية لها طبقة واحدة وقوة على احالة المركب اليها ست احكام الأول انها حارة والحس يعني الشهود الحسي يدل على حرارة النار الموجودة عندنا واما النار البسيطة التي هي هي الفلك الاثير كانوا يعتقدون في الماضي ان الفلك الاثير الناري فانها كذلك يعني كذلك هي حارة لوجود الطبيعة خالية عن العائق. يعني هناك ما في عائق لنا سلك نعم ولبساطتها دليل اخر على ان ان هذا الفلك الاثير قارو لأنه بسيط فان الحرارة موجودة في النار التي عندنا مع امتزاجها بالضد تكافئ بالنار صرفا يعني هذه النار ممتزجة يعني نحن نعيشها نعم ممتزجة بماذا? ممتزجة مواد ترابية مواد ارضية معدنية الشمعة مثلا لا تحترق الا اذا كانت فيها مادة هناك فالنار ليست خالصة لهويتها. اما النار الاثرية فهي خالصة. وبالتالي تكون اشد بساطة فتكون اشد حرارة ثانيا انها يابسة يابسة يعني ما فيه رطوبة وهو معلوم بالحس كذلك بالشهود ايضا ان عني باللبوس ما لا يلتصق بغيره وعليه لا تلتصق بغيرها اما ان عني بها ما يحصل تشكله بالاشكال القريبة النار ليست يابسة بهذا المعنى يعني لا تتشكل باشكال اه قريبا. الثالث انها شفافة يعني لا تحجب نعم والا لحجبت الثوابت عن الابصار. ولان النار كلما كانت اقرب الى الشفافية كانت اقوى كما في اصول الشعل. وهذا قواعد طبيعية قديمة اذا شفافة الرابع انها متحركة بالتبعية. قلنا الحركة ليست ذاتية لها وانما بتبعه متحرك وهو حكم ظني العلامة الحل لا يقبله يقول هذا ظني ليس يقينين لانهم لما رأوا الشهب متحركة حاكموا بحركة كرة النار ثم طلب العلة يعني السبب فقالوا ان كل جزء من الفلك تعين مكانا نعم لجزء من النار فاذا انتقل ذلك الجزء انتقل المتمكن يعني النار فيه كالساكن في السفينة. ساكن في السفينة ويتحرك حركة بالتبع وليس حركة ذاتية حركة منسوبة للسفينة بالذات والى ان الجالس فيها متحرك بالتبع ليس بالعراظ فرق بين التبعة الا العرض. نعم انا يدي الان تتحرك الخاتم يتحرك قطعا لكن حركة اه حركة تبعية بالعرض اصلا لا يتحرك تنسب اليه الحركة بمجاز غليظ نعم والا لزم حركة نعم يقول بل قد يكون الى الشمال نعم وهذا ضعيف لا يقبله العلامة الحلي لان الشهب لا تتحرك الى جهة واحدة بل قد يكون الى الشمال تارة الى الجنوب اخرى اذا حركتها متعددة نعم وما ذكروه من العلة فهو بعيد نعم لانه آآ الفلك يعين مكانا لجزء من النار واذا تحرك الفلك تتحرك النار بكل كيانها يقول هذا ضعيف لان الشهوب لا تتحرك هي جهة واحدة بل قد يكون الى الشمال تارة الى الجنوب اخرى وما ذكروه من العلة فهو بعيد والا لزم لزم حركة كورة الهواء والماء والارض مع والارض مع ان الفلك بسيط لا جزء له ولا يتجزأ انتم قلتم في الاول ان الافلاك بسيطة لا تتجزأ فكيف يكون لها جوز تتعين به النار ولو فرض له اجزاء لك انت متساوية. يعني متساوية الابعاد الى النار الترجيح جزء على جزء ترجيح بلا مرجح فكيف يصلح اختلافها في كون بعضها مكانا لبعض اجزاء النار البسيطة والبعض الاخر مكان للاخر. يعني ترجيح بلا مرجح لان الافلاك بالنسبة الى النار كلها اه خطوط متساوية الخامس يعني الخاص الخاصية الخامسة للنار ان هذا طبقة واحدة وذلك لقوته على احالة ما يمازجها فلا يوجد في مكانها غيرها. نعم. يعني لك تشمل كل المكان هذا هو</w:t>
      </w:r>
    </w:p>
    <w:p>
      <w:r>
        <w:t>اه ذات طبقة طبقة واحدة سادس انها قوية على احالة المركب اليها وذلك ظهر مع يعني المراكب يحترق يصير نار قال والهواء احكام الهواء حار رطب شفاف له اربع طبقات على الهواء يقولون فيه اربع طبقات يقول لما فرغ من البحث عن احكام النار شرع في البحث عن الهواء الملاصق للنار وذكر له احكاما اربعة الاولى انه حار الهوى حار اذا برد فالابتعاد لابتعاد ماذا? لابتعاد الكرة عن الشمس. يعني الكرة الارضية عن الشمس نعم وحار بالطبع لحرارة الاشعة الاشعة الشمسية نعم وذلك فيما يرجع الى الكيفية الفعلية. وقد وقع التشاجر فيه يعني لم يتفق العلماء فيه. فاكثر الناس ذهب الى انه حار لا في الغاية في الغاية. لان الماء اذا اريد يجعله هواء سخن نعم فضل التسخين ومع استحكام التسخين ينقلب هواء واخرون منعوا من ذلك لانه لو اقتضى السكون لتبعه لبلغ فيها الغاية لوجود العلة الخالية عن المعوق نعم ما في لينا وبسيط ما في علة تمنع الاوج الحراري اذا ليس في طبعه. الثاني انه رطب بمعنى سهولة قبول الاشكال لا بمعنى البلة وذلك ظاهر نعم الرطوبة هنا يعني التشكل وهذا فيما يرجع الى الكيفية الانفعالية. نعم لانه اه كيفية اما فعلية واما الان فعلية نعم تعرف انه شفاف ولهذا نبصر من خلال الهواء لا يمنع ليس داكنا وهو ظاهر شهودي لعدم ادراك صنف بالبصر. لا يمكن ادراكه بالبصر الرابع انه ذو طبقة اربع الطبقة الاولى الملاصقة للارض ثانيا الطبقة الباردة بسبب ما يخالطها من الابخرة الابخرة ثالثة الطبقة الصرفة الرابعة الطبقة الممتازة بشيء من النار يعني في الطبقة العليا يأتي الخلط بين الهوى والنار نعم هل هذه الامور ثابتة الان? لا اعتقد ذلك. هذه كلها لصقت لماذا? لان هذه علوم تجريبية وليست علوم فلسفية لا يمكن للعقل بدون تجريب ان يصل اليها قال والماء بارد رطب شفاف محيط. بارد واضح جدا رطب يتشكل كمان باشكال متعددة شفاف نبصر من خلاله محيط بثلاثة ارباع الارض هذا كذلك تجريبية له طبقة واحدة نعم فيقول بكر الماء للماء خمس ذكر الماء خمسة احكام الاول انه بارد والحس يدل عليه وليقولون يرفع العطش لأنه مع زوال المسخنات الخارجية يحس ببرده. هذه يعني بارد بالطبع بارز بالطبع واختلفوا في الفك فالاكثر على ان الارض ابرد منه. لان اكثف وابعد من المسخنات والحركات الفلكية نعم لهذا يقولون مزاجه ترابي تجده باردا خاملا نعم واختلفوا فالاكثر على ان الارض على ان الارض ابرد من من الماء لان الارض اكثفوا وابعد من المسخنات والحركات الفلكية نعم. هي تقع في المركز وقال قوم ان الماء ابرد لانا نحس بذلك وهو ضعيف لأن الشيء قد يكون اشد بردا في الحس ولا يكون في نفس الأمر نعم كذلك كما في جانب السخونة انت تدخل الى البيت وانت تشعر جو معتدل ليس حارا زوجتك تقول انا اشعر بالبرد اذن الشعور بالبرد لا يدل على البرد في نفس الامر لان فيها هي اه ربما عندها حالة مرضية او حالة حالة ما جعلتها تشعر البرودة او مثلا لم تأكل جائعة تشعر بالبرودة. اذا نحس بالبرودة لا يدل على اه البرودة النفس امرية. نعم. هذا صحيح نعم يعني ان الشيء قد يكون يكون اشد بردا في الحس ولا يكون في نفس الأمر يعني في الواقع كذلك كما في جانب السخونة. قال لنا انا اشعر بالسخونة ولكن اه الواقع ليس بهذه الكيفية لماذا? لاني قد اكون نكون مبتنيا بالحمى او مزاج حار. نعم. ولهذا كان السخونة في الاجسام الذاتية كالرصاص وغيره اشد في الحس من النار الصرفاء الخالية عن الضد لسرعة انفصال النار الصرف عن اليد لاجل ثقافتها فلا يدوم اثرها. كذلك هنا اثر الماء للطافته ينبسط على العضو ويصل الى عمق كل جزء منه. ويلتصق به بخلاف التراب. التراب يتناثر المتناثر عنه سريعا فكان الاحساس ببرد ما اكثر ثاني انه رطب وهو ظاهر بمعنى البلة. وقيل انه يقتضي الجمود لانه بارد بالطبع البرد يقتضي الجمود وانما عرض السير له بسبب سخونة في الارض يعني هذا القائل يقول الماء اصله جامد وعرضت عرضت عليه السيولة يعني يتحرك لحرارة في البيت. ولو خلي وطبعه لاقتضى الجمود الماء جامد هكذا قولون هذه الامور كلها الان تدرس في جيولوجيا وغير جيولوجيا هناك بالتجربة بمساعدة القواعد العقلية الكلية نصل الى الحقائق ليس هكذا  الظنيات. طبعا في ذلك الزمان هذا الامر كمال قوة وتقدم نعم  ثالث انه شفاف يعني نعم نبصر الاسماك في داخله دليل على انه شفاف لانه مع صرافته يعني مع اه زلال خلاصته لا يحجب عن الابصار لا يحجب عن الابصار. وقيل انه ملون والا لم يكن مرئيا ولظعف لونه لم يحجب عن الابصار اه نعم هذا غير صحيح ما عنده علاقة اصلا الما ما عنده لون نعم ما عنده لو  نعم  الرابع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