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ما زلنا في هذه العناصر وكنا مع الماء في الحكم الرابع انه يعني الماء يعني كرة الماء محيط باكثر الارض وهذا الشهودي الان ثابت هذا الامر يعني البحار اكثر من اليابسة وهو حكم ظني حكم ظني والان مع هذا التقدم يعني نحن نرى من العلو في زمن الحلي اه هذه الالية غير موجودة من الطائرة نرى البحار اكثر من اليابسة نعم انه محيط بأكثر الأرض نعم وهو حكم ظني لا الأنصار قطعيا لانهم جعلوا العناصر متعادلة لان العناصر متعادلة في الحجم فكيف يكون آآ محيطا باكثر الارض. لازم يكون مساويا للارض لانها كلها متساوية العناصر. نعم والا الاستحالة الاضعف والا لست حالا اضعف وعدم عنصره يعني هم يقولون اه هو يقول هذا حكم ظني الان صار قطعيا. الدليل على انه محيط باكثر الارض والا لاستحال الاضعف. يعني لا زاد على الارض نعم او اذا ساوى الارض تختفي نعم وآآ عدم عنصره يعني عنصر او عدم عنصره اذا قرأنا هكذا نعم والا الاستحالة الاضعف نعم يعني اما يزداد او يقل وينتفي عنصره اذا قل فلولا احاطته بثلاثة ارباع الارض لكان اقل من الارض واذا كان محيطا باكثر الارض كان هو البحر يعني اذا كان باكثر البحر هذه البئر الان مو البحر المحيطات اكثر من البحر البحر الابيض المتوسط بحر. البحر الاحمر بحر اما الجندي والأطلسية دي محيطات اعظم من من البحار والا فاما ان يكون فوق الارض او تحتها والثني باطل تحتها والا لكان اصغر من الارض فبقي الاولى وهو البحر اعماله كلها اه الطبيعيات في ذلك الزمان. لا الان عندنا محيطات محيط الهندي المحيط الاطلسي نعم محيط المعتدل هذه كلها ليست بحار البحر الأبيض المتوسط البحر في البحر الأحمر هذه بحار صغيرة البحر الأسود بين آآ اوكرانيا وتركيا بين الصين وتركيا وعندنا الخليج وعندنا المحيطات نعم محيطات نعم وعندنا اليابسة. اذا الماء لا يغطي الارض كاملا والا كانت الارض لغوا اين يعيش الانسان نعم الخامس انه ذو طبقة واحدة وهو البحر وهو ظاهره. البحر يعني هنا المقصود علول معنا الارض فقط والا البحر بمعنى الاصطلاح الى والمحيط قال والارض باردة نعم الخاصية الاولى يابسة ساكنة في مقابل الرطوبة ساكنة غير متحركة في الوسط لانها هي مركز الكون شفافة لها ثلاث طبقات شفافة هذه لا ادري يعني الحس المشتركين فيها. سنرى ما يقول آآ الاعلام الحي اقول ذكر للارض احكاما خمسة نقول انها باردة لانها كثيفة. يعني ملاك البرودة هو الكثافة. يعني الاندكاك وقد سلف البحث في انها ابرز العناصر ثاني انها يابسة وهو ايضا ظهر نعم فيه موسى ما فيه رطوبة الثالث انها ساكنة في الوسط وقد نزع في ذلك جماعة فذهب قوم الى انها متحركة الى السفر واخرون الى العلو واخرون بالاستدارة نعم لكن الحقيقة ان الارض تدور كذلك والحركة خلاف ذلك كله نعم لا تتحرك تتحرك حول محورها نعم ولا لا ما وصل الحجر المرمي اليها ان كان تهاوية لا هذا كلها تخرصات خاطئة لان اذا رميت انت الحجر لا يخرج من الاجواء ويتحرك بتحرك الارض نعم من خرافات بعض الوهابية يستدل على بطان كروية الارض يقول عندي ثلاث ادلة على اه بطران كروية الارض من علماء الوهابية وعلمان وخرطي ما هي الأدلة الثلاثة? انا ذكرتها للشيخ حسن زادة امري وهو اكبر فلكي في على وجه الارض واعلم بالنجوم وضحك كل ما اذكر له دليل يضحك ويقول لي زدني الثاني وزدني الثالث. اتذكر انا كنت صغيرا في بداية الحوزة ظحك كثيرا لأنها حمقت انا اذكرها هنا طرفة آآ يقول اذا تحركت الطائرة من مطار السعودية مطار الرياض باتجاه مثلا مطار كينيدي في امريكا آآ لو تحركت الارض  اذا رجع مثلا من امريكا هذه الطائرة السعودية لا تجد المطار لان المطر يتحرك غبي غبي حقيقة اغبياء. لماذا? لانهم عطلوا العقل كل متدين يعطل العقل اما يولد الخرافة يولد الارهاب ويولد الالحاد ولات الأمور تنتج من التدين الخرافي. تدين الغير العقلي او غير العقلاني خرافة يعني الخرافات تتسلل الى الدين كثيرا والإلحاد يكثر والارهاب يتكون من هذا الدين من هذا الدين بفضل هذا العقل الجامد الذي لا يتحرك ولهذا كلما غاب العقل في اتجاه ديني يأتي الالحاد يكثر الالحاد تدخل الخرافات وكذلك اه الارهاب. انا لاحظت البارحة شفت البارحة فيديو صغير حركة لا ادري صوفية لا ادري يسوون هذه الحركات الحركات الكاراتي والكنج فو. ويصلوا على النبي يعني لا ادري. هذه العبادة من اين جاءوا بها? من هذه الطقوس من اين جاء بها? لماذا? لانه ضعاف العقل نعم وهذا لا يمس مذهبا من المذهب يمس كل المذاهب صدقوني كلما غاب العقل فغاب تسللت الخرافة وجاء الارهاب وجاء الالحاد نعم نعم هذا دليل والدليل الثاني يقول الطائر اذا خرج من عشه الارض تحركت يرجع لا يجد عشه يضيع مسكنيتيه يا غبية وهبي يا غبي هذا الطائر يتحرك مع اللي مع الارض لانه في اجوائها يعني محسوب عليها كلما تحركت التحرك هو فدايما تكون مناسبة بينه وبين عشه لكن انت غبي ما تفهم انت حمار ما تفهم نعم الدليل الدليل الثالث يقول اذا كانت الارض كروية الماء الذي تحت المفروض يسقط يروح يروح في الفضاء ما يعرف ان الماء تابع للأرض بالجاذبية يعني انت اذا كنت تحت يعني في مقابل ما نحن الان عليه يعني في الدولة التي تقابلنا تحت لا ادري ما هي استراليا لا ادري فهي كذلك ترى ان نفسها فوق فلما يكون اه فوق مع الاسف الشديد هذه العقول الدينية التي خربت الانسانية ولا زالت تخرب الى يومنا هذا مثل داعش والنصرة والقاعدة ومن اه وانصار آآ جند السماء وهذا من يدعي الحسن لا ادري من كلها خرافات خرافات. انا انصحكم تنوروا علميا كلما تنورتوا علميا لا تنطلي عليكم هذه السخافات وهذه الحقائق نعم يقول والا لما وصل الحجر المرمى اليها ان كانت هاوية. لا ولا ما نزل الحجر المرمي الى فوق ان كانت صاعدة ولما سقط على الاستقامة ان كانت متحركة على الاستدارة. هذا كله خطأ. كله خطأ وعجيب من العلم الحلي ان يصدر منه هذا الكلام. وقد اشار في هذا الحكم الى فائدة بقوله في الوسط وهو الرد على من زعم انها ساكنة. بسبب عدم تناهيها من جانب الصفر لا من حيث الطبع وبيان بطلان هذا القول ظاهر لي ان لسة متناهية كل الاجسام متناهية والا لم تتعين. المهم الرابع انها شفافة. هذه يتحير فيها العقل العرفي الشهود العرفي. كيف? وقد وقع فيه منازعة بين القوم فذهب جماعة اليه. يعني ان التراب</w:t>
      </w:r>
    </w:p>
    <w:p>
      <w:r>
        <w:t>اه شفاف لانها بسيطة. الدليل ما هو? البساطة وكل بساطة يجب ان تكون شفافة. وذهب اخرون الى المنع لاننا نشاهد الارض فان كانت بسيطة فالمطلوب وان كانت ممتزجة بغيرها كانت الارضية عليه اغلب فكانت الشفافية اغلب وليس كذلك يعني بالشهود لا نرى ذلك. ثم اه نقضوا كبر اولئك بالقمر. نعم والقمر ليس شفافا. جيب من اين جاءت هذه الاراء الخاطئة اه لان العناصر هذه ليست عناصر حقيقية هي كذلك مركبات العناصر التي اكتشفت في القرن العشرين وهي مية وتسعة نعم الخامس في طبقاتها وهي ثلاث طبقة هي ارض محضة وهي المركز في في قاعة الأرض وما يقارب المركز وطبقة طينية وطبقة اه بعضها منكشف هو البر وبعضها احاط به البحر هذه كلها الان ليس الفيلسوف الذي يفتي فيها الذي يفتي فيها هو جيولوجيا عين طبقة في الارض نعم المسألة الثالثة في البحث عن المركبات يعني بعدما بين العناصر وبين احكامهم بعضها صحيح وبعضها خطأ مائة بالمائة المركبات من هذه العناصر يعني من النار والهواء والماء والتراب وان كانت هذه العناصر ليست هي العناصر الاولية مع الاسف قال واما المركبات فهذه الاربعة الاربعة اصدق سلطاتها يعني عناصرها الاستوكس يعني ايه العنصر اقول لما فرغ من البحث عن البسائط ما هي النار والهواء والماء والتراب شرع في البحث عن المركبات الناتجة من هذه البسائط وبدأ من ذلك بالبحث عن مسائطها. واعلم ان المركبات انما تتركب من هذه العناصر الاربعة لان العنصر الواحد بسيط لا يقع به التفاعل يعني لوحده لا يكفي يعني يجب الاستكاك تداخل لياقة بالتفاعل فلابد من كثرة. نعم. يعني عناصر متعددة حتى يأتي المركب ولما دل الاستقراء على انتفاء صلاحية ما عدا الكيفيات الاربع عن الحرارة والبرودة والرطوبة واليبسة او ما ينسب اليها من هذه الكيفيات للفعل والانفعال يعني الكسر والانكسار وجب ان يكون التفاعل انما هو في هذه الاربعة يعني في هذه الكيفيات الاربعة حرارة وبرودة ورطوبة ويبوسة وحواملها وكانت الاستقصات هذه العناصر الاربعة لغايير نعم يعني عندك انت الهوا والنار والماء والتراب فيحدث بينها اسكاك وتفعيل وانفعال الحرارة لا تغلب على على البرودة واليبس ليس على الرطوبة يأتي المزاج المزاج المادي الاعتدال فيتشكل المركب وان وهذه العناصر من حيث هي اجزاء العالم تسمى اركانا اصطلاح ومن حيث انها تتركب منها المركبات من المعادن والنباتات تسمى استقصات يعني اه عناصر قال وهي حادثة عند تفاعل بعضها في البعض. يعني هذه المركبات تحدث من جديد نعم اقول مركبات عند محققي الاوائل يعني الفلاسفة المحققين تحدث عند تفاعل هذه العناصر الاربعة آآ هذه العناصر بعضها في بعض الى ان تستقر الكيفية المتوسطة المساماة بالمزاج. اذا المزاج ما هو مزاج مادي هنا اعتدال الكيفيات الاربعة يعني لا الحرارة زائدة على البرودة ولا البرودة زائدة على الحرارة ولا الرطوبة زائدة على يبوسة ولا اليبسة زائدة على الرطوبة فاذا تذهب الى طبيب قديم طب القديم دين سنتي يعاينك سريعا يعرف ان المزاج غير معتدل اين الخلل؟ فيعطيكي الدواء المناسب او العلاج المناسب لانه الخلل في هذه الكيفيات الاربعة نعم اذا كل جسم معتدل ليس منحرفا فاعلم ان هذه الكيفيات هي حالة اعتدال. الاعتدال في هذه الكيفيات يسمى المزاج المادي كما عندنا كذلك مزاج روحي نعدله بالاخلاق وبالعرفان وبالسلوك  وذهب اصحاب الخليط مثل باليوناني وآآ اتباعه الى نفي ذلك لم يؤمنوا باعتدال الكيفيات الاربعة فيحصل المزاج وقال ان هنا اجزاء هي لحم واجزاء هي عظام واجزاء هي حنطة وغير ذلك من الاجزاء. من جميع المركبات وهي مختلطة مبثوثة في العالم غير متناهية. نعم. فاذا اجتمع اجزاء من طبيعة واحدة ظن ان تلك الطبيعة حدثت وليس كذلك بل تلك الطبيعة كانت موجودة والحادث التركيب لا غير. والضرورة قاضية ببطلان هذه المقالة فانا نشاهد تبدل الوان وطعوم وروائح وغير ذلك من الصفات الحديثة نعم ما عندنا طبائع ثابتة لا لنا طبطبات تحدث بعد التنكب وهذا بالمشاهدة كما قال العلماء نحن نشاهد تبدل الألوان والطعوم والروائح وغير ذلك من الصفات الحديثة. اذا المركبات حديثة وليست اه كانت سابقة نعم قال آآ تفعل الكيفية في المادة نعم لان الكيفية تعرض المادة. المزاج الداء المادي يعرض الماديات فتفعل الكيفية في المادة فتكسر صرافة كيفيتها نعم صرافة عن خلوص كيفيتها وتحصل كيفية متشابهة في الكل متوسطة في المزاج. نعم. متوسطة يعني معتدلة في المزاج هادي هي الية التركب عند القدماء. اقول لما ذكر ان المركبات انما تعصر عند تفاعل هذه العناصر اي عناصر العناصر هي هذه الكيفيات الاربعة المتكئة على ماذا? المتكية على الهواء والماء و التراب اه النار انما تحصل عند تفاعل هذه العناصر بعضها في بعض شرع في كيفية هذا التفاعل يبين كيفية وهي قضية الانكسار كسر الانكسار واعلم ان الحار والبارد او الرطب اليابس هذه هي الكيفيات الاربعة اذا اجتمعا يعني اذا اجتمعت الحر اجتمع الحرب مع البارد واجتمع مع الرطب مع اليابس وفعل كل منهما في الآخر يعني تأثر فعل يعني اثر لم يخلو اما ان يتقدم اه فعل احدهما على انفعاله او يقترن يعني ينسجما ويلزم من الأول سيرور في المغرب غالبا وهو محال لا يمكن في حالة الإعداد والتنكب لا يغرب لا تغلب كيفية عن كيفية اخرى. ومن من الثاني كون الشيء الواحد غالبا مغلوبا دفعة واحدة وهو محال فلم يبق الا ان يكون الفاعل في كل واحد هما غير المنفعل فقيل الفاعل هو الصورة يعني الصورة النوعية والمنفعل هو المادة بطبيعة الحال لان الصورة فعلية والمادة قابلة نعم وينتقض بالماء الحار اذا مزج بالماء البارد واعتدل مع ان الفعل والانفعال بين الحر والبرد هناك موجود مع انه لا صورة تقتضي الحرارة في الماء والبرد نعم هنا يقول ينتقض ينقض العلامة الحلي بالماء الحار اذا مزج بالماء البارد يعني انت عندك ماء حار وماء بارد تقترب فتأتي آآ يأتي الماء الفاتر لا هو بارد ولا هو حار مع ان ما عندنا صورة خارجية عن الماء جعلت هذا الاعتدال نعم وقيل الفاعل هو الكيفية يعني الأمر العرضي يعني عرض وليس لا المادة ولا الصورة والمنفعل هو المادة. انا اقول في تصوري اه الذي يحدث الاعتدال بين الكيفيات الكيفيات الأربعة هي الصورة الصورة بشرط كما يقول هنا آآ بشرط الكيفية ليس الكيفية لوحدها. الصورة بشرط الكيفية والمنفع هو المادة المادة هي اللي تقبل هذه الكيفيات يعني انت نفسك الان بشروط موضوعية خاصة تجعل هذه الكيفيات معتدلة مني يتحمل هذا الاعتدال للجسم فلا يمرض الانسان لان النفس هي الصورة هي القوة هي الفاعلة وقيل الفاعل هو الكيفية لا الكيفية شرط فقط. والمنفع للمادة نعم المادة دايما هي المنفعلة يعني هي القابلة مثلا تفعل حرارة الماء الحار في مادة الماء البارد تكسر البرودة يعني الحرارة تأتي الى مادة الماء</w:t>
      </w:r>
    </w:p>
    <w:p>
      <w:r>
        <w:t>وتؤثر في هذه المادة فينكسر الماء البارد فيلقى ينتقل من الماء البارد الى الماء الفاتر لان الحر جاء وتنكسر البرودة الى الى التي هي كيفية الماء البارد وتحصل كيفية متشابهة متوسطة بين الحرارة والبرودة وهذا هو الاعتدال وهي المزاج. اذا المزاج اعتدال بين الحرارة والبرودة وكذلك بين اللبوسة والرطوبة وهذا اختيار المصنف رحمة الله عليه اختيار المحقق التونسي وفيه نظر على منح الليل لا يقبل لان المادة انما تنفعل في الكيفية الفاعلة لا في غيرها نعم من لعل ما يحل يقول المادة متى تنفعل? اذا كانت الكيفية في الكيفية الفاعلة وليست في الكيفية المنفعلة لأن عندنا حنا مادة باردة جاءتها الحرارة فعندنا الحرارة كيفية فاعلة والنار آآ كيفية منفعلة احنا عندنا الانفعال فالمد اه تقبل فقط الحرارة الفاعلة. اما الماء كيف? الماء كذلك هو من فعل هذا اشكال على من حلي وفيه نظر لان المادة انما تنفعل في الكيفية الفاعلة هادي قاعدة كلية. المادة ما تنفعل في الكيفية الفاعلة وليس الكيفية المنفعلة. لا في غيرها. ويعود البحث من كونه المغلوب يصير غالبا او اجتماع الغالبية والمغلوبية للشيء الواحد الوقت الواحد بالنسبة الى شيء واحد هو باطل. لكن انا في تصوري ان كلام المحقق التونسي صحيح نعم صحيح. يعني الان انا عندي جسم اسم هذه المادة من يجعل الاعتدال للجسم والنفس النفس يعني تأتي النفس بالبرودة والحرارة وتعمل كسر والانكسار يعني تصنع كيفية اعتدالية وكذلك في الحرارة والبرودة واليبس والرطوبة تجي علمهذا حالة اعتدالية ثم اه هذا الجسم يقبل هذه الكيفية. تسمى المزاج. نقول المزاج المعتدل ما فيه مرض اما النفس اذا تأثرت ببدنها بحالة خارجية يعني ما يسمى بالمرض فهذا المزاج يخرج عن الاعتدال اما الحرارة تزيد واما اه البرودة واما الرطوبة او اليبوسة ليذهب الى الطبيب يعدل المزاج بالأدوية وبالعلاج فتعود النفس الى فعلها الطبيعي فيعتدل المزاج وتأتي الصحة نعم هذا هو الصحيح وهذا هو الطب الان الحديث لكن فقط هم يبنون على عناصر متعددة والقدماء على عناصر اه اربعة فقط والا الالية واحدة نعم قال مع حفظي سور البسائط يعني بعد الكسر والانكسار وحدوث المزاج المعتدل هل هذه الصور والبسائط تختفي ان تبقى يعني المحقق التونسي يقول مع حفظ الصور والمسائط? يعني هذه الصور والبسائط تبقى نعم اقول نقل الشيخ يعني الشيخ الرئيس بطبيعية شفاء في هذا الموضوع في كتاب الشفاء. ان ها هنا مذهبا غريبا عجيبا وهو ان البسائط اذا اجتمعت وتفاعلت يعني صار بينها كسر وانكسار بطلت صورها النوعية المقاومة لها. وحدثت صورة اخرى نوعية مناسبة مزاج ذلك المركب هذا البحث فيه جميل جدا صدر متألهين اقوى من المحقق التونسي واقوى من الشيخ الرئيس عندو رسالة في تراثه الفلسفي رسالة المزاج انا درستها درستها لطالب من البصرة يسكن في قوم اه لانه يدرس الطب الاسلامي يفيقو فطلب مني ان ادرس له رسالة المزاج. يأتي بهذا المبنى ياتي بهذا المبنى ويبينه احسن من المحقق التونسي واحسن من الشيخ الرئيس من عنده اهتمام بهذه البحوث التي لها علاقة بالطب فيرجع لهذه الرسالة صغيرة جدا جدا نفيسة وجميلة يأتي الى هذا المبنى. هل الصور صور لهذه العناصر هواهما وتراب اذا تركب المركب صوره تختفي ام هي تبقى بعضهم يقول لا تختفي وتأتي سورة واحدة جامعة الشيخ الرئيس يرفض هذا المبنى يقول لا الصور تبقى والمحقق التونسي يوافقهم ماذا يقول? مع حفظ سور البسائط يعني صورها تبقى لا تختفي. اقول نقل الشيخ في هذا الموضوع في كتاب الشفاء ان ها هنا مذهبا غريبا عجيبا هو ان البسائط اذا اجتمعت يعني اجتمعت وجعلت المركب وتفاعلت بالكسر والانكسار بطلت صورها النوعية يعني تختفي تروح المقومة لها نعم لان العناصر تتقوم بصورها وحدثت صورة اخرى نوعية مناسبة للمزاج نعم مناسبة لمزاج المزاج المادي ميزات ذلك المركب ما هو دليل محتج بان العناصر لو بقيت على طبائعها حتى اتصف الجزء الناري مثلا بالصورة اللحمية اه اتصف الجزء الناري مثلا بالصورة اللحمية امكن ان يعلو النار بانفراده عارض ينتميها الى ان تصير حرارتها الى ذلك الحد الذي حصل لها عند كونها جزءا من المركب فتصير النار البسيطة لحما يعني النار انقلبوا ماذا? اه لحما اي فتفقد ماذا اه تفقد العنصر ريتها عدم دليل الشيخ الرئيس على بطلان انتفاء سورة سورة العناصر حين التراكب بحث مهم جدا بحث مهم جدا انا عند تدريسي رسالة المزاج للمحققة توصي اه رجحت ان صور عناصر تختفي تأتي صورة نوعية واحدة وهذا الذي اثبته من? اثبته صدر متألين رحمة الله عليه في هذه الرسالة الشريفة نعم اذا يجب ان هذه العناصر آآ تختفي حتى ما تنقلب النار لحما. نعم. فتأتي صورة جديدة تختفي هذه العناصر فما تصير النار لحما وابطله الشيخ بان ذلك يكون كونا وفسادا لا مزاجا. نظرت الكون والفساد ما معناها يعني عندك نتا الآن ماء اذا جاءت شروط موضوعية اخضعنا هذا المال النار ينقلب بخارا كيف? يعني كانت صورة مائية فسدت فحلت في مكانها اه صورة اه اه بخاري فذهاب الصورة فساد. مجيء صورة كون. كون وفساد. طبعا هذا الكون والفساد ابطله صادم في الحركة الجوهرية انتهى نعم اللبس بعد لبس صورة بعد صورة وليس اه خلعا ولبسا. نعم هذا حتى تعرف ما معناه الكون والفساد. ممكن سيأتي لاحقا في هذا الكتاب وابطله الشيخ بان ذلك يكون اه كونه فسادا لا مزاجا. يعني اذا انتفت العناصر يعني فسدت وجاءت ماذا? جاءت صورة اخرى يعني آآ تكونت صخرة صورة جديدة هي تجمع ذلك المركب يقول هذا من باب الفساد والكون. يعني فسدت العناصر وتكونت الصورة. وهذا خلاف اه حكم المزاج نعم ولان الكاسر ان شاء الله يأتي بيانه في الحصة القادمة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