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وفقني الله واياكم لكل خير ما زلنا في بالكسر والانكسار في الكيفيات الاربع البرودة الحضارة والرطوبة واليوبوسة والمبنى الذي يقول ان هذه العناصر اوا ما تراب نهار بعد التركيب اذا اجتمعت كمعاص عناصر واعطت شيئا جديد يسمى المركب تفقد هويتها الشيخ الرئيس رفظ هذا. قال تبقى صورها ولا تزول وقلت لكم ان صدر المتألهين له كتاب رسالة اسمها المزاج يتمنى هذا المبنى يقومون هذه الصور تزول وتأتي صورة واحدة هنا العلامة حسن زاده املي حفظه الله يشير الى المصادر يقول الاصفار الجزء الرابع صفحة افحص ستة الاصفار الجزء الثاني صفحة مية وتسعة ربعة وتسعين الاصفار الجزء الثاني صفحة ميتين واثنين والاصفار الجزء الثاني صفحة ميتين وستة زيادة على ماذا? زيادة على هذه الرسالة في المزج وهذا المبنى هو الصحيح فمن اراد ان يهتم بالعلوم الطبية السنتية والاسلامية فعليه بهذه الرسالة فانها نفيسة جدا خاصة بالمزاج المادي يقول وابطر الشيخ بان ذلك هذا كلام الشيخ الرئيس كيف ابطل هذا المبنى الذي يقول ان الصور بهذه العناصر اه الاربعة تنتفي وتأتي سورة واحدة نعم تطال المادة فيتحقق المزاج لان ذلك يكون كونا وفسادا لا مزاجا نظرية الكون والفساد ابطلها صدر متألهين. صارت اللبس بعد اللبس ليس اللبس بعد الخلاء قلت لكم عندنا  كون هو الماء يصير في شروط موضوعية خاصة وهي الحرارة بخارى ماذا حدث عندك هذا الكون المائي تشكل من صورة مائية ومادة مائية فتذهب الصورة يخلع الصورة الماء يقرأ السورة ويتلبس بصورة هوائية خلع ولانسون فساد وكون هذه النظرية وممكن ستأتي بنلاحق من البحوث يقول هذا كون وفساد يعني ذهاب صور مجيء صورة اخرى لا مزاجا ولان هذا الدليل الأول الدليل الثاني ولأن الكاسر باق مع الإنكسار يعني بعد عملية الكسر والإنكسار بين هذه الكيفيات التي تحدثها هذه العناصر يعني لا البرودة الزائدة ولا الحرارة الزائدة ولا اليبسة الزائدة ولا الرطوبة الزائدة هذا ويسمى الكسر والانكسار تبقى هذه العناصر ولان الكاسر باق مع الانكسار فالطبائع باقية مع انكسار بالكيفية وناقض ما ذكروه ما ذكره من يتبنى هذا المبنى الذي ايده صدر المتأهلين بولوده عليهم يعني يرد عليهم الاشكال في كلامهم فيه اشكال لان مذهبهم ان الجزء الناري تبطل ناريته عند عند امتزاجه ويتصف بالصورة اللحمية نعم فيجوز عروض هذا العرظ للنار البسيطة نعم ونقض ما ذكروه وذكر هذا من تبنى ما ذكره تبنى هذا المبنى ببروده عليهم لان مذهبهم ان الجزء الناري تبطل ناريته عند امتزاجه يعني اذا صار لحما نعم عندك انت من عنصر الناري والهواء والماء والترابي آآ اذا تم بينهم الكسر والانكسار والامتزاج  يحدث الاعتدال في الكيفيات اربعة كما بينا فيتحقق المركب نعم ونقض ابن سينا ما ذكروه ما ذكره من يتبنى ان العناصر تفنى وتأتي صورة اخرى بوروده يعني هذا الكلام عليهم لان مذهبهم ان الجزء الناري لان عندنا اربع عناصر عندنا الجزء الماضي والجزء المائي والجزء الترابي والجزء الهوائي تبطل نارية نارية عند امتزاجه. يعني عند التصاقه ويتم الكسر والانكسار مع العناصر الاخرى او الاجزاء الاخرى اه تنتفي نارية تبطل نارية عند امتزاجه يعني مع غيره ويتصف بالصورة اللحمية يعني يصير لحما فيجوز عروض هذا العرض للنار البسيطة. نعم يجوز عروض هذا الامر يعني الجزء الناري ينقلب لحما النعم فان شرطوا التركيب يعني اذا قالوا لا هذا العنصر الناري آآ يبقى في المركب كما هو جوابنا. هذا الذي نحن نراه ان الجزء الناري يبقى نعم اذا اذا انتفى الجزء الناري حين الامتزاج فكيف يكون الترتيب التركيب دائما يكون مع اجزائه نعم اذا قلتم بان الجزء الناري انتفت ناريته عند الامتزاج كعنصريته تنتفي نعم واذا قالوا لا هو باقي في التركيب هو مبنانا ان صور لهذه العناصر الاربعة يعني النارية والهوائية والمائية والترابية تبقى في المركب قلت لكم صدر متالين ينسف هذا المبنى نسفا قال ثم تختلف الامزجة في الاعداد بحسب قربها وبعدها من الاعتدال نعم وهذا هو الموجود في البشر نعم هذا مزاجه ناري هذا مزاجه هوائي هذا مزاجه ترابي هذا مزاجه مائي فكل هذه الاختلافات بالبشر اختلافات في الامزجة حسب هذا المبنى القديم. نعم. يقولون انا مزاجي ناري نعم سريع العصبية النار لان النار حركة في الى العلو والعصبية تظهر على اه وجهك الاحمرار احمرار لازم للنار اقول امزجة في المركبات هي المعدة لقبول المركب للصور نعم والقوة المعدنية والنباتية والحيوانية يعني المزاج المعدني يقترب الى المزاج النباتي ثم النباتي يقترب الى الحيوان والحيواني يقترب الى تقبل الصورة الارقى وهي الروح اذا المركبات كلها اشتركت في طبيعة الجسم. نعم ثم اختلفت في هذه القوة فبعضها اتصف بصورة حافظة لبسائطه عن التفرق جامعة لمتظادات مفرداته من غير ان يكون مبدأ لشيء اخر وهذه هي الصورة المعدنية يعني الصورة المعدنية هي هي اول صورة اه تتعين في عالم المادة بعد الكسر والانكسار لهذه العناصر الاربع نعم وبعضها اتصف بصورة تفعل مع ما تقدم التغذية والتنمية والتوليد لا غير وهي النفس النباتية يعني ترقى من الصورة المعدنية الى صورة توليد المثل ولهذا انت اذا فتحت قسمت التفاحة تجد في داخلها نواة فهذا النواة يتولد المثل هكذا وبعضها يفعل مع ذلك يعني مع الصورة النباتية الحس والحركة الارادية وهي النفس الحيوانية نعم يترقى الى مزاجه الى ان يكون حيوانا نعم فلابد وان يكون هذا الاختلاف بسبب اختلاف القوابل يعني المادة القابلة المستندة اختلاف الاستعداد المستفاد من اختلاف الامزجة نعم فالامزجة هي التي تهيئ المادة لقبول المعدنية والنباتية الحيوانية الى الروحية يعني الانسانية ما هو السبب? بسبب بعدها يعني هذه الامزجة وقربها من الاعتدال. نعم وكل من كان مزاجه اقرب الى الاعتدال قبل نفس اكمل اذا على هذا المبنى النفس اشد النفس الانسانية اشد اعتدالا من من النفس الحيوانية ومن النبات ومن المعادن نعم قال ما عدم تناهيها بحسب الشخص? اذا جينا الى الاشخاص اه لا تتناهى نعم اذا غلب في غلب في شخص غلبة البرودة فمزاجه كذا اذا غلبت البرودة وهي متحدة مع ذا مع مع اليبسة جاء هذا المزاج. فيمكن ان تخرج الاف الاحتمالات من هذه الامزجة في البشر. قال مع عدم تناهيها. لا تتناهى هذه الامزجة بحسب الشخص يعني في الاشخاص في المصاديق وان كان لكل نوع طرف افراط وتفريط وهي تسعى ووصلها الى تسع. اذا الامزجة اذا اختلطت هذه الكيفيات ببركة انكسار وكسر الانكسار في العناصر الاربعة تأتي امزجة لا حد لها نعم اقول الامزجة تختلف تختلف باختلاف صغر اجزاء البسائط</w:t>
      </w:r>
    </w:p>
    <w:p>
      <w:r>
        <w:t>كبرها وهذا الاختلاف بسبب الصغر والكبار غير متناهي فكانت الامزجة لذلك غير متناهية بحسب الشخص ليس بحسب النوع وان كان لكل نوع طرف افراط وتفريط فان النوع الانساني مثلا له مزاج خاص معتدل بين طرفين هما افراط وتفريط لكن لكن ذلك المزاج الخاص لا تنظر الى النوع الانساني الى الاشخاص يشتمل على ما لا يتناهى من امزجة الشخصية ولا يخرج عن حد المزاج الانساني وكذلك كل نوع. يعني هو يبقى انسان الى انه في الامزجة يختلف. ما تقول هذا ترابي على مائي يا دماري على هوائي او تختلط هذا الترابي مع الماء يأتي مزاج جديد. التراب مع الهواء يأتي مزاج جديد. ممكن ثلاثة التراب والهواء والماء يأتي بزج جديد وهكذا مزاج ناري شوية اخف مزاج اخر والأطباء في اه تعامله من قبل قديم في تعاملهم مع الناس بمرضهم يعني في اختلال المزاج المادي يركزون على هذا التنوع. وهذا الاختلاف في المزاج في الاشخاص. نعم واذا عرفت هذا فاعلم ان الانزيمات تسعة لان البسائط اما ان تتساوى فيه وهو المعتدل يعني هذه البسائط هذه الكيفيات يعتدل هو المعتدل او يغلب احدهما يعني الحرارة تتغلب مثلا فاما الحار مع اعتدال الانفعالين يعني يأتي اعتدال اليبس والرطوبة او البارد هو الذي يتغلب يعني مزاجه آآ مائي معه او الحار مع غلبة الرطب او اليابس. او البارد معهما او يغلب الرتبة اعتدال الفعليين الفعلي يعني الحرارة والماء الحرارة والهواء. او اليابس مع هون. يعني انت عندك الان تسعة من اربعة من الكيفيات  حتما يخرج واحد ان هذا تجعله هو الغالب كم يبقى? يبقى ثلاثة نعم يبقى ثلاثة دائما تخرج واحد ويبقى ثلاثة ثلاثا في ثلاثة تسعة نعم لأن فيه واحد غالب والباقي خاضع كم ثلاثة اي نعم فالنار غالب على ثلاثة الهواء غالب على الثلاثة والتراب والماء شي واحد تقريبا فيغلب يغلب على الثلاثة المجموع تسعة. نعم قال الفصل الثالث في في بقية احكام الاجسام اذا اتممنا هذا البحث ندخل في بحث جميل وهو المجردات وننفتح على بحث من اروع البحوث في تاريخ الانسانية وعلم النفس. اما علم النفس الميتافيزيقي واما علم النفس الذهني علم النفس الذهني مع الاسف الشديد اه لا يدرس في الحوزاء العلمية وهو من اروع العلوم وهو دراسة الذهن والعمليات الذهنية. نعم الفصل الثالث في بقية الاحكام احكام الاجسام وتشترك الاجسام في وجوب التناهي كل الاجسام متناهية لوجوبه يشرع في الدليل لوجوب اتصاف ما فرض له اه ضده من فرض له ضده به عند مقايسته بمثله. مع فرض نقصانه عنه هذه العبارة المغلقة تحتاج الى الطلاب معرفي حتى تفكك معناها. العلامة الحلي شرحها يسمى برهان التطبيق خذ اه خطين لا متناهيين بالامتداد خط بجنب خط ثم قطع فرضا قطعة من الخط الثاني الف باء قطع من الخط اه الثاني آآ قطعة جيد ما الفائدة من هذا التقطيع? تجده ينقص من عن بالنسبة الى نقول اذا اه وظعت الخط الباء على على الخط الالف اللامتناهي يكون ناقصا زيد قطع قطع تصل الى نقطة ان الناقص ليس كل الكامل صحيح? نعم بديهية شهودية الخط الذي قطعنا منه قطعة اقل من الخط اللامتناهي جيد ماذا ينفعنا في تناهي الاجسام يقول اذا اخذت هذا الناقص في امتداد النقص حد ينزل ينزل ينزل حتى مثلا يصل يسر بمقدار شبر لا يهمنا التسلسل. خذ القطعة الأولى ناقصة بالنسبة لا متناهي. جيد اذا اللامتناهي يفوق الناقص بماذا? يعني بمقدار لا يزيد الا بمقدار وهذا يدل على التنافي يزيد بمقدار يعني هو يساويه وزائد بمقدار. بمجرد تقول زائد بمقدار يعني زائد قطعة عليه فهو متناهي هذا هو برهان التطبيق. اقول لما فرغ عن البحث في الاجسام شرع في البحث عن باقي احكامها. اذ قد كان سبق البحث عن بعض احكامها. وهذا الفصل يشتمل على مسائل. المسألة الاولى في تناهي الاجسام. يعني كل ما تراه من الاجسام فهي متناهية نعم انا في تصوري متناهية بالنسبة الى خالقها لانها حادثة ممكنة. اما في دائرة مرتبتها لا تكون متناهية. وقد اتفق اكثر العقلاء على ذلك على تناهي الاجسام. وانما خالف فيه حكماء الهند او كمال هند هنا كان الأحسن للعلامة الحلي ان لا يأتي بهذه اه العبارة حكماء حكماء عندهم عرفان خاص يقولون بالبونتيزم يقولون اذا ترجمناه باللغة العربية يعني الوحيدية يقولون ان الله تعالى هو كل هذا الكون المنبسط كل هذا المنبسط يعني فلسفة اخرى ويجب اه التركيز عليها ويجيب البحث عن مبانيها مبانيها العرفانية ما هي وهذا بحث الان في العالم الغربي بحث واسع جدا دراسات مقارنة واسعة بين المسيحية وبين آآ حكماء الهند يعني البراهمة فهكذا اشارة فقط الى ان الهنود يقولون البراهمة يقولون بلا تناهي لا تناهي الاجسام يجب ان ندرس في سياقها المسألة في غاية الدقة وفي غاية العمق. لانهم يقولون بالواحدية اه الوحيدية وهل يقولون حقيقة بالواحدية? ام عباراتهم الناقصة هذا كله وبحث نعم. واستدل المصنف يعني المحقق رحمه الله على ذلك بوجهين يعني برهان التطبيق وبرهان اخر نقول برامج التطبيق وتقريره ان الابعاد تاخذ خطين لو كانت غير متناهية. يعني خوض انت خط غير متناهي مع خط غير متناهي لامكننا ان نفرض خطين غير متناهيين خط الف وخط باء لا نهاية لامتدادهما مبدأهما واحد لنفرض عندهم انطلاقة واحدة فرضا لان هذه كذلك خطأ لانه اذا لا يتنايل لا يتناهى اه في الامام وفي الخلف لكن فرضا نبدأ من نقطة انطلاقية ثم نفصل يعني نقطع من احدهما يعني من خط باء قطعة ثم نطبق احد الخطين على الاخر. نأتي ونطبقه حتما الناقص ليس الا متناهي. في واحد ناقص وواحد غير ناقص على الاخر بان نجعل كيف نطبق هذا اشارة الى كيف نطبق بان نجعل اول احدهما مقابل للاخر. يعني بالظبط بالظبط الإنطلاقة انطلاقة والإمتداد امتداد كأنك وضعت شيء على الكف على كف والثاني الاول وثاني الأول مقابل لثاني الثاني. والثالث للثالث فتضع الخط الاول الخط الثاني على الخط الاول تجده ناقصا ثم الخط الثالث ناقصا الرابع ناقصا الى متناهية التناقص يأتي جيد والثاني الأول مقابل للثاني الثاني والثالث للثالث. يعني البداية في مقابل البداية والنهاية في مقابل النهاية. يعني التطابق كاليد باليد حتما اذا كان التطابق يكون هكذا. يعني الخط الاول يفوق الخط الثاني والخط الثاني يفوق الثالث وهكذا جيد وهكذا الى ما لا يتناهى. يعني التناقص ينزل ينزل الى شبر مثلا او فان استمرا كذلك كان الناقص مثل الزائل وهو محال بالظرورة يعني ان آآ اذا كان الاول متناهي والثاني متناهي يعني الناقص يكون غير ناقص وهذا محال بالظرورة. جيد وان انقطع الناقص انقطع الزائد. كيف? وهذا هو لبب الاستدلال جيد الناقص واحد واضح جدا ليس كغير النقص لكن غير الناقص تفوق على الناقص بماذا? بمقدار اه يعني بقطعة</w:t>
      </w:r>
    </w:p>
    <w:p>
      <w:r>
        <w:t>مادام هو ازداد بقطعة فهذه القطعة حتما قطعة جدا محدودة نعم وان انقض نعم وان انقطع الناقصون قطع الزائدون يعني انقطع الاول الف لان الزائدة انما زاد هذا هو ملاك الاستدلال. انما زاد بمقدار متناهي. وهو القدر المقطوع او القدر المقطوع. والزائد على المتناهي يعني الزائد على الباء بمقدار متناهي يكون متناهيا فثبتنا انها متناهية. دليل عقلي دليل عقلي انا في تصوري ان اذا تعاملنا مع الواقعيات المادية لا نأتي ادلة قبلية. دائما نخطئ يجب ان نجرب الواقع الخارجي. يعني الفيزياء التي تفتي في هذا الفلك الذي يفتي في هذا هل الكون  له بداية وله نهاية محدود غير محدود ليس الادلة القبلية نعم ليس الادلة القبلية. نعم فالخطان متناهيان وهو المطلوب يعني الناقص متناهي واضح جدا لاننا قطعنا منه قطعة والثاني الأول يعني الأول يزداد بمقدار مجرد قل يزداد بمقدار فهو محدود اذا عرفت هذا فلنرجع الى تتبع الفاظ الكتاب فقل هو تشترك الاجسام في وجوب التناهي. اشارة الى الدعوة مع التنبيه على كون هذا الحكم واجبا لكل جسم. يعني كل جسم متناهي. وقوله لوجوب اتصاف ما فرض ضده بمعناه لوجوب اتصاف الخط الناقص الذي فرض له ضده ضد التناهي لان فرضنا الخطين غير متناهين بالتناهي نعم هذا بيناه ان التطبيق على المثل وقوله عند مقايستي بمثل ماذا? عند مقايسة الخط الناقص الذي قطعنا منه قطعة بالخط الكامل المماثل له في عدم التناهي. ومعنى المقايسة هنا مقابلة مقابلة كل جزء من الناقص بجزء من الكامل هكذا يعني تضع اليد على اليد لكن بهذه الكيفية نعم فحتما اللامتناهي يزداد بمقدار بمجرد تقول يزداد بمقدار يعني بقطعة حتما هو آآ متناهي نعم انا في تصوري هنا خلط كبير في هذا الاستدلال في تصوري اه الظعيف كطالب صغير هذا المقدار الذي يزيد به المتناهي عن الناقص انت في ذهنك مقدار لكن في مقام الثبوت في مقام الواقع اه مقدار غير متناهي وبالتالي هذا الدليل لا ليس بدليل. اذا يجب ان نرجع الى الفلك الى الفيزياء الى العلوم التجريبية هي التي تساعدنا على هذا الامر. هل الاجسام متناهية او غير متناهية نعم الثالث ولحفظ النسبة يعني قال ولحفظ النسبة يعني الدليل الثاني ولحفظ النسبة بين ضلعي الزاوية وما اشتمل عليه مع وجوب اتصاف الثاني به الدليل الثاني خذ نقطة مثلا وخرج خطا لا متناهيا ومن النقطة نفسها خرج الخط الثاني تشكل زاوية بينهم ارسم خط بين الخطين يعني خط ينطلق من الخط الاول الى الخط الثاني كلما استمرت هذه الخطوط الى متناهي اللامتناهية هذا الخط بينهما يزداد يزداد يزداد يزداد الى اللاتنة. يعني هو يتسع دائما ويستمر في الاتساع ولا توقف لاتساعه. يعني هو متناهي لا متناهي. وبين خطين متناهي يلزم الاجتماع اجتماع النقيضين انا هنا لما درسنا هذا الامر بطبيعيات الاشارات والتنبيهات لا ادري قلت للاستاذ لا تذكر مسألة عندها اكثر من عشرين سنة اه اليس هذا خلط بين القوة والفعل نعم هذا الخط بين الخطين اللامتناهين للزاوية نعم هو متناهي بالفعل غير متناهي بالقوة ليس متناهيا بالفعل ولا متناهيا بالفعل حتى يلزم اجتماع النقيضين لا بالقوة يزداد لا متناهي بالقوة ولكن اذا كان بالفعل حتما يكون متبين لماذا? لان بين خطين انا في تصوري خلط بين ما بالقوة وما ما بالفعل. نعم. قال ولحفظ النسبة بين ضلعي الزاوية الضلع الأول متناول الضلع الثاني بينهما الزاوية فهذه النسبة موجودة. وما اشتمل عليه يعني ما اشتمل الخطين او الظلعين عليه مع وجوب اتصاف الثاني به. يعني مع مع وجوب اتصاف هذا الخط بين الظلعين بالاتناهي و وكونه بين خطين يعني متناهي وغير متناهي اقول هذا هو الدليل الثاني على تناهي الابعاد وتقريره ان اذا فرضنا الزاوية خرج ضلعاها الى ما لا يتناهى الى الخط الاول لا يتناهى والخط الثاني لا يتناهى بينهما الزاوية. اذا الخط الذي بينهما الذي يجمع بينهما اه يزداد يزداد يزداد يزداد يعني يصل الى اللاتناهي وهو بين خطي بين خط اشارة الى التناهي الازدياد اللاتناهي يعني الى التناهي الى اللاتناهي اللاتناهي مع التناهي اجتماع النقيضين هذا خلط بين ما بالقوة وما بالفعل ما بالقوة متناهية لكن بالفعل دائما يكون بين خطين فيكون متناهي. المهم وتقريره ان اذا فرضنا الزاوية خرج ضلعاه الى ما لا يتناهى عن الإستقامة على بشكل مستقيم فان النسبة بين زيادة الظلعين وزيادة الابعاد التي اشتملت ضلعان عليها محفوظة. بحيث كلما زاد الظلعان زادت الابعاد التي بينها على نسبة واحدة. فاذا استمرت زيادة الضلعين الى ما لا يتناهى استمرت زيادة البعد بينهما هذا الخطوط بينهما الى ما لا يتناهى مع وجوب اتصاف الثاني اعني البعد بينه بالتناهي. لماذا? لانه محصور محصور بين خطين انحسار ما لا يتناهى بين حاصرين. فهو يكون لا متناهي محصورا. يعني محصور وليس بمحصور اجتماع الناقضة. نحن نقول محصور بالفعل ليس بمحصور غير متناهي به بالقوة. هذا الخلط بين القوة والفعل  الدليل الأول غير التاب الدليل الثاني غير تام في تصورنا. نعم. يعني انت اذا نظرت الى الخط بين الظلعين يكون محدودا ثم يتسع يتسع يتسع يتسع بالفعل يتسع بالقوة اذا تعين يكون متناهيا. لماذا? لانه بين خطين كونه بين خطين دائما يعطيه التناهي. ثم يتسع يتسع فهو بالفعل متناهي لكونه بين ضلعين وبالقوة يزداد. اذا هذا خلط بين القوة والفعل في الاستدلال فيأتي المغالطة. مغالطة خلط بين القوة والفعل المسألة الثانية في عن اجسام متماثلة ياتي ان شاء الله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