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مع احكام الاجسام وقلت لكم هذه المسائل لا تثبت قبليا تحتاج الى المساعدة البعدية يعني نأتي ونعاين الواقعيات وندرسها ونخضعها للمعايير العقلية ثم نصل الى المبنى الصحيح. اما هكذا بدون المعاينة للامور الواقعية لا يمكن الوصول الى الاحكام التي تخص الاجسام هذا الخطأ المنهجي كان اه سائدا في العقول القديمة نعم يعني بالعقليات لوحدها يعني بممارسة فكرية نصل الى احكام الواقعيات بدون التجربة لا تجربة تؤدي دورا عظيما في فهم الواقعيات نعم. نحن لا نؤمن بالمعطيات الحسية لوحدها كالماديين والوضعانيين وو ولا نؤمن بالقبلية كذلك لوحدها كما نهجها ابن سينا محقق الطوسي آآ غيره. نحن نؤمن في هذه الامور بالمعاينة الخارجية والقضايا العقلية العامة هناك نصل الى الواقع بين معاينة لماذا? لان طبائع خارجية طباعة خليجية ليست طبائع عقلية نعم وصلنا الى المسألة الثانية في ان الاجسام متماثلة. قلنا المثل ما هو? المثل هو افراد تنتمي الى طبيعة نوعية واحدة نعم عندنا طبيعة نوعية واحدة محددة فتصدق على الجميع بالحد نفسه لا اختلاف بين الافراد مثل الانسان اذا حددنا الانسان وقلنا حيوان ناطق فيسري في جميع الافراد لهذا الحد هادي هي المماثلة فالاجسام كذلك الجسم وهو الجوهر الممتد يصدق على جميع مصادق الجسم بنفس المعنى. فهي متماثلة. سهلة المسألة. قال واتحاد الحد وانتفاء القسمة فيه يدل على الوحدة. انتفاء القسمة يعني الجسم آآ الجسم حقيقة نوعية وليست حقيقة جنسية مبهمة نعم آآ واتحاد الحد يعني وحدة الحد ووحدة الحد النوعي وانتفاء القسمة فيه يعني الجسم لا ينقسم الى انواع وانما هي اه لا ينقسم الى انواع بها كل نوع له فصله الخاص لا علاقة الجسم بالمصاديق بالافراد فيه نعم واتحاد الحد هذا المبتدأ وانتفاع القسمة المبتدأ الثاني وانتفاء القسمة فيه يدل الجملة الفعلية على الخبر يدل على الوحدة يعني الوحدة النوعية فكل الافراد بجسميتها حقيقة واحدة اقول ذهب الجمهور من الحكماء والمتكلمين الى ان الاجسام متماثلة في الحقيقة الجسمية. وان اختلفت بصفات وعوارض لا كل المصادق لها صفات وخواص وعوارض تميزها. وذهب النظام استاذ الجاحظ كان من كبار المعتزلة وعقل كبير حقيقة انصاف انصافا عقله كبير وكان معتزلين وانتم تعرفون ان المعتزلة كانوا يفضلون امير المؤمنين عليه السلام من حيث المقام الوجودي من حيث مقام الكمال ويؤمنون ان هذه الحكومة حكومة عادية فيمكن تقديم المفضول على الفضل وهذا زلل عقلي تقديم المفضول على الفاضل. يعني تقديم الناقص على الكامل فكيف تكون الحكومة تكون مخربطة نعم بيد الناقص. وذهب النظام الى انها مختلفة. لاختلاف خواصها لاختلاف خواصها. اختلاف الخواص يعني اللوازم لا يعني اختلاف ايه الحقائق وهو باطل لان ذلك يدل على اختلاف الانواع لا على اختلاف المفهوم من الجسم من حيث هو جسم نعم يعني هذه خصوصيات خاصة بالمصاديق وليس بالطبيعة الجسمية فيه. وقد استدل المصنف رحمه الله على قوله بان الجسم من هو منه من حيث هو جسمه يحد بحد واحد عند الجميع مثل الانسان يحد بحيوان ناطق في جميع افراده. فتكون الافراد وان امتدت واستمرت تكون متماثلة. اما عند الاوائل يعني الفلاسفة فان حد الجسم هو الجوهر القابل للابعاد جوهر ممتد واما المتكلمون فانهم يحدونه يعني يعرفونه بانه الطويل العريض العميق طبعا هذا لازم للجسم وليس تحديدا للجسم. تحديد الجسم هو الجوهر الممتد فاذا امتد يلزمه ماذا طول وعمق وعرض نعم وهذا الحد الواحد لا قسم فيه. نعم وهذا الحد الذي قال به المحقق التونسي لا قسم فيه نعم فلا تتعدد الاجسام آآ صور مختلفة لا مثلا الانسان يختلف عن البقر وعن الاسد في حقيقته لا لا ليس في الاجسام ليس هكذا الامر نعم فالمحدود واحد نعم. وهذا الحد الواحد لا قسم فيه. فالمحدود واحد لاستحالة اجتماع المختلفات في حد واحد. لا يمكن ان تحد البقر والجمل والماء. والانسان في حد واحد نوعي نعم نعم ابدا لماذا? لان الانسان ينفرد بالناطقية والاسد بالشجاع والافتراس والبقر بفصله الخاص نعم لاستحالة اجتماع المختلفات في حد واحد من غير قسمة يعني من غير ان يكون جنسا ينقسم بالفصول بالمتى الجماعة المختلفات في حد واحد وقع فيه التقسيم ضرورة كقولنا الحيوان اما ناطق او صاهل ويورد به الانسان الفرس. نعم. يقول بل متى اجتمعت المختلفات يعني في الفصول كالإنسان والجمال والبقر والأسد في حد واحد مع وقع فيه التقسيم ظرورة. نعم يعني هذا الحيوان ينقسم بقسمة ناطقية وبقسمة غير ناطقية يأتي الانسان وغير الانسان كالفرس والاسد اما الطبيعة النوعية الوحيدة لا انقسام فيها فالجسم جسم في جميع الواقعيات فالسمكة في البحر جسم الطير في السماء جسم لانه جوهر ممتد جوهر ممتد الملاك ماذا هو الجوهرية الامتدادية نعم المسألة الثالثة في ان الاجسام باقية يعني لا تزول بعدها في صدر متأنيه يؤسس لاصالة الوجود ثم يقول بالحركة في الوجود يعني الحركة الجوهرية. هذا مبنى اخر نعم تدرسونه في مساقي صدر المتألهين. اما عند المشاء الذي يتحرك فيه الان للمحقق التونسي والعلامة الحلي الاجسام لا تتغير ثابتة ولا تتبدل. نعم ولهذا الحركة لا تكون في الاجسام في الجوهر ظهور جسمي تكون في الاعراض فقط ولهذا يقول الحركة في اربع مقولات بالكم والكيف العين وظاهرهم في الوضع نعم قال والظرورة قضت ببقائها ببقاء الاجسام لا تزول. اقول المشهور عند العقلاء ذلك. يعني عدم تغير الاجسام في ذاتها ونقل ونقل عن النظام اه خلافه بناء منه على امتناع استناد العدم الى الفاعل نعم آآ العدم لا يستفيد الى الفاعل من ذات السالبة بانتفاء الموضوع. ما دخل هذا الامر في تغير بتغير الانسان في داخلها وانه لا ضد للاجسام الاجسام ليس لها ظد حتى طبعا هنا الظد آآ بالمعنى المقولي وليست ضد بالمعنى الفلسفي الظد بالمعنى الفلسفي موجود ومتحقق. النار ضدها الماء والماء ضده النار. يعني اذا جاء الماء ماء النار تنطفي يعني ضد المقولة ما معناه? يعني عرضان يتعاقبان على موضوع واحد اذا كان العرض الاولى يكون الثانية واذا كان الثاني لا يكون الاول يعني بينهما الجسم ليس له هكذا شيء يضاد نعم لانه ليس بالمقولة العرب نعم وانه لا ضد للاجسام مع وجوب ثنائها يوم القيامة. نعم يوم القيامة لماذا تزول هذه مسألة اخرى? نحن نتكلم في هذه النشأة فالتزم بعدم بقائها وانها تتجدد حالا فحالا كالاعراظ غير القارة الاعراض التي تتغير مثلا اللون يتغير من السواد الى البياض او من البياض الى السواد مع الزمن والمحققون على خلاف ذلك. يعني الاجسام لا لا تطالها الحركة ولا التغير نعم</w:t>
      </w:r>
    </w:p>
    <w:p>
      <w:r>
        <w:t>واعتمادهم على الظرورة في يعني الشهود يعني الشهود فمبنى الظلام اه لا قيمة له نعم وقيل يعني قراءة تأويلية لي كان منظم قراءة هرموناتيكية ان ان النظام ذهب لاحتياج الجسم حال بقائه لا مؤثر فتوهم الناقل انه كانوا يقول بعدم الدقيق الاجسام. لا اه هذه مسألة بينة بينة بقاء الجسم يحتاج الى فاعلية. كما اوجدته تبقيه. الله تعالى علة للحدوث وعلا للبقاء يعني اه بديهية وبيناها في العلية والمحلولية فالنظام كان يتكلم هنا يعني الجسم لا يتغير لماذا يحتاج الى الا تبقيه في عدم التغير. نعم هذا معقول نعم. المسألة الرابعة في ان الاجسام يجوز اه خلوها عن الطعوم والروائح والالوان نعم نعم هذه الآن في الكيمياء واضحة جدا الآن قالوا ويجوز خلو خلو الاجسام عن الكيفيات المذوقة والمرئية والمشومة كالهواء يعني آآ هذا ليس بدليل اشارة الى المعاينة المصداق الهواء الهواء لهو حلو ولا هو مر ولا يرى يعني شفاف ولا يوشم اقول ذهب المعتزلة الى جواز خلو الاجسام عن الطعوم والروائح والالوان ومنعت الاشعرية منه اما المعتزلة فاحتجوا بمشاهدة بعض الاجسام. يعني المسألة معاينة شود وليس دليلا عقليا واحتجوا يعني المعتزلة بمشاهدة بعض الاسهم كذلك كالهواء واحتجت الاشعرية بقياس اللون على الكون اللون على الكون يعني اللون عرظ والكون كينونة يعني عندهم الاجسام وبما قبل الاتصاف على ما بعده يعني وهما ظعيفان يعني دليل الاشاعرة لان القياس المشتمل على الجمع لا يفيد اليقين مشكلة مشكلة المدارس الكلامية تستخدم القياس. القياس المنطقي باسم منطقي يعني انت الان عندك عندك آآ هاد الجزء لهو حكم سري الى الجزء الثاني بدون جامع لانك اذا وجدت الجمع ينقلب برهانا بدون جامع تتوهم ان فيه جامع وليس فيه جامع. لو كان فيه الجامع ياتي حكم الامثال فيما يجوز ولا يجوز واحد فيكون القياس هذا يقينيا في الاعم الاغلب ان الجامع غائب. العلم الحل يشير الى هذه النقطة المعرفية. نعم. واحتج الاشاعرة بقياس اللون على الكون. كيف تقيس نتا اللون على الكون الكون لا دين المقصود به. الكون يعني الكون نعم وبما قبل الاتصاف على ما ما قبل الاتصاف بما بعده. يعني الاتصاف وما بعده لا ادري المسألة غامضة عند الاشاعرة وهما ضعيفان عند العلامة الحلي لان القياس المشتمل على الجمع لا يفيد اليقين يعني القياس التمثيل لا يفيد اليقين لماذا? لان الجامع دائما لا يكون جامع النعام اذا احرست الجامع صار الحكم حكم الامثال فيما يجوز ولا يجوز واحد فيفيد اليقين. نعم بانه القياس المشتمل على الجمع لا يفيد اليقين فكيف الخالي عن عنه مع قيام الفارق? فكيف بالقياس الذي لا اه يحتوي على الجامع طبعا اذا قلنا هذا الجزء يشارك ذلك الجزء الاخر في الجامع يعني ملاك الاتصاف موجود في الجزئي وموجود الجزء الاول والجزء الثاني. اذا اتحد الملاك نحن وصلنا الى الذات اذا وصلنا الى الذات او نحن كل نحن في البرهان وليس في المثال اه الذي هو لا يفيد اليقين. فان الكون لا يعقل خلو متحيز عنه بالضرورة. اذا الكون هنا يعني الجواهر يعني الجواهر يعني الاجسام فان الكون لا يعقل خلو متحيز عنه بالضرورة. بخلاف اللون فهل يمكن ان يتصور الجسم خاليا عنه مثل الهواء كما مثل له. واما امتناع الخلوع عنها بعد الاتصاف فممنوع لو سلم لظهر الفرق ايضا لان الخلو بعد الاتصاف انما امتنع الافتقار الزائل بعد الاتصاف الى طليان الظد بخلاف ما قبل الاتصاف لعدم الحاجة اليه نعم انت عندك الان جسم متشكل متلون باللون الابيض ثم هو مستقر باللون الابيض. ما في عوامل اخرى تجعله يرجع الى اللون آآ الاسود فاذا جاءت العوامل الخارجية يعني طول الزمن وعوامل خارجية يعني عوامل مناخية ينقلب مع الزمان الى اللون الاسود نعم هذه عوامل خارجية هذه حكم ماذا? حكم الاعراض وليس حكم حكم جميع الاجسام يعني اللون ليس هكذا. اللون لا يتغير من حالة الى رائعة والطعم كذلك في مصداق كالهواء المسألة الخامسة في ان الاجسام يجوز رؤيتها. الاجسام لا ترى ابدا. الجواهر لا ترى ابدا هنا يعني رؤية مجازية يعني نرى العرظ ثم يأتي الاستدلال العقلي يعني الان انا ارى تفاحة هل ارى جسم التفاحة? لا ارى لون التفاحة فقط او المس السطح فتح التفاحة. يعني انا اتعامل مع الاعراض والعقل ماذا يقول? وكل عرظ يحتاج الى جوهر فيكون اذا كنا في الاعراض التي تناسب الجسم فاذا ادركنا مثلا بالبصر ان ادرك اللون التفاحة سريعا العقل يأتي ويستدل العرض يتكئ على جوهر. اذا هناك جوهر يعني انت اذا قلت بالعربية تقول قطعا ويقينا اه الجوهرية. اذا هذا ليس يرى. يرى من خلال اللون. فهذا الكلام مجازي في ان الاجسام يجوز رؤيتها اكتب من خلال رؤية الاعراض التي فيها قال ويجوز رؤيته الاجسام بشرط الظوء الظو ماذا يعطيك? يعطيك اللون. احد انا هذا كلام صحيح واللون وهو ظروري الظو واللون ظو هو ملاك اللونية وهو ظروري يعني الشهودي نعم شهودي ترى التفاحة لونها احمر عقلك يقول لها متكأ لان اللون الاحمر عرض يتكئ على الجوار اقول ذهب الاوائل يعني الفلاسفة الى ان الاجسام مرئية لكن لا بالذات. بالمجاز يعني بعد العبور من اللون بل بالعرظ فانها لو كانت مرئية بالذات لرؤيا الهواء والتالي باطل. فالمقدم مثله. لا هذا الكلام غير صحيح. يعني اه تستدل بالهواء غير صحيح. الجوهر في في حقيقته لا يعطى للمحسوس دائما الذي يعطى للمحسوس للأدوات الحسية هي العوارض تعينات وليس الذات نعم يعني هذا هو الصحيح ليس تأتي لي بالهواء وتستدل به. لو كانت مرئية يعني الانسان بالذات لرؤيا الهواء لان الهواء عنده ماذا? عندهم جسم نعم عنصر يتشكل منه الجسم والتالي باطن يعني الهوى لا يرى. اذا الاجسام لا ترى وانما يمكن رؤيتها يعني من حقك تسأل كيف نرى الانسان يقول من خلال الاعراض وانما يمكن رؤيتها بتوسط الضوء الذي يعطي اللون. يعني كم الية الية اللون اذا تحلل يأتي الضوء يعني يأتي اللون. اللون هو تحلل الضوء اذا الضوء حيثية تعليلية لبروز اللون مثلا كالاحمر او الاصفر ثم تقول كل عرض يحتاج الى متكأ وهو جوهر مادي وهو الجسم وهذا حكم ظروري يعني شهودي يشهد به الحس وجمهور العقلاء على ذلك ولم اعرف فيه مخالفا نعم هذا كله متفقين ان الاجسام ترى ولكن من خلال اعراضها فمن يقول ان الله تعالى يوم القيامة يرى بهذه الرؤيا الحسية فلا يعرف التكوين وقوانين الوجود اذا كانت هذه الاجسام الضعيفة لا يمكن ان توصل الا من خلال الوانها فكيف بالذات المقدسة التي يفوق جميع المخلوقات نعم فيه رؤية هناك تسانخ تلك النشأة وهي الرؤية القلبية كما جاءت في الروايات. اما الرؤية الحسية بهذه الكيفية هذا مستحيل في حق الجسم. ناهيك بحق لله تعالى المسألة السادسة في اننا نسمح حادثة. نعم مخلوقة</w:t>
      </w:r>
    </w:p>
    <w:p>
      <w:r>
        <w:t>نعم قال والاجسام كلها حادثة لعدم انفكاكها من جزئيات متناهية حادثة فانها لا تخلو عن الحركة والسكون يعني هذه الحركة وبالسكون دليل على الحدوث لان الحراك والسكون عندهم اعراض او ملكة وعدم ملكة سميها كما تشاء بنا الحركة والسكون. المهم اه في تغير والتغير دليل على الحدوث. وكل منها حادث وهو ظاهر. اذا كانت الحركة حادثة والسكون يأتي بعد توقف الحراك. يعني هو كذلك حادث. فما تعرضه الحركة من اجسام تكون حادثة. اقول هذه المسألة من اجل المسائل اشرفها في هذا الكتاب لانه تدل على مخلوقية العالم ما سوى الله تعالى. وهي المعركة العظيمة بين الاوائل والمتكلمين. يعني بين الفلاسفة والمتكلمين وقد اضطربت انظار العقلاء فيها وعليها مبنى القواعد الاسلامية يعني عملية الخلق انت انزع الخلق كل الدين ينتفي كل القواعد الاسلامية تنتفي وقد اختلف الناس فيها. فذهب المسلمون والنصارى واليهود والمجوس الى الاجسام محدثة يعني مخلوقة. وذهب جمهور الحكماء الى انها قديمة وتفصيل آآ قوانينهم في ذلك ذكرناه في كتاب المناهج كتاب للاعلام الحلي. لكن ابن سينا حل هذه المشكلة هنا يقصد القديم القديم الزماني وليس القديم الذاتي. القديم الذاتي هو الله تعالى فقط اما كون هذه الاجسام قديمة زمنية لا بأس ما دامت ممكنة لا تقتضي الوجود في ذاتها نعم وانا اتعجب من الاعلام الحلي كيف لم يلتفت الى هذه النكتة نعم مال الى الحدوث والحدوث كارثة الحدوث كارثة نعم اذا عرفت هذا فنقول الدليل على ان الاجسام حادثة? نعم حادثة بالحدوث الذاتي وبعضها حادث بالحدود الزماني كما يقول الفيلسوف. يعني يجب ننصف الحكماء انها لا تخلو عن امور متناهية حادثة فالتناهي يدل على الحدوث والحدوث يدل هذه الامور الحادثة تدل على حدوث من يحملها الجسم وكل ما لا يخلو من امور متناهية حديثة فهو حديث صغرى كبرى نعم تقول هذه الاجسام تعتريها امور متناهية حادثة وكل من تعتليه امور حادثة متناهية فهو حادث متناهي فالاجسام حادثة نعم هادي النتيجة اما الصورة فلان يعني كيف عرفت ان الاجسام تعتريها امور متناهية آآ حادثة يقول فلان بيان الصورة فان الاجسام لا تخلو عن الحركة والسكون نعم جيد وما يفيدنا هذا يقول وهي امور حادثة يعني الحركة والسكون متناهية نعم اما بيان عدم انفكاك الجسم عنها فضروري. لان هذه عوارض تعرض الجسم لا هوية استقلالية لها. لان الجسم لا يعقل موجودا في الخارج منفكا عن المكان نعم فان كان اه لابثا فيه فهو السكون او الساكن يعني لا بث في المكان يعني متوقف في المكان وان كان منتقنا عنه فهو المتحرك فالسكون حادث والحركة حادثة واما بيان بيان حدوثهما يعني لماذا تقول الحركة حادثة والسكون حادث فظاهر شهودي لان الحركة هي حصول الجسم في الحيز بعد ان كان في حيز اخر. يعني انتقال من حيز الى حيز. اشارة الى الحركة الوضعية والحركة الاينية. نعم. والسكون هو الحصول في الحيز بعد ان كان في ذلك الحيز يعني واستقراره في حيز وانت تصور انه تحركو على مما لم يتحرك يعني يبقى يعني يمر عليه زمان وهو باقي في ذلك المكان فهذا هو السكون فالسكون هو الاستقرار في مكان مع تغير الزمان والسكون ما هو الحصول في الحيز بعد ان كان في ذلك الحيز تماهية كل واحد منهم. يعني الحركة والسكون منهما يعني الحركة والسكون. تستدعي المسبوقية بالغير يعني الحدوث والأزل غير مسبوق بالغير. الأزلي هنا الأزل الذاتي ام الأزل الزمني. اكتب تحتها اذا كان الازل الذاتي المختص بالله نعم. اما الازلي الذاتي الازلي الزماني هويته لا تقتضي الوجود فيكون فقيرا لله تعالى حتى لو كان قديما زمنيا نعم الازل غير مسبوق بالغير هذا اكتبها هذه المختصة بالله تعالى وليس بالمخلوقات النتيجة فما هي كل واحد منهما ليست قديمة نعم اكتب بالقدم الذاتي اما القدم الزماني قد يكون ملكه ما هو? ليس الملاك هو القدم او الحدود في الملاك ولا اقتضاء لا يقتضي الوجود فقير في وجوده الى الذات المقدسة نعم وايضا فان كل واحد منهما يجوز عليه العدم يعني ينتفي. والقديم لا يجوز عليه العذاب القديم من? القديم الزماني ام القديم الذاتي الذي لا يجوز عليه العدم القديم الذاتي. او الفيلسوف يوافق عليه اما القديم الزماني باعتبار ان هويته لا تقتضي الوجود فيمكن ان يعطيها الله العدم اما الصغرى فلان كل متحرك على الاطلاق فان كل جزء من حركته يعدم او يوجد عقيديه جزء اخر من هذه طبيعة الحركة طبيعة الحركة والتصرم يعني كان في نقطة ثم تركها وانتقل الى نقطة اخرى. فالنقطة السابقة تصرمت ثم النقطة الاتية تتصرم لترك المجال لنقطة ثالثة. وهذا هو لب الحركة. نعم. وكل ساكن فانه اما بسيط او مركب وكل بسيط ساكن يمكن عليه الحركة لتساوي الجانب الملاقي منه لغيره يعني اللا اقتضى من من من تحرك عدم التحرك لغيره من الاجسام والجانب الذي لا لا يلاقيه في قبول الملاقاة فامكن على غير الملاق الملاقاة لا ادري العلم الحين هنا كيف يبين هذه المسائل التي هي في غاية البساطة قلت لكم كتير من العلماء القدماء والمحدثون في الغرب في الشرق في كل العالم عندهم هاوس الاستدلال في الأمور الشهودية يأتي ويدخلك في متاهات الاستدلال معنى المسألة شهودية تضييع للطاقة وتضييع للوقت نعم فكل جسم اذا تحرك او سكن فهو حادث فالجسم حادث باعراضه فهو حادث بذاته فيكون مخلوقا. انتهى الامر لماذا تدخل في هذه المتاهات الاستدلالية التي لا قيمة لها وتضيع من وقتك ومن وقت الطالب. نعم يقول وكل ساكن فانه اما بسيط او مركب الساكنة يعني الذات الساكنة بسيطة غير مركبة او مركبة وكل بسيط ساكن يمكن عليه الحركة يعني يمكن ان يخرج من السكون الى حركة لتساوي الجانب الملاقي يعني ولا بشرط من هذه الجهة او من هذه الجهة الملاقي منه لغيره من الاجسام نعم يعني ولا بشرط من ان يلاقي هذا الجسم او يلاقي هذا الجسم والجانب الذي يلاقيه في قبول الملاقاة امكن على غير الملاقي الملاقاة كما امكنت على الملاقي لكن ذلك انما يكون بواسطة الحركة يعني هو يلاقي الجسم هذا او ذاك او يلاقي هذا ويلاقي ذلك كيف بالحركة. يعني بالاتجاه والسريان فكانت الحركة جائزة عليه جائزة على هذا الساكن واما المركب هذا البسيط واما المركب فإنه مركب من البسائط ها نعم. وحكم البصائد تسلي الى المركب ونسوق الدليل الذي ذكرناه في البسيط. اذا كان المركب ومركب من البسائط والبسائط لها حكم وهي قابلة للحركة وقابلة للسكون. فالمركب كذلك. ولهذا يقول اه ونسوق الدليل الذي ذكرناه في البسيط الى كل جزء من ازاء المركب فيكون المركب ماذا? متحركا بعد سكون. واما الكبرى فلان القديم ان كان واجب الوجود لذاته استحال عدمه. نعم ليقتضي الوجود بذاتي وان كانت جائز الوجود استند اليها الا علة موجبة تعطيه الوجود لاستحالة صدور القديم عن</w:t>
      </w:r>
    </w:p>
    <w:p>
      <w:r>
        <w:t>اه على النقطة. هذه لاستحالة صدور القديم عن المختار. بيناها في اه الجلسات السابقة. نعني اه اذا كان العالم قديما فينتفي اختيارا اختيار من? اختيار اه الفاعل يعني الله تعالى لماذا? لان المتكلم والعلامة الحلي هنا يتلبس لباس المتكلم. لا يفهم الفعل الا هكذا. لم يكن فاعلا ثم فعل. يعني يجب ان تكون واسطة تعطيني انا الاختيار لفعل الفعل اما هكذا انا جالس وفعلي يترشح بدون واسطة بيني وبين المبادرة فهذا لا يمكن في ذهن المتكلم اليس هذا اهانة لله تعالى يعني الله تعالى كالمخلوق يجب ان تعطيه فاصلة حتى تتعين ارادته واختياره حتى يخلق يقول لي استحالة صدور القديم عن المختار. يعني اذا كان الجسم قديم يعني كان قديما يعني العالم كان قديما على علم في قاعدة بنيوية ان المتكلم يقول ما سوى الله كله مادي ما عندهن مجردات المتكلم. ولهذا يتكلم عن الحركة والسكون يعني حتى الملائكة عندهم مادية وتتحرك وتسكن تصعد وتنزل كالاجسام. نعم لاستحالة صدور القديم على المختار يعني اذا كان عندنا جسم قديم مادة قديمة فالله تعالى ينتفع عنه اختياره. لماذا? لان ما قيل له هذه الفسحة الزمانية حتى يفعل ولهذا يقولون كل المخلوقات حادثة زمنية يعني سبقها زمان لم تكن موجودة. يعني في فسحة زمنية بين الفعل والله تعالى نكمل هذا البحث لننتهى الوقت ان شاء الله في الحصة القادمة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