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هذه المسألة التي وصلنا اليها وهو وهي حدوث العالم العالم بفتح اللام كوسمس يعني ما سوى الله المتكلم له مبنى هو ما سوى الله كله مادي اما مادة غليظة كما نشاهد هذه الماديات ونعاينها او مادة اثيرية يتصف بها العالم العلوي ملائكة غير الملائكة. المهمة عندنا مخلوق مجرد في الرؤية الكلامية فقط الخالق هو المجرد الوحيد. والله تعالى ليس له مادة لكن في خلفيات علماء الكلام والله تعالى مادي والله تعالى مادي لماذا? لان المتكلم خيالي المتكلم يتعامل مع التكوينيات بخياله. لا عمل اغلب بهذا الفهم العرفي والفهم العرفي للحاكمية للخيال نعم تصوره لعملية الخلق عرفيا كيف هو يتصور ان فاعلية الله تعالى كفاعلية الانسان. انظروا العرف كيف يدخل في مخيال المتكلم ويسقطه على العالم العلوي الانسان كيف يفعل في عالم العرف? يعني في فسحة زمنية لم يكن فاعلا ثم فعل مثلا الآن انا لا اكتب ثم اكتب يعني بين اللا كتابة وبين الكتابة فيه فاصلة زمنية تعطيني فسحة لاعمال الاختيار اما اذا انا كتبت بدون هذه الفاصلة يعني المبادرة مني راحت وهذا هو معنى الاضطرار وما من معنى الجبر هذا الفهم العرفي من خلال الفاعل المادي اسقطوه على الفاعلية الالهية. قلت لكم فالمتكلم يتعامل بخياله ولا يتعامل بعقله فهو يجب ان يتصور آآ الفاعلية الالهية هكذا يعني في فاصلة زمنية هذه الفاصلة الزمنية لم يكن اه لم يكن الله تعالى فاعلا ثم فعل ارادته واوجد العلم في نقطة من هناك يبدأ العالم وهذا الزمن السابق الزمان بعد خلقي ما هو تكليفه فيكون قديما فجاء الغزالي وغير الغزالي ورأوا ان هذه الامور شنيعة جدا والله تعالى اذا فعل هكذا يلزم قدم الزمان والزمان يعرض الحركة فقدم الحركة والحركة تعرض المادة فالمادة تكون قديمة قديمة يعني غير مخلوقة فهذه امور الهة فوصلوا الى هذه الشناعة فدخلوا في مأزق كبير ولم يتمكنوا من حل هذه الاشكالات نعم فجاء المحقق التونسي فادخل مجموعة من المباني العقلية وغير هوية علم الكلام فصار دقيقا خصوصا في رسالته الفصول المصيرية وفي كتبه الفلسفيه العرف الحوزوي في قم لا يدرسون هذه الالهيات بالمعنى العام يبدأون التجريد من الالهيات ما هو السر ان هذه الالهيات بالمعنى الاعم التي درسناها وندرسها الى نهايتها ثم تأتي الالهات بالمعنى الاخص يعني الله تعالى اه وصفاته وافعاله هذه من زمان على من حلي الآن الى زماننا الآن تنقحت تنقيحا كبيرا ودخلت مدارس جديدة وصارت انضج واعمق اين يدرس الطالب? يدرسها في الفلسفة فنزعوها لانها قديمة كتير منها اه ان لم نقل انه باطن نقول انه ناقص على الأقل في مقام الإثبات يعني الإستدلال يكون اه ناقصا كثيرا  طرحوا فقط على اه  على تدريس الالهيات فقط حتى الهية التجريد اذا قسناها الى الى هياتك ما تدرس في الفلسفة شاسع جدا الذي يدرس الفلسفة بعمق يفوق الاهية التجريد بدرجاتها درجة كما سأتي ان شاء الله اذا وصلنا الى الالهيات هناك نقاربها مقاربة اجتهادية عميقة وسترون التفوق الكبير الالهية الان مع الهيات ذلك الزمان نعم هذه المسألة الان انتهت الآن المفروض تدرج في تاريخ علم الكلام الفاعلية الالهية بالمعنى الفاعلية العرفية هذه خرافة كبيرة الله تعالى يفعل مثل الانسان يعني حتى تكون له مبادرة عفوية بين قوسين الاختيار يجب ان تكون فاصلة بينه وبين العالم اصلا العالم غير موجود حتى تكون هناك فاصلة العالم غير موجود حتى تكون هناك فصيلة نعم من خيال المتكلم عنده مشكل مخيال متكلم. مشكل انتمائي مشكل الإنتماء الديني يعني العقل الديني كيف هو الان يحافظ على الله تعالى نعم انت يجب ان تحافظ على الله تعالى وعلى صفاته وافعاله. بمعنى انها تكون في الحكمة المطلقة. نحن نوافق على ذلك ولكن ليس باليات هزيلة باليات ضعيفة تأتي الى فاعلية المخلوق وتريد ان تقارب هذه الفاعلية المحدودة في فاعلية الله تعالى ابدا فجاء الحكماء قالوا ملاك الخلق هو الامكان يعني اذا انت بحثت عن المخلوق مهما كان هذا المقلو حتى لو كان قديما زمنيا وهو هو عندو ملاك الموجودية ام لا وقالوا ولا مخلوق عنده ملاك الموجودية في ذاته اذن خلي يكون ما يكون يكون قديما زمنيا يكون حادثا زمنيا. الملاك هو ركز على ذاته هذه الذات ميلاكو موجوديتها فيها يعني ذاتها فيها ملاك الموجودية اولى ملاك الموجودية فقط في الله تعالى. يعني الذات الالهية ذاتها تقتضي الوجود حتى كلمة هذه تقتضي الوجود حس مهوي وليس حسا وجوديا اما المخلوقات لا المخلوقات اذا بحثت في صميمها تجدها ليس لها ملاك الموجودية. يعني لا طاقة الوجود بذاتها. ثم اه ظحى في اي مرتبة شئت لا تظعها فقط في مرتبة تجعلها تقتظي الوجود لذاتها. يعني ايه القدم الذاتي اما القدم الزماني والحزن الزماني اينما وضعتها فهي تحتاج الى خالق لماذا? لانها لا تقتضي الوجود في ذاتها. يعني ليس لها ملاك يجعلها موجودة بذاتها هذا هو الفهم العميق ثم هذه خرافات كلها خرافات المتكلم هذه كلها ان نشأت عند المعتزلة وعند الاشاعرة نعم مع الاسف متكلمون ادخلوها الى المصقل الكلام الامامي وتورطنا الان على ما الحلي يأتي بكلام الغزالي يأتي بكلام الغزالي ما دخل الغزالي في مذهبنا ما دخل الغزالي في ان اه العقائد الامامية. انت اذا جئت الى النسق الكلامي قبل المحقق التونسي طبعا. وبعد المحقق التوصي قرون وقرون وتأتي الى روايات اهل البيت نصوص اهل البيت في اصول الكهف في في من الكتب الراقية تجد هناك طرح الدين يختلس في هويته اختلافا جوهريا عما يثار من هذه القواعد الكلامية الهشة الهزيلة فابتعدنا عن ماذا? ابتعدنا عن الالهيات الوحيانية. اسسنا لالهيات طبيعية تحت تأثير المخالف من معتزلة وغير معتزلة اه في مقابل الهيات الوحيانية التي جاءت على لسان ائمتنا عليهم السلام. نعم انا شرحت خطبة خطبة خطبة التوحيد اه الامام الحسين عليه السلام يتكلم في العقائد لكن يتكلم باسلوب لم تعهده العرب وادخل اليات لم يعهدها العقل البشري ليس فقط العرب العقل البشري لم يعهدها نعم مثلا الاحاطة تمايز الاحاطة والمحاطية موجود عند الامام حسين موجود عند امير المؤمنين وصل اليها العرفاء بعد قرون وقرون. موجودة في الالهيات الوحيانية ايلات الوحيانية ما معناها? معناها انت تأتي بالنصوص التي وصلت الينا من اهل البيت والقرآن الكريم مجمل النصوص الدينية وتبحث بملكاته واقعية هذه الملاكات الواقعية يكشفها العقل ثم تدخل في عمق هذه النصوص وتخرج المفردات العقدية بشكل معرفي عميق الاهيات الوحيانية نحن الان لا ندرس الولايات المحيونية ندرس الالهيات الطبيعية</w:t>
      </w:r>
    </w:p>
    <w:p>
      <w:r>
        <w:t>نعم فنأتي الى مبنى المتكلم كيف فهم الفاعلية الهزيلة ثم اسقطها على فاعلية الله تعالى وادخلنا في متاهات فيأتي الفيلسوف يضحك علينا نعم ومن حقه ان يضحك يعني شوف نتا الآن المتكلم كيف يتصور هذه الفصيلة الزمنية لماذا جعل هذه الفصيلة الزمنية للمسكين? انت الآن اذا لم تكن بينك وبين الكتابة فاصلة زمنية حتى تبادر عفويا. تبادر عفوي عفويا يعني تختار تختار الكتابة فهناك تسمى مختارا. لماذا? لان هناك فاصلة قد تكون غير كاتب. يعني لا تكتب فيها فتبادر بالكتابة يعني علامة على الاختيار. هذه طبقوها على الله تعالى. حتى يكون الله تعالى مختارا يجب ان تكون فاصلة بينه وبين فعله كما هو حال الانسان. لا اله الا الله محمد رسول الله. جيد اذا كان الله تعالى فاعلا بحيث كبداية زمنية لفعله. يقول هذه الفصيلة انتفت فانتفى الاختيار فيكون مضطرا هذه فلسفة المتكلم في فهم الفاعلية الالهية. والان نحن في صددها مع الاسف الشديد دقق معي ماذا يقول اه العلم الحلي رحمة الله عليه يقول  واما الكبرى فلان القديم قديم يعني الله تعالى المتكلم القديم فقط هو الله. والباقي كله حادث. وحادث بحدود الزمانية ان كان واجب الوجود يعني القديم واجب الوجود ما معناه? يعني في ذاته له ملاك الموجودية نعم واجب الوجود لذاتي يعني في ذاته له ملاك الموجودية وليس ملاك الموجودية في امر اخر يعني كالعلة استحال عدمه نعم اذا كانت الذات تقتضي الوجود فالعدم لا يتسلل اليها مطلقا لان الوجود يدفع العدم وان كانت جائز الوجود ما معنى جائز الوجود? يعني لا يقتضي الوجود في ذاته. هذا القديم استند الى علة نعم اذا كان هذا القديم لا يقتضي الوجود في ذاته استند الى علة. انا اسألكم الان هذا السؤال هذا الكلام من العلامة الحلي رحمة الله عليه كلام فلسفي ام كلام كلامي كلام فلسفي ما تتكلم عن اقتضاء الوجود وعدم اقتضاء الوجود بان انت لا تعرف الامكان كمتكلم لا تعرف الإمكان اذا تكلمت باقتضاء الوجود وعدم اقتضاء الوجود والذي لا يقتضي الوجود يحتاج الى علة انت هنا تتكلم بلسان فيلسوف وانت في سياق كلامي تدافع عن المتكلمين في الفاعلية الإلهية هذا الذي اسميه الخلطة الخلطة يعني انت تتكلم في افق علم الكلام بلسان فلسفي وترد على الفيلسوف نعم وان كانت جائز الوجود يعني ممكن الوجود جائزة يعني ممكن. ممكن الوجود يعني الوجود لا تقتضيه ذاته يعني ليس لها ملاك الموجودية الملاك الذاتي استند الى علة نعم نعم كل ممكن في وجوده يستندها علة فاعلية موجبة. نعم ليس موجبة موجبة مضطرة موجبة مضطر لماذا? تعليم لاستحالة صدور القديم عن المختار منين منين جبتيها هادي انت تقول ملاك الخالقية وملاك المخلوقية هي ان الشيء لا يقتضي في ذاته الوجود كان قديما ولا يقتضي الوجود كان حادث ولا يقتضي الوجوب اذا القدم والحدوث ليس هو الملاك. الملاك هو الذي الذي ليس له ملاك الموجودية في ذاته فيكون قديما زمني تقول قديم الزمان كيف تتم المخلوقية؟ تتم المخلوقية لانه لا يقتضي الوجود فالعلة هي التي تنفض عليه الوجود نعم اذا هنا في خلطة بيداغوجي مرة يتكلم على مبنى الحكيم ويقرر المسألة ثم يتكلم على مبنى المتكلم نعم يقول لاستحالة صدور صدور الخلق القديم عن المختار. لماذا القديم الزماني لا يمكن ان يوجده الله تعالى? نعم. الفيلسوف يقول يوجده. لماذا? لانه قدمه الزمني لا ينفعه ليش? لماذا? لانه في ذاته لملاك الذات تقتضي الوجود او لا ليس الملاك في القدم الزماني او الحدود الزماني منطق الفيلسوف هكذا المتكلم يقول اذا كان قديما زمنيا فالله تعالى يريد مثلا يبادر بايجاده يبادر بجاده هادي مبادرة غير موجودة لماذا? لان هذا قديم ليس له تلك الفاصلة الزمنية فيكون مضطرا غير مختار في خلقه. نعم لاستحالة صدور القديم هنا يكتب القديم الزمني عن المختار يعني الذي يفعل باختياره لان المختار انما يفعل بواسطة القصد والداعي نعم والقصد انما يتوجه الى ايجاد المعلوم. يعني في فاصلة زمنية لم يكن فيها المخلوق هذه الفصيلة الزمنية هي التي تصحح المبادرة العفوية من من الله. المبادرة العفوية يعني الاختيار نعم لاحظت كيف? نعم اذا ما عندنا قديم زمني فكل اثر لمختار حادثه هاي النتيجة اذا من هنا يتكلم بلسان فلسفي وهنا يتكلم بلسان كلامي يلعن من حلي اذا قلت ان ملاك الخالقية او المخلوقية ان الشيء لا يقتضي الوجود لذاته. فانت هنا تتكلم بلسان فيلسوف اذن الملاك في المخلوقية ما هي? انه لا يقتضي الوجود في ذاته كان قديما زمنيا لا تنظر الى القدم والحدود. انظر الى في ذاته يقتضي او لا يقتضي. تقول لا يقتضي. لا يقتضي خليه يكون قديما زمنيا. والله تعالى اوجده على اساس الامكان. يعني اللا اقتضاء فلو كان القديم اثرا لمؤثرين لكان ذلك المؤثر موجبا موجبا يعني مضطرا مجبورا لماذا? لانكفاء الفاصل الزمنية انظر يعني المتكلم صادر على على مبنى ما هو? ان الفاعلية كالفاعلية العرفية. يعني انا لم اكتب ثم اكتب بين الكتابة وبين الله كتابة والكتابة في مثلا خمس دقائق عشر دقائق النص ساعة. هذه الفاصل الزمني لم اكن كاتبا ثم كتبت ففاعليتي الظعيفة اسقطوها على الفاعلية الالهية تلك العظمة نعم فان كان واجبا لذاته استحال عدمه فاستحال عدم معلوليه. يعني نعم اذا كان واجب الوجود وكان المعلول ليس مسبوقا  فاصلة زمنية فكان معه نعم يعني معه يتبع الله تعالى ايكون الله تعالى مضطرا في فاعلاته وان كان ممكنا لا تتكلم على الامكان على من حلي لا تخلط في في البيداغوجية لا ما تقول الممكن لازم تتكلم بلسان الحدوث انت هنا تدافع عن المتكلم الذي يؤمن بالحدوث يعني ما معنى الحدوث? يعني فيه فاصلة زمنية لم يكن هناك خلق ثم حدث بتكلم بلسان الحدوث لا تتكلم بلسان الفيلسوف لانك انت الان ترد على الحكيم. الحكيم يؤمن بالقدم الزماني كل حاجة يعني في مخلوق ليس بمسبوق زماني? يقول نعم اين البأس? تقول وكيف خلق? خلق لانه لا يقتضي الوجود في ذاته. هذا هو معنى الامكان. اذا هنا خلط بالبيداغوجي يعني خلط في انت اذا ناقشت الفيلسوف يجب ان تتبنى مبان المتكلم في كل ابعادها لا تدخل آآ مباني الفيلسوف. يعني لا تتكلم بمصطلح الامكان ابدا. فقط الحدوث. وحل المشكلة اذا قدرت نعم وان كان ممكنا ما تتكلم تقول ان كان حادثا نقلنا الكلام اليه فاما ان يتسلسل وهو محال او ينتهي الى مؤثر موجب نعم يعني هذه المفردة ممكنة فتحتاج الى غيرها وذاك الغير ممكن فاحتاج الى غير. حتى نصل الى الفاعلية الالهية في مخلوق ليس مسبوقا بالعدم الزماني. يعني ليس حادثا والله تعالى تنتفي تلك المبادرة العفوية منه فيكون ماذا مختارا او مضطرا يكون مضطرا بينتهي الى مؤثر يعني فاعل موجب نعم</w:t>
      </w:r>
    </w:p>
    <w:p>
      <w:r>
        <w:t>يستحيل عدمه فيستحيل عدم اه عدم معلوله نعم اذا اذا كان العالم ملازم للذات الالهية فاين الفاصيل الزمنية اذا الحادث الذي يجب ان لم يكن في زمان ثم كان حتى نصحح المبادرة العفوية للذات فينا هي فيكون مختارا اذا نفينا هذه الفاصلة الزمنية وجعلنا العالم مستمرا في الزمان لا بد لهذه المبادرة العفوية تذهب يعني الاختيار ينتفي فالله تعالى يكون موجبا فقد ظهر ان القديم يستحي يستحيل عليه العدم نعم وقد بينا جواز العدم على الحركة والسكون فيستحيل قدمهما. نعم. فيريد يبين لا ان ما عندنا عالم قديم العالم فقط الحادث. يعني الحادث الزمني. يعني راجعة الى ماذا? رجع الى مبنى متكلم مرة يتكلم في الفلسفي. مرة يتكلم في الكلام خلط في البراديق خلط في النموذج المعرفي والطالب كيف يفهم ابدأ انت بالحدوث قل مبنانا نحن المتكل المتكلمين ما هو؟ الحدوث. ما معناه؟ يعني الشيء لم يكن يكن في زمن ثم احدثه الله تعالى يعني يسيب نقطة زمنية بدأ فيها العالم ولم يكن في نقاط زمنية سابقة هذا هو المبنى لماذا تقول اذا غطينا الفاعلية مطلقا كل الزمن امتلئ يعني هذا هو القدم الزماني هذه المبادرة العفوية لم يكن فاعل ثم كان فاعلا تنتفي من الذات الالهية فيكون ماذا? ليس مختارا يكون مجبورا. نعم. فانت اما تثبت لاختيار المطلق للذات الالهية وهذا ثابت لانك انت متدين. تؤمن بالاختيار المطلق للذات الالهية فماذا يبقى? يبقى ان ثبت ماذا? ان المخلوق يجب ان يكون آآ يكون حادثا في الحدود الزمانية. ما عندك الا هذه الطريقة ما دمت لا تؤمن بالامكان الفل السفينة قال واما التلاهي جزئياتها نعم جزئيات هذه الاجسام بيناه في ما سبق قلنا الاجسام متناهية الاجزاء نعم قابلة للانقسام. يعني قابلة للانشطة الى ما لا نهاية. بالقوة وليس بالفعل بالفعل هي متناهية حتى يتعين الجسم اذا لم تكن متناهية فعندنا جسم واحد اصل لن لا ندركه لا ندركه انه غير متناهي. لادراك يجب ان يتعين المخلوقية في اللغة يعني التحديد الهندسة اعطاء الحدود نعم واما تناهي جزئيات هذه يعني العالم المادي فلان وجود ما لا يتناهى محال للتطبيق بينا قانون التطبيق قانون التطبيق خذ انت الإمتداد اللامتناهي قط ولا متناهي هذا الدليل ينطبق هنا كذلك. مادة غير متناهية ثم تجيب كذلك مادة غير متناهية وقطع منها قطعة حتما الناقص غير الكامل. نعم مبدأ التناقض يفتي بذلك الناقص يعني اللا كامل لا يكون الا كامل كاملا. مبدأ تناقض جيد. اذا الناقص غير الكامل. اذا الكامل صار كاملا بماذا ازداد له مقدار ازداد له مقلا ازداد له مقدار دليل تناهي ام لا تناهي? تناهي لان ازداد له مقدار هذا هو برهان التطبيق ومر علينا ولوصف دليل اخر ولوصف كل حادث بالاضافتين المتقابلتين يعني انت ظهرت شجرة ما هي الاضافة الاولى مسبوقية سابقية مسبوقية يعني مسبوقة بغير لان فيه فاصلة زمنية لم تكن. ثم هي سابقة لغيرها. مثلا سابقة لثمارها سابقة كونها في المستقبل تكون كرسيا تكون منضدة. يخدمها النجار اذا فيه مسبوقية سابقية يسميها هنا بالاضافتين المتقابلتين لان السابقية تقابل المسبقية والمسبوقية تقابل السابقين ونصف لوصف كل حادث بالاضافتين المتقابلتين مسبوقية والسابقية. لماذا? لانه هو يبني على الحدوث الزماني كل حاد الزمان مسبوق ولا وسابق ويجب زيادة المتصف باحداهما. طبعا يقول اه السابق والمسبوق واحد منهم اوسع طبعا السابق هو الاوسع لانه السابق عنده فاصلة الزمنية كبيرة اه تزداد على الحادث الحادث يعيش اليوم اما السابق لا عاش احقاب واحقاب. اذا من الاوسع طبعا السابق. ويجب زيادة المتصف باحدهما. يعني بالسابقية او المسبوقية. من حيث وكذلك. على المتصل بالاخرى. يعني السابق يفوق المسبوق باحقاب واعقاب ولهذا حتى في العرف تعرف العرف الحادث عشرين سنة في عمره مع والده خمسين سنة في عمره تجربة واحدة لا والوالد غني في تجربته. والوالد حادث نابت في التجربة هذا دليل على ان الصادق دائما يكون غنيا. اكثر من المسبوق. نعم. هذه امور شهودية ويجب زيادة المتصف باحداهما يعني بالسابقية والمسبوقية من حيث وكذلك من حيث السابقية. تقول لماذا الاب اشد تجربة من الورد لانه سابق من حيث هو كذلك من حيث هو سابق من حيث وكذلك على المتصل بالاخرى يعني المسبوقية. فينقطع الناقص والزائد ايضا. نعم هذه المحدودية فالسابق ما اذا جاء الحادث انتهت السابقين نعم اذا جاء الحادث انتهت المسبوقية فينقطع الناقص والزائد ايضا نعم هذاك مسألة شهودية لا تحتاج الى دليل. اقول لما بين حدوث الحركة والسكون شرع الان في بيان تناهيهما لان بيان حدوثهما غير كاف على في الدلالة نعم انت تبين انه حادث هذا غير انه متناهب غير متناهي وهذا المقام هو المعركة بين الحكماء والمتكلمين فان المتكلمين يمنعون من اتصاف الجسم بحركات لا تتناهى يعني هذا القدم الزماني غير موجود لا القدم الزماني ولا الخلود الزماني في هذه النشأة. لان القدم الزماني ينفي المبادرة العفوية لله فيكون الله تعالى مضطرا و لا يهلكنا الا الدهر هذا كذلك باطل يجب ان يكون هناك معاد. هذا هو الحس الكلامي. العقل الديني العقل الديني مشكلته ما هي? مشكلته انه يخاف على الدين يخاف على الدين والذي يخاف على الدين ضعيف هزيل انت تخاف على الظعيف لا تخاف على القوي وانت اذا كنت تدعي انك آآ قوي لماذا تخاف ولهذا انا كلما ارى متدينا يخاف فاعرف ان في بطنه نعم تبن يخاف النار نعم في بطنه تبني يخاف الله. كل مذهب او دين يخاف من الفكرة ويخاف من الفلسفة يخاف من التطور. هذا دين ضعيف هزيل. ولهذا تجد انت كل الاديان تتمرس بالتكفير  والفرتك اذا اقتضى الامر الفتك. لماذا? لان هش في داخلها هشة في داخلها انظر من كسيرة الائمة عليهم السلام. لا اتكلم عن الشعر. للشيعة فيهم هذا الامر. كذلك يخافون وبعضهم يكفر وبعضهم يقصي. لا انا اتكلم عن العصمة. اتكلم عن اهل البيت. هم الملاك هم القدوة. هم الولاية. ابدا لا يخافون يأتي طلحة والزبير يقول للامير نريد العمرة قال لا تريدون الغدرة. لو كان الحاكم غير امير المؤمنين يسجنهما اللي يخاف يخاف يسووا له حرب ومشكل. لكن الامير يقول لا. يقول عندهم حرية يروحون يا الامير سيحركون عليك آآ حربا وهذه الحرب يموت فيها الالاف يقول لا ما عندي ما عندي ما عندي مشكلة. هذا نحن نعيش فلسفة الابتلاء والله يريد منا شهداء. بنص القرآن الكريم. فنحن نتحمل نسألكم سؤال من يفكر هكذا؟ من يفكر كامير المؤمنين والله حتى لو كان دولة اسلامية لا تفكر هكذا تحتاط وجهاز امني وكذا وكذا الائمة لا يقاس بنا احد لا يقاس بنا احد لا نكذب على انفسنا نعم ان شاء الله نكمل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