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ما زلنا مع حدوث العالم ووصلنا الى هذه الفقرة يقول ان على من حلي لشرح المتن اقول لما بين المحقق التونسي حدوث الحركة والسكون شرع الان في بيان تناهيهما تناهي الحركة وتناهي السكون حتى يثبت ان العالم مخلوق وله بدء نعم لان بيان حدوثهما غير كاف في الدلالة وهذا المقام هو المعركة بين الحكماء والمتكلمين بينا هذه المسألة فان المتكلمين يمنعون من اتصاف الجسم بحركة لا تتناهى. لا في البداية هو القدر الزماني ولا الابدية نعم القدم الزماني يثبت الاضطرار والله تعالى ليس له هذه المبادرة في الفعل يعني الاختيار  الابدية ينتفي المعاد فالله تعالى ليس له كذلك حتى القدرة والاختيار آآ انهاء هذا العالم وما يهلكون الا الدهر نعم والاوائل جوزوا ذلك جوزوا المسألة من اين جوزوها من حيث الازل بملاك الاقتضاء يعني المخلوقات اذا لم تقتضي الوجود في ذاتها بل العلة في تفيض عليها الوجود فملاك القدم بالزمان لا قيمة له نعم فالمخلوقية ثابتة فليس للزمان القديم او المستمر ملاك في الخالقية هذه العبقرية الفلسفية نعم العبقرية الكلامية ترفض هذا الأمر دفاعا عن الاختيار الإلهي والمتكلمون يأتي الى الاستدلالات والمتكلمون استدلوا على قولهم بوجوه احدها ان كل فرد حادث المجموع كذلك يعني كل العالم نعم حادث فلا يكون هناك قديم زماني ولا امر ابدي مستمر الى اللا نهاية ملاك اه البلاك ما هو? ان الفرض حديث والمجموع متشكل من الافراد نعم المجموع تابع لافراده فاذا كانت الافراد حادثة فالمجموع قانتون هذا استدلالا المتكلم نعم ان كل فرد حادث فالمجموع كذلك لان المجموع ما هو الا افراد متشابكة مترابطة العلامة الحلية يرفض الكبرى وهو ضعيف اذ لا يلزم من حدوث كل فرد حدوث المجموعة نعم ولكن لم يبين هذا الامر. كيف شيخنا العزيز اذا كانت الافراد حادثة فالمجموع كيف يكون قديما لم يبين هذه المسألة لان المتكلم صادر عليها. قال آآ الاحاد عن الاجزاء المكونات الافراد سميها كما تشاء حادثة فاذا اجتمعت المجموع يكون حادثا بطبيعة الحال العلامة الحنيف يرفض الكبرى الى انه لم يبين يقول لا ملازمة عقلية بين موجود في الفرض وحدوث المجموع. المجموع ما هو شيخنا العزيز اليس هي الافراد متناغمة منسجمة في بين فاذا كانت حادثة فالتناغم حيكون حادثا فالمجموع يكون حادثا المهم الثاني انها قابلة للزيادة والنقصان فتكون متناهية بينا هذه المسألة انها قابلة للزيادة والنقصان فتكون متناهية. وهو ضعيف بمعلومات الله تعالى يعني المتكلم يتكلم في المخلوقات اه فيقول هي هذه الحوادث قابلة للزيادة والنقصان نعم هذه صورة والكبرى ما هي وكل من يقبل الزيادة والنقصان فيكون حادثا على ما نحل يستشكل عليه بصفات الله تعالى وهو ضعيف بمعلومات الله تعالى ومقدوراته يقولون في بعض العقائد كما سيأتي المعلومات اوسع دائرة من المقدورات نعم المعلومات الله تعالى يعلم حتى بالمستحيلات يعلم حتى اه الامور التي لا تتحقق او المستقبل وغير متحقق. اذا المعلومات اوسع من المقدورات نعم فان الاولى يعني المعلومات ازيد من الثانية ولا يلزم تناهيهما تناهي المقدورات وتناهي المعلومات هذا اشكالنا في تصور غير وارد لان انت ما تتكلم عن المتعلق متعلق العلم متعلق القدرة تكلم على العلم والقدرة نعم العلم ككمال لا يفوق القدرة لان كل الصفات متساوية المهم الثالث التطبيق وهو بينناه. التطبيق بيناه وكررنا في تقريره. وهو ان تأخذ جملة الحركات من الان الى الازل جملة ومن الزمان ومن زمان الطوفان الى الأزل. جملة اخرى. يعني واحدة متناهية وواحدة ناقصة مقطوع منها ثم تطبق احدى الجملتين بالاخرى. هذا برهان التطبيق الذي مر علينا يقرره مرة ثانية بمثال جميل. نعم نبدأ من زمن الطوفان الى الازل يعني الوراء ونبدأ من آآ من الان الى آآ الى الازل حاتما من الان الى الازل اه اطول من الطوفان الى الازل لان بعض الطوفان جاء تحقاب احقاب جيد ثم تطبق احدى الجملتين بالاخرى. فان استمر الى ما لا يتناهى كان الزائد مثل مثل الناقص. وهذا خلف ناقص مثل الزائد يعني من الان الى الطوفان ومن من الان الى الازل ومن الطفال الى الازل لا في نقصه زيادة فلا يمكن ان يكون الناقص مثل اللا ناقص. وانقطع الناقص حتما ينقطع لأنه ناقص تناهى وتناهى الزائد لماذا الزائد يتناهى? لانه زاده مقدار زاده مقدار الذي يحتاج الى مقدار ناقص لانه انما زاد بمقدار متناه والزائد على المتناهي بمقدار المتناهي يكون متناهيا هذا هو دليل التطبيق قلت لكم ان هذا خلط بين القوة والفعل دليل التطبيق خلط بين القوة والفعل الرابع ان كل حادث يوصف باضافتين متقابلتين هما السابقية والمسبوقية بينا شجرة حدثت الان في هذا الزمن يصدق عليها انها مسبوقة والسابقة على ثمارها سابقة على كونها خش كرسيا اذا وظفها النجار. لان كل واحد من الحوادث غير متناهية يكون سابقا على ما بعده ولاحقا لما قبله بيناها شجرة مسبوقة بحوادث وحوادث نعم لا نهاية لها وكذلك سابقة لغيرها سابقة على ثمارها على كونها آآ خشبا اذا انتهت تهربت وصارت ترابا ممكن تخرج وردة جدا جميلة او حية لا ادري بنظام التطور والسبق واللحوق اضافتان متقابلتان. سابق ومسبوق سابق ولاحق. اضافتان متقابلتان. وانما الصحة اتصافه بهما يعني الحادث. لانهما اخذا بالنسبة الى شيء ما يعني بالنسبة الى ما سبق وبالنسبة الى ما يلحق اذا عرفت هذه المقذفة فنقول اذا اعتبرنا الحوادث الماضية المبتدئة من الان. تارة من حيث ان كل واحد منها صادق ارجع الى الوراء وتارة من حيث هو بعينه لاحق يعني ارجع الى الذي سيأتي كانت السوابق واللواحق متبائنتان بالاعتبار متطابقتين في الوجود نعم. بالاعتبار هذا سابق وهذا لاحق. متطابقتان في الوجود. نعم في الوجود في تطابق ولا يحتاج في تطابقهما الى توهم تطبيق لا لا لا ومع ذلك يجب ان يكون السابق اكثر من اللواحق. طبعا السوابق دائما تكون اكثر من اللواحق هي من اللاواحق آآ الذي سيأتي في المستقبل بالقوة وليس بالفعل. اما السوابق كلها صارت بالفعل يعني كل المفردات التي شاركت في ايجاد الشجرة التي ظهرت الان كلها بالفعل ما عندنا الماضي بالقوة. لكن الشجرة الان بالقوة اللواحق تكون بالفعل? لا تكون بالقوة يعني مثمرة بالقوة تكون كرسيا بالقوة تكون وردة اذا تآكلت وصارت ترابا فتنبت وردة. هذه كلها بالقوة ليست بالفعل نعم اذا انتفت الشجرة وتحركت في سياق التكامل تكون هذه الامور. اذا هي بالقوة اذا ما بالفعل والحاصل غير ما بالقوة والذي لم يحصل اقوى بكثير نعم. ومثلت لكم بتجربة الوالد مع ابنه نعم</w:t>
      </w:r>
    </w:p>
    <w:p>
      <w:r>
        <w:t>ومع ذلك يجب ان يجب كون السوابق اكثر من اللواحق في الجانب الذي وقع فيه النزاع يعني في مع المتكلم والفلسفة والى هذا اشار بقوله ويجب زيادة المتصل باحداهما يعني بالسابق اعني باحدى الاضافتين وهو اضافة السبق على المتصل بالاخرى اللي بالمسبوقية اعني اضافة اللحوق يعني المسبوقين. فاذا اللواحق منقطعة في الماضي قبل انقطاع السوابق فتكون متناهية. نعم هذه السوابق يجب ان تنقطع اذا لم تنطق تنقطع كيف تتحقق الشجرة تخيل ان هذه السوابق مستمرة. يجب ان تنتهي حتى تتعين الشجرة. اذا السوابق متناهية واللوائح كذلك متناهية. لماذا? لانها يصدق عليها نص القانون. هذه الشجرة ستكون وردة او ستكون حية نعم لأن التكامل المادي اذا يصدق عليها بنفس قانون السوابق اذا اذا ركزنا على السابق متناهي اذا على اللاحق متناهي نعم فإذا اللواحق منقطعة في الماضي قبل انقطاع السوابق فتكون متناهية تلاواحق منقطعة في الماضي قبل انقطاع السواب ستكون متناهية. يعني السوابق متناهية واللواحق متناهية. اذا ثبت ان هذا الكون متناهي واذا كان متناهيا يعني له بدء له بدء زمني وهذا الذي يصحح المبادرة العفوية والاختيار الالهي فيخلق. فيخلق الكون. والسوابق ايضا تكون متناهية لانها زادت بمقدار متناهي. يعني زادت بشجرة نعم وهذا الوجه الأخير استنبطه المصنف رحمه الله ولم نعثر عليه في كلام القدماء يعني هذا من ابتكار المحققة الطوسي قدس سره. اقترحت على بعض المشايخ في قوم المقدسة اقتراحا جميلا لكن مع الاسف الى الان لم يفعل ان نعمل نؤسس في مجلة هذه المجلة لا تحتاج الى ان تكون فصلية مرة في السنة الا ان حجمها يكون كبيرا مثلا في خمسمية صفحة حتى في الف صفحة لا بأس خمسمية صفحة سنويا و نذكر فيها الابتكارات في سياقنا الخاص في سياقنا الخاص لا يهمنا السياقات الأخرى. يعني من زمن الأئمة عليهم السلام الى يومنا هذا الابتكارات التي ابتكرها العقل الامامي وهي كثيرة جدا نعم تعمل في شكل دراسات يشكل مقالات. ما المانع فالإنسانية تعرف ابتكاراتنا مثلا شخص يدخل على الامام الصادق عليه السلام فالامام يبادره يقول صف لي ربك. فيقول عالم قادر مميت وحي وكذا قال هذه الصفات يشاركها يشاركها فيه المخلوق الممكن فيتعجب هذا الصحب. يقول له صف لي ربك يا يا ابن رسول الله يقول كله علم كله قدرة كله ارادة تلقفها الفرابي كفيلسوف وتب نضجت فاسست ما يسمى بعينية الصفات للذات. ابتكار من قول اه الامام يعني العقل الامامي ابتكر عينية الصفات للذات من كلام المعصوم فنأتي الى كلام المعصوم كلام الامام الصادق عليه السلام وكيف اشتغل عليه العقل وكيف وصل الى عينية الصفات للذات? وما هي الاشكالات التي كانت آآ مثارة وكيف عولجت وختمت المسألة يعني زيادة الصفات على الذات او النيابة كما يقول بعض المعتزلة هذه كلها خرافات تبين وهكذا مع التاريخ الى يومنا هذا ابتكارات موجودة كما قال على من حلي هذا ابتكار لمن? للمحقق التونسي هذا مشروع يحتاج الى ميزانية ويحتاج الى عقول قال والظرورة نعم قضت بحدوث ما لا ينفك عن حوادث متناهية نعم ان فهذه الاجسام وهذه المخلوقات الى المتكلم يقول من سوى الله تعالى كله اجسام كلها ماديات اذا كانت الحركة متناهية والسكون متناهي وكل ما يعرض الاجسام متناهية فما يحمل هذه الحوادث آآ غير المتناهية فيكون حادثا. يعني الفتوى النهائية. اقول لما بين ان الاجسام لا تنفك عن الحركة والسكون. وبين حدوثهما يعني حدوث الحركة والسكون. حدوثهما يعني لها بدء زمني. وتناهيهما يعني لا تذهب الى الابدية ولا الى الازلية وجب يعني تعين الفتوى القول بحدوث الاجسام. لماذا? لان هذه اعراض للاجسام السكون والحركة وكذا لكل اعراض للاجسام وجب القول بحدوث الاجسام لان الظرورة قضت بحدوث ما لا ينفك عن حوادث متناهية نعم من كان يتصل بي اعراض متناهية فهو يكون متناهيا. اذا الخلق المادي ما سوى الله الكون مخلوق مخلوق نعم النتيجة صحيحة لكن المقاربة هشة خطيئة ليس ملاك الخلق هو الحدوث نعم قال فالاجسام حادثة ولما استحال قيام الاعراض الا بها ثبت حدوث هذه الاعراض? نعم بعد ما بين الاجسام انها حادثة الاعراض تعرف الاعراض تسعة كما سيأتي ان شاء الله بيانه بالتفصيل اذا كان الجسم حادثا فما يعرظ الاجسام بتبعه يكون حادثا. اقول هذه نتيجة ما ذكر من الدليل وهو القول بحدوث الاجسام واما الاعراض فانه يستحيل قيامها بانفسها هذا تعريف للاعراض. الاعراض ما هو? القائم بنفسه قائم بغيره نعم العرض هو ماهية قائمة بغيرها يعني الجوهر يعني الجسم فانه يستحيل قيامها بانفسها وتفتقر في الوجود يعني في التحقق الى محل يعني الى موضوع الى جوهر تحل فيه. وهي اما جسمانية او غير جسمانية نعم والكل حادث غير جسمانية ولا يؤمن بها نعم والكل حادث. اما الجسمانية فالامتناع اه قيامها بغير الاجسام يعني الاعراض واذا كان الشرط حادثا كان المشروط كذلك بالضرورة اذا كان الجسم الذي هو الشرط ملاك قيام العرب حادثا فالعرظ يكون حادثا واما غير الجسمانية يعني في واقعيات غير جسمانية. فالدليل الدال على حدوث كل ما سوى الله تعالى يعني اذا فرضنا ان هناك واقعيات غير جسمانية مجردة فنحن بينا آآ على اساس الحدوث ان ما سوى الله تعالى كله حديث قاعدة بيناها نعم فبالدليل الدال على حدوث كل ما سوى الله تعالى والمصنف رحمه الله انما قصد الاعراض الجسمانية لقوله لما استحال قيام الاعراض الا بها يعني بالاجساد ثبت حدوثها. يقول المتكلم يعني المحقق التوصيل لم يتكلم عن المجردات لانه يتكلم بلسان متكلم والمتكلم لا يؤمن بالمجردات ما سوى الله عنده كله مادي اذن النتيجة ما هي الأجسام حادثة وما يعرض الاجسام من اعراض حادثة لان شرطها الاساسي ما هو? وهو الجسم حادث فتكون بتبع حادثة. فالاعراض حادثة نعم. قال والحدوث اختص بوقته اذ لا وقت قبله والمختار يرجح احد مقدوريه لا لامر عند بعضهم هنا دخل في اشكالات الفيلسوف فيلسوف دمر هذا المبنى. انتم اذا بنيتم على الحدوث الزماني. الزمن السابق من خلقه تقول مخلوق في زمان سابق زمن سابق من خلقه فنقع في قديم زمانه هو الزمان. والزمان يعرض الحركة مقدار الحركة فالحركة تكون قديما والحركة لا تتصور الا في اجسام فالاجسام تكون قديمة حيصبيس مشكل كبير جدا نعم اه هنا المتكلم بخربط يقول الله خلق العالم ثبات لا يحتاج ان يكون هناك اه زمن سابق اه جيد خلق يعني المبادرة العفوية اين يعني رفعت اليد على المبادرة العفوية يعني هذه المبادرة العفوية التي لا تصحح الا بالفراغ الزمني رفعت اليد عنها اذا انت مثلك مثل الفيلسوف. الفيلسوف يقول لا بدء وانت قلت آآ لا بدء اي نعم لان انت نزعت الفراغ الزماني فرجعت العالم الى الوراء يعني الى القدم الزمني لان المبنى كله باطن وهو الحدوث الزمني</w:t>
      </w:r>
    </w:p>
    <w:p>
      <w:r>
        <w:t>نعم هذه هذه رفع الفاصلة الزمنية يشير الى هذا المتن. والحدوث اختص بوقته الا وقت قبله. يعني نفى الزمن السابق جيد المبادرة العفوائية. هذا معناه ان الله مضطر. فانت تسلمت اشكال الفيلسوف ان الله تعالى يكون مضطرا اذا لم يكن هناك فاصل زمني والمختار ثم الفيلسوف يقول لماذا الله تعالى رجح هذه النقطة وليس نقطة اخرى ترجيح بلا مرجح? نعم يقول والمختار يعني رجعها الى المختار يعني المختار له يفعل بالسليقة كما يشاء بدون الملاك وبدون حكمة. والمختار يرجح يعني له له ان يرجح. يرجح احد مقدوريه لأنه قد يفعل وقد لا يفعل يرجح احد مقدوريه لا لامر عند بعضهم. فاحتاج الى ميلك الاختيار فقط هذه كلها كلام للغزالي وغير الغزالي اقول لما بين حدوث العالم يعني ما سوى الله شرع في الجواب عن شبه شبه الفلاسفة. واقوى شبههم ثلاثة اجاب المصنف رحمه الله عنها في هذا الكتاب بلسان الكلام. الشبهة الاولى وهي اعظمها قالوا المؤثر التام يعني العلم الفاعلية التامة في العالم يعني الله تعالى في العالم. يعني الخالق للعالم اما ان يكون ازليا او حادثا فان كان الازلي لزم قدم العالم ايها المتكلم وانت لا تؤمن بالقدم الا القدم الالهي. يعني فقط القديم هو الله اذا الازلي يرفع عن يدك عنها. الفيلسوف يقول للمتكلم ارفع ايدك على الازلية يعني ما معنى? يعني فيه فاصل زمنية بدأ فيها الخلق هكذا تصحح الاختيار الالهي واما ان يكون ازليا او حادثا فان كان ازليا لزم الكارثة لزم قدم العالم وانت لا تؤمن بالقدم الا لله تعالى. لان عند وجود الموصل التام يجب وجود الاثر. يعني الله تعالى فاعل تم اذا المال مانع ان يكون الاثر تابعا لفعاليته التامة فلا يكون هناك بدء زمني لانك انت تؤمن بان الله تعالى فاعل تام ايها المتكلم. اذا مفعوله يجب ان يكون فيكون قديما فتورط في القدم نعم قد تقول لماذا الفيلسوف لا يخاف من هذه المسألة? لان الفيلسوف لم يجعل الزمان والحدوث هو ملك الخلق اوجد الامكان يعني وصل الى الامكان. يعني المخلوق في اي مرتبة كان اسأل يقتضي الوجود لذاته تقول لا. اذا هو مخلوق يعني لا يرقى الى الذات الالهي ابدا يبقى ادنى نعم ويعيش الفقر لماذا? لانه لا يقتضي الوجود في ذاته. فقير لي الفاعل ثم اجعله في اي مرتبة في قديم زمانه في قديم ابدي لا تخف فان كان ازليا لزم قدم العالم لماذا? لان العالم الفعالية التامة تستدعي الفعل في كل مراتب الوجود ما عدا المرتبة الذاتية. لان عند وجود المؤثر التام يعني الله تعالى الفاعل التام يجب وجود الاثر لانه لو تأخر عنه ثم وجده لم يخلو اما ان يكون لتجدد امرين اولى. يعني الله تعالى لماذا لم يخلق العالم والفاعلية تامة هؤلاء الله تعالى ينتظر حيثية الضم اليه. ها يعني الله تعالى ناقص يحتاج الى امر ينضم اليه. متكلم هذه لا يقبلها اذا هذه الفرضية باطلة. اذا لا يحتاج الى امر ينضم اليه. اذا هو تام الفاعلية فاذا الخلق معه المتكلم يخاف يقول الخلق معه يعني يكون قديما قل نعم يكون قديما ليس بالقدم الذاتي. بالقدم ماذا? الخلقي بالقدم الزمان نقول لانه لو تأخر الكون عن الساعي التام يعني الله. ثم وجد لم يخلو اما ان يكون لتجدن الامر في الذات المقدسة. فالله تعالى فقير احتاج الى امر. او لا? هذه الفرضية لا نؤمن بها والاول يعني احتاجوا احتاج الله الى ان ينضم اليه امر. الاول يستلزم اه كونه ما فرضناه مؤثرا تاما يعني الله فاعليته تامة ليس بتام. ودخول في المتكلم لا يؤمن بهذه المسألة. يعني الله تعالى ينظم اليه امر حتى تتم عليته هذه خطيرة جدا. فالمتكلم ويسلم يقول له اذا ما في اي انضمام يعني تام الفاعلية تام الفاعلية يستدعي المفعولية. والثاني يستلزم الترجيح احد الطرفين الممكن لا لمرجح. يعني لماذا اوجده هنا ولم يوجده هنا اه لماذا اوجده في هذه النقطة ولم يوجده في نقطة سابقة? وفي نقطة سابقة. اذا حل المشكلة للمتكلم اجعل ان الكون ملأ كل افقي العالم الخلقي وانتهى الامر حتى لا نقع في الترجيح بلا مرجح نعم والثاني يستلزم ترجيح احد طرفه الممكن لا لمرجح. انت تقول اوجده في نقطة لماذا? هذه النقطة بالخصوص لان اختصاص وجود الاثر بالوقت الذي وجد فيه دون ما قبله وما بعده مع مع حصول الموفر التام. لهذا الشرط ان الفاعلية الله تامة ثم الغزال يقول لا. فعالية تامة ثم ينتظر ينتظر ويخلق في نقطة ينتظر ينتظر دليل النقص وليس دليل الكمال ايها الغزالي نعم لان اختصاص وجود الاثر بالوقت يعني النقطة الف. الذي وجد فيه دون ما قبله من نقطة مثلا باء. وما بعده نقطة جيم مع حصولي مع هذا الشرط مع حصول المؤثر التام يعني الفاعلية التامة ترجيحا من غير مرجح يعني العقل لا يفهم لماذا الله اوجد العالم في نقطة باء ولماذا لم يوجدها في نقطة الف سابقة او في نقطة جيم لاحقة نعم نعم وان كان المؤثر في العالم حادثا نقلنا الكلام الى علته حدوثه ويلزم التسلسل الى الانتهاء الى المؤثر القديم وهو محال لتخاء لتخلف الاطراف نعم انه هذا المحال انما نشأ من فرض حدوث العالم قعدت كيف؟ ان المشكلة عند المتكلم لانه بنى على الحدود ما معنى الحدود? يعني فيه فاصلة زمنية الله خلقها في نقطة الف الكون ترفع الفاصل الزمنية يلزم الجبر تضع الفاصل الزمنية يلزم الاختيار ويلزم الترجيح بلا مرجح من اين حسبتها لا تجد لها انحلم وان كان المؤثر في العالم حادثا يعني هو كذلك مخلوقا. نقلنا الكلام الى علة حدوثه ويلزم التسلسل نعم يعني ممكن بعد ممكن ممكن بعد ممكن الحادث بعد محادث والحادث ليس ركنا شديدا. ليست تام الفاعلية لانه فقير. او الانتهاء الى المؤثر القديم فيكون اثره قديما وهذا عند المتكلم محال. ومحال للتخلف والاثر عنه. يعني اما ان تجعل القديم العالم قديما يسانخ القدم الالهي في فاعليته التامة او تؤخره فاذا اخرته يعني جعلت الفعل تم ليس فاعلا تم وهو محال. ولهذا يقول وهو محال لتخلف الاثر عنه. يعني اذا لم يكن الله تعالى خالقا وهو تام الفاعلية ويؤخر الخالق الى نقطة الف بعد مرور احقام من الزمن فهو لماذا لم يخلق في الاحقاب الزمن الاحقاب السابقة وهو فاعل تام يعني ما فرض انه فاعل فاعل تام ليس فاعل تام. وهذا المحال انما من اين جاءت المشكلة? وهذا المحال انما ما نشأ من فرض حدوث العالم. هذا المبنى الهش وقد اجاب المتكلمون عن هذه الشبهة بوجوه هنا لعل من حل كأنه يقبل ان هذه الاستدلالات المتكلم هشة ولذا قال واجاب المتكلمون نسبها الى المتكلمين ولم يقل الحق وهذا هو المبنى الصحيح</w:t>
      </w:r>
    </w:p>
    <w:p>
      <w:r>
        <w:t>وقد اجاب المتكلمون عن هذه الشبهة بوجوب احدها. يعني كيف اجاب المتكلمون عن الاشكالات? يعني انتم اذا قلت قلتم بدأ الخلق من الف وفي احقاب زمنية لم يتحقق فيها الفعل مع تمام الفاعلية اذا لماذا ترجح الف ولم تترجح نقاط اخرى سابقة او نقاط اخرى لاحقة الترجيح بلا مرجح هذا الاشكال الاول. الاشكال الثاني اذا كان الله فعل ناقص يحتاج الى حيثية تنظم اليه كارثة كارثة الله تعالى يكون ناقصا. ليس التام الفاعلة. اذا كان تام الفاعلية لماذا المفعولية لا تكون معه المتكلم يقول هذا يلزم القدم الزمانية الاله اخر هادي انت حل هاد المشكلة يعني انت اذا لم تقل بعالم ليس له بدء زماني فيجب ان ترفع اليد عن تمامية الفاعل اذا يجب ان تبحث عن ملاك اخر. الملاك الاخر قلنا هو الامكان وقد اجاب المتكلين هذه الشبهة بوجوه نعم احدها انتهى الوقت ان شاء الله نكمل في الدرس القادم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