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الله يا الله سبحانه يا الله والحمد لله اعوذ بالله من الشيطان الرجيم بسم الله الرحمن الرحيم وبي تعالى نستعين والصلاة والسلام على محمد واله الطيبين الطاهرين بقي مقدار من بحث الاجسام ثم ندخل في بحث جديد وهي وهو المجردات بحث المجردات العقول والنفوس تصبر معنا قليلا اه حتى انهي هذا البحث البحث عن الاجسام الذي فيه كثير من صح وكثير من الخطأ كذلك الامور التي تتصل بالامور المادية التي نعاينها من الخطأ ان نقاربها بعقل قبلي من منطلقات عقلية نريد نفهم الامور المادية بدون التجربة والمعاينة. لا خطأ لا المنهج القبلي صحيح ولا المنهج البعدي كالمادية صحيح الامر بين الامرين يعني نجرب ونحكم المعايير العقلية في التجربة فنصل الى القوانين الصحيحة اما ان نأتي ونريد ان نفهم الماديات بامور عقلية قبلية مطلق لا علاقة لها بالمعاينة فهذا اشتباه المنهج اشتباه منهجي كبير غرق فيه المتقدمون فجاء العصر الحديث فنفى هذه الطريقة فصار متوغنا في التجربة ووصل الى حقائق كبيرة قالوا واجاب المتكلمون عن هذه الشبهة بوجوههم الشبهة ما هي شبهة الفيلسوف والحق مع الفيلسوف هنا فيلسوف يقول انتم بنيتم على الحدوث ليس على الإمكان ما معنى الحدوث? يعني في فاصلة زمنية لم يكن الله فاعلا ثم فعل بنقطع ماء ففيه فراغ زماني فالمتكلم جاء بمجموعة من الاشكالات اولا هذا الزمان الذي هو متحكم في فراغ سابق على الخلق ينتمي الى عالم المادة فتكون المادة قديمة والزمن قديم والسرعة قديمة كثير من القدماء  على مستوى الله تعالى المتكلم لا يؤمن بقديم زمانه الا الله تعالى. اسأل القديم الذاتي لا يفهمه يفهم القديم الزمني. انظر ذلك الفهم الساذج وهذه العملية الخلق بعد فاصل زمنية اخذها من العرف. مثل من الانسان المادي الإنسان المادي لا يفعل الا اذا كانت هناك فصيلة زمنية نعم هذا الاشكال الأول قدم الزمان وقدم المادة  الله تعالى اذا لم يفعل في زمان سابق واختار نقطة زمنية بدأ منها الفعل وهي الف اذن الله تعالى اه لم يكن تاما في فاعليته فانضم شيء فيكون ممكنا يكون محتاجا الى ذلك الامر الذي ينضم حتى يتمم فاعليته نعم. واذا لم تكن هناك ان يكون هناك شيء ينضم اليه فلماذا رجح الف على جيم على باء يعني كان بامكانه ان يوجد العالم في نقطة قبل الف او بعد الف ترجيح من المرجح هذه الاشكالات كلها اوردها الحكيم على الفيلسوف على المتكلم حتى يثبت هذه الامر. هذا الامر ان الفيض الالهي لا ينقطع ولا علاقة له بالزمان في الازل ولا في الابد له علاقة الإمكان اذا وضعت يدك على مخلوق هل يقتضي الوجود او لا يقتضي اذا وجدته لا يقتضي الوجود فهو مخلوق ضحوا في اي مرتبة شئت من الزمن في القدم او في الحدوث الان او في الابد لا لا يفرق شيء ما دام انه متعلق الوجود بالله تعالى يفيض عليه الوجود ويفيض عليه ديمومة الوجود نعم وقد اجاب المتكلمون عن هذه الشبه بوجوه احدها احد هذه الوجوه ان المؤثر التام هنا فرض ان المؤثرة هي التامة يعني الله تعالى في خلقه للعالم نعم مؤثريته تامة لا تنضم اليه ظميما تجعله تاما ان المؤثر التام قديم نعم اي قدم هنا ليس القدم الذاتي الذي يفهمه الفيلسوف قدم الزمان لكن الحدوث اختص بوقت الاحداث لانكفاء وقت قبلي. يعني هذا اشكال الفيلسوف عليه انه في زمن سابق وهذا الزمان من المخلوقات فيكون قديما هذه المتكلم التفت الى شناعتها فقال ماذا? يبدأ الفعل من نقطة الف ولم يكن هناك زمان سابق. نقطة الف نقطة الف يعني لم يكن فيها زمان سابق. هذا هو القدم الزمني ايها المتكلم فانتزمت التزمت بقول الفيلسوف. قدم زماني ما معنى القدم الزمني? يعني ليس مسبوق بزمن تسميه نقطة انت هذه نقطة فقط وهمية نعم ما في ما في سابقة زمنية. يعني لا ما في بدء زمني هذا هو القدم الزمني بغير الشجرة التي احدثها في القرن الواحد والعشرين. هذه مسبوقة بزمن. حادثة زمنية وغير مسبوق بالزمن يعني اه قديم زمانه. زيد على ذلك. انت ايها المتكلم تقول ملاك الخلق هو الحلوث يعني لم يكن ثم كان لم يكن في زمن فكيف الان تنفي الزمن? لكن الحدوث اختص بوقت الاحداث لانتفاع وقت قبله يعني اذا لم يكن قبل الخلق وقت فهذا هو القدم الزمني يعني خالقية لم تكن مسبوقة بزمن فالاوقات التي يطلب فيها الترجيح معدومة ما عندنا وقت سابق ولا يتمايز الا في الوهم يعني الوهم يقول نأخذ هذه النقطة بغير هذه النقطة والا ما عندنا زمان سابق على الخلق اذا اذا لم يكن عندك زمن قبل الخلق هذا هو القدم الزماني واحكام الوهم في مثل هذه في مثل ذلك غير مقبولة بل الزمن يبتدأ انظر يبتدأ وجوده مع اول وجود العالم. ما شاء الله يعني لم يكن هناك زمان سابق اذا هذا هو القدم الزماني. يعني الله تعالى يخلق من من قدم ولم يكن وقوع ابتداء سائر الموجودات قبل ابتداء وجود الزمن اصلا. يعني الزمان مقرون بالخلق وهذا كلام صحيح كلام صحيح من المتكلم الا انه لا ينفع الزمان بعد من ابعاد المادة اذا خلق الله المادة يكون مع الزمن. ما عندنا زمن سابق فراغ وجودي فيه لا اذا اذا بدأ العالم في الخلق من نقطة ولم يكن قبلها زمان وهذا هو القدم الزمني. يعني هذا الذي اجاب المتكلم الذي اجاب على عنا اشكال الفيلسوف امن بالقدر الزماني نعم على اذا هذا اشكال ورد الاشكال لا ينفع المتكلم. الثاني ان المؤثر التابع لله تعالى انما يجب وجود اثره معه. لو كان موجبا انظر هذه المغالطة يعني اذا كان الاثر معه يعني ليس مسبوقا زمان فالله تعالى يكون موجبا من اين جاءت هذه يكون موجبا لماذا? لان هذا الفهم العرفي يعني ما عطينالو هذه الفرصة الزمنية. هذا الفراغ الزماني حتى يتحرك في الفعل هذا فهم عرفي جدا من قال انه اذا كانت معه المخلوقات وهي قديمة زمنيا ليس قديمة ذاتيا القدم الذاتي مختص بالله تعالى بعبارة اخرى الموجودات اذا لم يكن لها بدء زماني يعني بعض اصل العالم اما بعض الحوادث لا تأتي في الزمن. يعني بدء الخلق اذا لم يكن في زمان ليس الملاك انه آآ مسبوق او عدم مسبوق بالزمان. ملاك في ذاته متعلق الوجود بالله خلاص انتهى. ليكن قديما زمنيا لا يؤثر ان المؤثر التام انما يجب وجود اثره معه لو كان موجبا يعني مضطرا اما اذا كان مختارا فلا يعني هنا الاختيار يعني ما معناه? يعني يمكن ان يجيده في نقطة الف في نقطة باء في نقطة جيم في نقطة ميم يأتي الترجيح بلا مرجح ولماذا لم يفعل قابل? يعني كان ناقص الفاعلية لا تقل كامل كامل الفاعلية. اذا لماذا اوجده في باء? لم يوجده في سفر من قبل</w:t>
      </w:r>
    </w:p>
    <w:p>
      <w:r>
        <w:t>نعم لان كل النقاط الوهمية هذه متساوية في دائرة الفاعلية. اما اذا كان مختارا يعني الله تعالى فلا لان المختار يرجح احد مقدوريه على الاخر لا لمرجحه. بعد يا الله يا الله هذا حقيقة سفيه العقل. يعني الله تعالى يرجح بدون مرجح ليس حكيم ليس حكيما الإنسان العادي العادي امن انت في كل الناس لا تجد شخصا يرجح فعلا على افعال اخرى الا بملاك عنده. طبعا هذا الملاك قد يكون وهميا قد يكون خطأ قد يكون يقينا قد يكون صحيحا انه بشر. الا انه لا يفعل ولا يرجح الا لمرجح فكيف بالواجب تعالى? كيف بالله تعالى نعم يعني نشوف المتكلم حتى يدافع عن سخافة مبانيه يضرب كل الاعراف العقلية. نعم فالعالم قبل وجوده العالم يعني ما سوى الله قبل وجوده كان ممكن الوجود. لا تتكلم بالامكان. جزاك الله خير كل بالحدوث لأن الممكن هذا للفيلسوف هو الذي استشكل عليك نعم قل كان كان مسبوقا بالعدم كان ممكن الوجود وكذا بعد وجوده على مبنى الفيلسوف لكن المؤثر المختار اراد ايجاده وقت وجوده دون ما قبله وما بعده لا لامر. يعني بدون اي ملاك هذا الذوق الاشعري في الفاعلية الالهية نعم الترجيح بلا مرجح محال العقل هناك بعد يقف نعم يقف لا يمكن ان يفهم اي شيء. ثم تنتفي الحكمة الالهية مطلقا الثالث انه لما لا يجوز اختصاص بعض الاوقات بمصلحة تقتضي وجود العالم فيه بها يعني بهذه المصلحة دون ما قبل ذلك الوقت وبعده يعني هنا راح الى المصلحة يعني المصلحة اقتضت ان يؤخر يؤخر الخلق الى نقطة الف ولم يخلقه في نقطة سابقة او اخذه لنقطة جيم وليس في الف هذه المصلحة نعم ما عندها علاقة بالمصلحة عندها علاقة المخلوق يقتضي الوجود والخلق او لا يقتضي. نعم حاتمنا الله تعالى عادل وحكيم يخلق لمصلحة لكن ليس المصلحة هي الملاك الملاك هذا المخلوق يقتضي الوجود او لا يقتضي اذا لا يقتضي اين وضعه الله تعالى يستحق نعم فالمؤثر التام يعني الله تعالى وان كان حاصلا في الازل نعم يعني قديم قاعدين بالقدم الزماني عندهم لكن لا يجب وجود العدم فيه تحصيلا لتلك المصلحة نعم يعني الله تعالى يفعل كالانسان انا فاعلية الانسان نعم ليست فعالية الله تعالى اللي عليك انت دائم الفيض احسن ام من كان منقطع الفيض نعم دائما الفيض هذا ما تنفع ما تنفع المتكلم وهذا ثانيا كيف عرفت ان هذه المصلحة هي رجحت هذا التحقق في الف وليس في باء سابق الرابع ان الله تعالى علم وجود العالم وقت وجوده يعني بالعلم الفعلي عندو علم ازلي قديم وعنده علم فعلي العلم الفعلي هو نفس تحقق الاشياء وخلاف اه علمه محال فلم يمكن وجوده قبل وقت وجوده  يعني هنا يأتي يدخل يستدل بالعلم الالهي. لا اله الا الله. يعني الجبر الله تعالى يجبره علم علمه نعم هذا كلام لا معنى له خربطة علمية كبيرة جدا نعم اه اذا كان الله تعالى عنده علم بذاته وبكمالاته فكذلك ذاته وكمالاته امور جبرية وامور جبرية. العلم كاشفية العلم كاشفية لا علاقة له بالتأثير اذا مريت انت مررت بجنبي مرآة تنكشف فيها شئت ام ابيت لكن المرأة لا دخل لها فيك انت تمشي تتحرك تجلس هذه راجعة الى اختيارك نعم عدم فهم التكوين يوقع المتكلم في هذه الهفوات. ولهذا قال واجاب المتكلمون يعني لم ينسبها الى نفسه لا يرضى بهذه الخرافات اذا ما دخل العلم لعلم الكاشفية العلم كاشفية نعم الخامس ان الله تعالى اراد ايجاد العالم وقت وجوده والارادة مخصصة لذاتها. يعني الله تعالى يقول هذا الغزالي هذه كلها اشكالات ردها الغزالي آآ يقول ارادة الارادة انت تقول العلم مرة تقول علم مرة تقول ارادة. العلم ما معناه? يعني تشخيص ملاك الارادة من هناك تحرك الارادة نحن نقول هذا التشخيص لتحقق ارادة الازلي يعني يبدأ من القدم حيث لا بداية الى الابد حيث لا النهاية نعم فالارادة ليست جزافية والله تعالى يفعل اه ما يشاء لا الارادة مقيدة بالحكمة الالهية الحكمة المطلقة اذا دعك من العلم ودعك من الارادة لانه وفي تصوره ان الفاعلية تتعين بالعلم والارادة وهذا صحيح مبين في الفلسفة ومبين في فلسفة الاخلاق بالفعل كيف يترشح? يترشح بوعي واختيار يعني ارادة تختار الفعل من عدم الفعل لكن الارادة ليست جزافية. الارادة التابعة لحكمة تبع لحكمة يعني هي تعي يعني الذات الإلهية الفاعلة يعي ان هذا الموجود لا يقتضي الوجود في ذاته فلا يظره اذا اعطاه القدم الزماني حتى لو كان قديما زمني فهو مخلوق لا يرقى الى القديم الذاتي قاضي من ذاتي خصوصيته يقتضي الوجود لذاتي اما المخلوق كان قديما كان حادثا بالحدوث الزماني كان ابديا لا ينقطع. مخلوق او ليس بمخلوق مخلوق. ملاكه ما هو ذاته لا تقتضي الوجود اذا اذا رفع اليد المتكلم من ملاك الخلق والحدوث هذه الاشكالات كلها تتبخر وملاك الخلق الحدود قلنا خاطئ خصوصا ان الحدود صفة للموجود بعد ذلك ممكن هذه ستأتي في الالهات بالمعنى الاخص في الخالقية الالهية نعم السادس ان العالم محدث لما تقدم يعني لم يكن ثم كان فيستحيل وجوده في الازل في الازل يعني في القدم الزمني. لان المحدث هو ما سبقه العدم. لا او لا اله الا الله محمد رسول الله. خربطة كبيرة جدا الكلام في هذا كلام في ان الحدوث ليس هو ملاك الخلق. ملاك الخلق هو الامكان. يأتي يستدلك بالمدعى يعني ما فيه الخصم يخاصمك فيه هذا هو محل السجال محل السجال انت ايها المتكلم تقول ملاك الخلق هو الحدود ما معنى يعني لم يكن في زمان سابق ثم تحقق والمتكلم والفيلسوف يبطل هذا المبنى. ويقول ملاك الخلق والامكان. يعني الشيء لا يقتضيه الوجود في ذاته. وانت تأتي محل الاختلاف تجعله اساس الدليل. انظر ماذا اقول. ان العالم محدث لما قد لما تقدم محدثة انه مخلوق تسلمنا فيستحيل وجوده في الازل. لماذا? لان المحدث هو ما سبقه العدم. وللفيلسوف يخالفك في هذا يعني انت جعلت المدعى المقدمة في الدليل. وهذه هي المصادرة. يعني يبني على المدعى كما ان تقول تقول له هذا ليس ماء هذا خمرا يقول الماء تقول ما هو الدليل? لانه ماء ماء هذه الدعوة دليلها ما هو لانه ماء خرافة. انظر دقق جيدا فيستحيل وجود العالم في الازل يعني في القدم الزمني. لان المحدث هو ما سبقه العدم هذه هي الدعوة هذه الدعوة جعلتها في الدليل والازمة لم يسبقه العدم يعني العدم الزمني والجمع بينهما محال. جئت بالدعوة محل الخلاف جعلتها هي الدليل ثم عارضوهم بالحادث اليومي فانه معلول اما لقديم فيلزم قدمه او لحادث فيتسلسل الحدث اليوم يا حبيبي الحدث اليومي له موعد لو علل معدة وهذه علل معدة اذا رجعت الى الوراء تجدها قديمة اه زمنية. نعم. ثم عارضوهم بالحادث اليومي. الحادث اليومي يعني انا اكتب الان</w:t>
      </w:r>
    </w:p>
    <w:p>
      <w:r>
        <w:t>او اتكلم الان هذه كلها امور حادثة يوميا. فانه معلول اما لقديم فيلزمه قدمه او لحادث فيتسلسل  بلا بحادث لي لماذا? لان انا الفاعل والمختار لكن بمقدمات هذه المقدمات قد تتصل الى القدم الزمني نعم او لحادث فيتسلسل مو يتسلسل الملاك ليس في التسلسل ان ملاك هذا الذي تسلسل ممكن ام واجب تقول لا ممكن خلاص خليه يتسلسل الى الازل في البداية والى الابد بالاستقبال قال والمادة منفية. هذا مبنى شيخ الاشراق ينفي الهيولة المحقق التونسي يتبنى الشيخ الاشراق الذي ينفي الهيولة. الهيولة قلنا اه هذه دائما في حالة لا بشرط لا تكن بشرط شيء بشرط الشي يجب تكون فعلية معها يعني الصورة. هي دايما منفتحة على الصورة تأتي الصورة الجسمية تعطيها الإمتداد تأتي الصورة النوعية تعطيها زجاجا ذهبا فظة ماء ترابا نعم هنا ينفيها المحقق الطوسي. اقول هذا جواب عن شبهة الثانية. وتقريرها انهم قالوا كل حادث فهو مسبوق بامكان وجوده. اكتب هنا الامكان لوجوده هو الامكان الاستعداد القابلية بدون قابلية لا يحدث الشيء يعني انت الان تنجب ولدا بدون قابلية هي النطفة تحمل قابلية هذا الولد لا يمكن هذه قاعدة بيناها كل حادث مد مسبوق بمدة مادتين بدون مدة يعني زمان ومادة لا يتحقق لان هذه المادة تحمل استعدادات هذا الامر فالسيلة تصير نخلة. النخلة لوحدها هكذا هذا غير موجود في عالم المادة. وذلك الإمكان ليس مؤامرا من عدمه. نعم قابلية عرض كيف استعدادي والا فلا فرق بين نفي امكان والامكان المنفي. نعم لا فرق نعم لا نقول نحن امر وجودي وهو كيف استعدادي عرض يعرض المادة ولا قدرة القادر لانا نعللها بما به فهو مغاير نعم قدرة القدر لا بشرط نعم ولا قبلة القدر يعني ان المسخوط مصبوغ بالإمكان كل حادث مسبوق بالإمكان يعني الإمكان الإستعدادي. هذا امر وجودي ليس امرا عدمي. سلمناه ولا قدرة القادر ليس بقدرة القادر وانما قابلية في الشيء مع قدرة القادر وحكمة القادر وفعالية القادر لان نعللها نعللها بالقدرة بما فيه به فهو مغاير نعم وليس جوهرا وغيرني ان مغاير للقدرة ان كان استعدادي وليس جوهرا لو قلنا عرض لانه نسبة يعني نسبة يعني ينسب الى مادة واضافة فهو عرض نعم بإمكان الإستعلاء عرض عند المشاعر اظن ان كان استعدادي يعني عرض تحمله المادة يسمى الإمكان الإستعداد يعني القابلية فمحله يكون سابقا عليه وهو المادة هذه المادة يعني ليحمل الاستعداد فتلك المادة ان كانت قديمة ويستحيل انفكاكها عن الصورة لزم قدم الصورة فيلزم قدم الجسم وان كانت حادثة تسلسل رجعت الى القضيب هادي هي المادة يعني اثبتوا المادة من خلال حام من خلال هذه الاستعدادات هذه الاستعدادات. الاستعدادات كلها اعراض تحملها مادة والجواب قد بين المادة منفية وقد سلف تحقيقه نعم المادة منفية يعني احنا لا نؤمن بالهيولة نعم لكن لماذا لا تؤمن بالهولة? بين نعم يقول فقط الامتداد ومر علينا ان محقق الطوسي كالشيخ الاشراقي يوما فقط بالصورة الجسمية يعني الامتداد ولا يؤمن بالهلولة قال والقبلية لا تسع الزمان. وقد سبق تحقيقه. اقول هذا جواب عن الشبهة الثالثة. وتقريرها انهم قالوا كل حادث فان عدمه سابق على وجوده. نعم واقسام الصدق منفية هنا الا الزمان. تبقى فقط الصدق الزماني فكل حادث يستدعي سابقة الزمان عليه فالزمان ان كان حادثا لزم ان يكون زمنيا وهو محال وان كان قديما وهو مقدار الحركة لزم قدم الحركة وقدم المادة لكن الحراك صفة الجسم فيلزم قدم الجسم يعني فيلسوف المتكلم يقول انت اذا بنيت على الحدوث الزماني فعليه يعني في زمن سابق لم تكن فيه المخلوقات فالزمن هذا يستدعي السرعة ويستدعي المادة زمان سرعة مادة الهة اربعة بعد المادة اله يعني الجسم والزمان والله نعم هذا اشكال من? اشكال المتكلم? المتكلم حل المشكلة قال ننزع هذا الزمن كله وهمي. الخلق يبدأ بنقطة. نقطة يعني ليست مسبوقة بزمن. يقول نعم. لهذا هو القديم قديم الزماني. القديم الزمني ما هو? الذي لم يسبق بزمن. والجواب ما تقدم من ان الصفق لا يستدعي الزمان والا لزم التسلسل اذا انت غيرت المبنى غيرت المبنى يعني ليس الحدود الزماني لان الحدود الزمنية هو خلق الشيب بعد لم يكن في عدم زمني اما اذا كان في عدم ذاتي هذا هو مبنى الفيلسوف تسأل الفيلسوف هذه الشجرة لماذا خلقت؟ يقول لانها لا تقتضي الوجود ذاتها لا تقتضي الوجود. اذا وجدت بعلة تكون مخلوقة يعني هويتها تصيح تقول انا مخلوقة على اي اساس? لأن ذاتها لا تقتضي الوجود. ليس كالذات الإلهية تقتضي الوجود فلا تحتاج الى خالق اما اذا دخلنا في الحدوث نقع في هذه الاشكالات وجواب المتكلم كله اه غير صحيح وانما فرار وخلط ومغالطة. انظر الجواب الجواب ما تقدم ان الصدق لا يستدعي الزمان. انت مبناك هذا ما بناك ما معنى الحدوث الحدود الزمني لأنه هو ما سوى الله كله زمنيات. اذا ما معنى الحدوث? الحدوث ان يتحقق الشيء المسبوق بعدم زمانه. هنا الآن تخلى عن هذا المبنى. يقول والجواب متى ما قدم من ان السبق لا يستدعي الزمان. يعني هذا ثمن وهمي وهم فقط ليس حقيقيا جيد. بدأ الله الخلق في نقطة الف مسبوقة بزمن يقول لا هذا هو القديم الزمني قديم الزماني يعني خلق الشيء بغير زمان يعني لم يكن هناك زمن. الزمان تشكل مع عملية الخلق هذا هو قديم الزمني غير هذا اذا انت تغالط وتخربط في في المفاهيم والجواب ما تقدم من ان الصدق لا يستدعي الزمن جيد واذا استدعى الزمان ما هو? يقول والا لزم التسلسل. يعني زمان بعد زمان بعد زمان وهذا هو الوقيتة في الزمان يعني يلتزم بالتسلسل يقع في القدم الزمني. يلتزم برفع الزمان في عملية الخلق تخلى عن مبنى وعاد الى القدم الزماني نعم هذا تمام الكلام في الجوهر الجسمي الجوهر المادي نعم هو لا يؤمن بالهيولة فبين ماذا? بين الاي امتداد الجسم وبين احكامه بالتفصيل الذي كثير منها صحيح وكثير منها خطأ ثم ندخل في الفصل الرابع في الجواهر المجردة يبدا من النفس ثم العقل يعني بدأ ابن سينا في كتبه الفلسفية يبدأ انه يولد ثم الامتداد الجسمي ثم الصورة ثم النفس ثم العقول ثم الله تدرج الصعود هنا يقول في الجواهر المجردة يعني بعدما اتم الكلام عن الجوهر الجسمي ينتقل في هذا الفصل الى الجواهر المجردة يأتي ان شاء الله البحث عنها. واللهم صل على محمد وال محمد  آل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