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يا الله والحمد لله الله يا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ما زلنا مع هذا الجزء الذي لا يتجزأ واكثر المحقق التونسي من التوجيهات المعرفية يعني من الادلة لمسألة لا قيمة لها لان الشهود يدرك بدون اي دليل بدون اي واسطة ان الجزء الذي لا يتجزأ لا معنى له لماذا كل ما ملأ حيزا في الكون المادي فهو لهم امتداد واذا كان له امتداد حتما ينقسم التطويل في هذه المسائل بادلة معقدة وتحتاج احيانا الى سبورة لانها كلها امثلة تقريبا لا يحتاج الى هذا الامر. الطالب العزيز الان عنده زيادة على تخصصه الحوزاوي من ثق واصول وقرآن وعلم الرجال والحديث عنده علوم اخرى يحتاجها اكثر من هذه المطالب التي نسخت وبطلت فتنتمي الى تاريخ الكلام وليس اه من المسائل التي يجب ان نضيع بها وقتنا العزيز بعروب اخرى يحتاجها الطالب العزيز هناك يجب ان يجتهد وهناك يجب ان يبذل الوقت لاتقانها مع الاسف الشديد ورطنا بهذه المسائل ومن الجزء الذي لا يتجزأ نعم الثالث وصلنا الى هنا ان الدائرة موجودة بالحس هنا خليني اضيء نقطة خارج المشي تفيد الطالب. ما معنى ان الدائرة موجودة بالحس. الآن عندي هذه الزجاجة امامكم الآن انتم لا تبصرونها نعم مين ظدان مصنوعة بالزجاج دائرية دائرية على شكل دائري مثل الساعة فانا عندي شهود حسي ادراك حسي على مستوى الادراك الحسي لهذه الواقعية عندي ادراك عقلي حاضر في الادراك الحسي على اي اساس على اساس القاعدة الشريفة النفس في وحدتها كل القوى نفس بسيطة وهي حاضرة في جميع قوى في وحدتها جميع القوى يعني اذا كنت انا باللمس او بالابصار اشاهد هذه الواقعية الحسية امامي زجاج منحوت بشكل دائري فانا ادرك هذا هذه الدائرة الدائرة الزجاجية هذا القرص وبالتالي دائرة نعم الحس يعطيني هذا المحسوس لا يعطيني الوجود الوجود يدركه العقل ما دام العاقل حاضر لانه اقوى من قوة والنفس والنفس حاضرة عند حسها فقواها عساكرها كلها مع فالعقل يدرك الوجود وجود هذه الدائرة فينعتها بالوجود يقول هذه الدائرة موجودة او هذه زجاجة في شكل دائري موجود او في شكل قرص موجودة ان الدائرة موجودة بالحس يعني بالشهود الذي يتبعه شهود عقلي شهود حسي مع شهود عقلي فإن كانت حقيقية ليست وهما نعم لزم ابطال لزم ابطال الجزء الذي لا يتجزأ من اين? ما علاقة الدائرة ووجود الدائرة بالشهود وابطال الجزء الذي يتجزأ يتعمق يقول لان الدائرة القطبية انت اذا اخذت دائرة وجعلت لها نقطة في المركز هناك القطب التي تدور عليه هذه الرحى او هذه الزجاجة لا يهم  فعندك دوائر متعددة تبدأ من المركز طبعا المركز نقطة ما في دائرة ينفرو مثلا اقل اقل اقل من مليمتر مليمتر ضربها على مليار دائرة لا تبصر ابدا. وفي دائرة على مستوى على مستوى سطح على مستوى نهاية هذه الزجاجة او هذه الرحى فا عندك مليار دائرة يمكن ان ترسمها بين القطب يعني نقطة الوسط من نهاية هذه الرخاء او هذا الجسم الذي يدور او الساعة مثلا جيد هذه الدائرة التي هي قريبة جدا من القطب نعم يسميها هنا الدائرة القطبية نعم الدائرة القطبية يعني انت بمجرد تدور الراحة كل الدوائر تتحرك بسرعة واحدة  اه بسرعة واحدة نعم وفي زمان واحد لكن المسافة المقطوعة قلنا تختلف التي تقع في نهاية الدائرة او في نهاية القرص ممكن تقطع اه مترين التي في الوسط متر التي قريبة من القطب ممكن السنتيمات الواحد اذا الدائرة القطبية هي القريبة الاقرب الى القطب ولهذا سميت الدائرة القطبية انطلاقت اجزائها بظواهرها وبواطنها تساوت الدائرة المنطقية هذا الدائرة المنطقية تقول هنا العلماء حسن زاد العابولي الدائرة القطبية في المقام متى لجانب القطب يعني التي تقترب الى القطب بالوسط وين كانت مجاورة ومواساة للمنطقية فلا فرض منطقي يعني في منطقة ماء في الوسط بعيدة قريبة نطلق عليها انها منطقية. يقول انطلاقت اجزائها بظواهرها وبواطنها ساوت الدائرة المنطقية وهذا خلف نعم ايضا الجزء الذي لا يتجزأ من هذه الدائرة القطبية لا يمكن ان تتحرك قريبا جدا لنقل هي تقريبا في الوسط انت اذا تأملت الشيء الذي يدور تجد القطب فيدور ولكن في دائرة ضيقة جدا دائرة تكاد لا اه تبصر جيد فهي في ماذا في شكل جزء جزء لا يتجزأ يقول ان تلاقت اجزائها بظواهرها وبواطنها ساوت الدائرة المنطقية هذا خلف يعني اذا تلاقت اجزائها يعني ماذا هذه الأجزاء اه هو يقول ان الجزء لا يتجزأ تخيل ان هذا هذه الدائرة القريبة من القطب يعني لا تتحرك سميناها لدائرة قطبية لانها قريبة تقريبا ما فيه مجلي الحركة. لماذا الدوائر الوسطية والنهائية تتحرك لنا في مساحة مساحة في مجال في اجوال للحركة كلما اقتربنا الى الوسط ضاق المجال لا تتحرك هذه الدائرة التي يسميها القطبية. يقول اذا تلاقت اجزائها بظواهرها وبواطنها يعني تحركت ساوتوا الدائرة المنطقية وهذا خلف يعني كما ان الدائرة المنطقية تتحرك لها مساحة ولها امتداد قوس فهذه تكون كذلك لها امتداد اوصي اذا كانت لها امتداد قوسي طبعا لا يساوي القوس للمنطقة. الدائرة المنطقية لان الدائرة المنطقية اوسع كلما نزلنا الى اقتربنا الى الى القطب الدواء ابتدي يقتضي التضييق حتى تصير كنقطة هذه النقطة هي الدائرة القطبية نعم تخيل ان هذه آآ تحركت نعم آآ وهي جزء صحيح لما بنجوز لا يتجزأ فاذا تحركت تساوي الدائرة القطبية طبعا تساويها نسبيا. يعني في السرعة واحدة في الزمن واحد لكن في في المسافة المقطوعة له. المسافة المقطوعة تختلف ولهذا الحجاج كلما ابتعد الانسان عنه الكعبة المشرفة يقطع اه مسافة اكبر كلما اختار الى اقترب الى الكعبة قطع المسافة اقل مع ان السرعة قد تكون واحدة والزمن قد يكون واحدا اذا بناء على الجزء الذي لا يتجزأ اذا تحركت هذه الدائرة القطبية ساوت الدائرة المنطقية ولا يمكن ان تساوي هذا خلف يقول وان تلاقت بواطنها خاصة نعم وان تلاقت اجزائها بظواهرها وبواطنها ساوت الدائرة المنطقية هذا الخروف ومن طلاقت بواطنها خاصة لزم الانقسام وان لم تكن حقيقيا او وهمية كان ذلك لارتفاع بعض اجزائها وانخفاض البعض اخر يعني ليست اه حقيقية يعني بيضاوية بيضاوية يعني ليست دائرة افلاطونية بيضاوية نعم لكن المنخفظ اذا ملئ بالجزء ولم يفظل كانت الدائرة حينئذ نعم اذا امتلأ كل الاجزاء فتصير الدائرة البيضاوية البيضاوية كي البيضة مثلا. يعني الأطراف ما في امتلاء ام املأ الطرفين تصير دائرة يعني نفخها والساحة املئها يعني يوم الصحة تصير في شكل دائرة نعم ولهذا اذا كان للاطفال عندهم كرة بيضاوية لا يستطيعون ان يلعبون يعني يروحون ينفخوها بالهواء حتى تمتلئ</w:t>
      </w:r>
    </w:p>
    <w:p>
      <w:r>
        <w:t>آآ اطرافها ثم تصير مثلا كرة كاملة تامة حقيقية. يعني وان لم تكن حقيقية يعني بيضاوية ليست يعني الدائرة بتمام معنى الكلمة كان ذلك لماذا? سببه لارتفاع بعض اجزائها وانخفاض البعض. نعم. يعني تصير بيضاوية لكن المنخفض ملئ بالجزء ولم يفضل كانت الدائرة حينئذ ولزم ما ذكرنا والا لزم الانقسام فهي تنقسم فاذا انقسمت يعني بطل الجزء الذي لا يتجزأ هذه امور معقدة حتى العلامة الحلي رحمة الله عليه بعبقريته لم يفصلها ذلك التفصيل جاء بهذه العبارات الغامضة والمعقدة قال والنقطة عرظ قائم بالمنقسم باعتبار التناهي هذا كذلك جواب عن دليل الذي يثبت الجزء الذي يتجزأ النقطة هنا بينها على خلاف ممر هناك اعطاها ثبوتا هنا لا يبين انها امر عدمي نهاية الخط فهي امر عدمي يعني الخط اذا انتهى تعين بالنهاية والنفاد تعينت النقطة واعتبارية يعني اذا اعتبر العقل النهاية حتى الخط امر اعتباره وهو نهاية السطح حتى السطح امر اعتباري يعني نهائي عدمي هو نهاية الحجم نعم قال والنقطة عرض يعني ليست جوهرا نعم قائم بالمنقسم فهي اذا لم تكن جوهرا فكيف تنقسم? واذا كانت امرا عدميا سالفة بانتفاء الموضوع. باعتبار التناهي. باعتبار التناهي يعني بلحاظ التناهي. اذا انتهى شيء وهو الخط تعينت النقطة تعينت ثبوتا لا لا اعتبارا ولهذا نقول بعتبار التناهي اقول هذا جواب عن حجة من اثبت الجزء الذي لا يتجزأ وتقرير الحجة ان النقطة موجودة ليست موجودة. امر عدمي. موجودة يعني التسامح لانها نيات الخط نهاية الخط النهايات اعدام ملتصقة بماذا? مجازا بالامر الذي ينتهي اذا موجودة لانها نهاية تناقظ موجودة ونهاية نهاية الخط كما ان الخط نهاية السطح والسطح نهاية الحجم فان كانت جوهرا فهو المطلوب نعم وان كانت عرضا فمحلها انقسم انقسمت نعم واذا كانت جوهرا ما معناه? يعني ممتد والامتداد يقبل الانقسام جيد هي ليست آآ جوهرة. اذا ماذا يبقى? يبقى العرض وان كانت عرضا يعني النقطة فمحلها ان انقسم انقسمت تنقسم بتبعه يعني انقسام بالعرظ لكن المبنى الصحيح هو ان النقطة نهاية الخط يعني امر عدمي. لا تنقسم ولا يحزنون لان الحال في احد الجزئين مغاير الحال في الاخر. يعني انت الان اه عندك خط وتقسمه الى قسمين او مسطرة متناهية هنا عندها نقطة وهنا عندها نقطة. يعني نقطة تنتهي بها في في اليمين او في الشمال. قسم هذه المسطرة طبعا هذه النقطة آآ التي في القسم الأول متميزة عن النقطة التي في القسم الذي على الشمال لأن الحال يعني النقطة في احد الجزئين المنقسمين يعني نتاج الإنقسام نتاج الانقسام مغاير للحال في في الاخر. نعم كل قسم يتميز بنقاطه وبحيثياته وان لم ينقسم فهو المطلوب يعني النقطة لا تنقسم اصلا انها بسالبة بانتفاء الموضع نعم والجواب هذا صاحب الاشكال والجواب انه عرظ قائم بالمنقسم يعني الخط ولا يلزم انقسام النقطة لانقسام المحل. لان الحال في المنقسم باعتباره لحوق طبيعة اخرى به يعني باعتبار التناهي لا يلزم انقسامه بانقسام محله الصنم قلت لكم قاعدة كلية الاعراض لا تنقسم اذا بنينا على ان النقطة عرب. وهي ليست عراضا وانما هي اه امر عدمي حتى الاعراض حتى الحيثيات كلها لا هوية لها ولهذا يقولون بسيطة من باب ان لا هوية لها. اصلا ليست وجودات ليست وجودات يعني الجلوس عندي انا حيثية ثبوتية لا تعين آآ نفسي انا اذا هذا الانقسام وعدم الانقسام لا معنى له هناك لكن تقرير الحجة والجواب على الحجة مبنية على ان هذه الامور ثبوتية مع الاسف الجديد نعم والجواب انها عرظ قائم بالمنقسم يعني الخط يعني تعرض الخط والخط يعرضه السطح والسطح يعرضه الحجم والحجم يعرضه الجسم ولا يلزم انقسام هذه النقطة لانقسام المحل يعني الخط لان الحال يعني النقطة في المنقسم يعني الخط باعتبار لحوق طبيعة اخرى به. يعني لانه انقسم صار اثنين والا لا علاقة له بالنقطة لا يلزم انقسامه بانقسام محله لا يلزم انقسام الحال يعني النقطة بانقسام محلي يعني الخط وها هنا النقطة حلت في الخط المنقسم باعتبار عروض التناهي له. يعني هذه اشارة الى ماذا اشارة الى ان النقطة امر عدمي امر عدمي لا تنقسم. اذا الدليل من اساسه في خلق بنيويوي والجواب كذلك خلط بنيويوي. سريعا تقول له النقطة عبارة عن نهاية الخط امر عدمي والامر عدمي لا هوية له حتى ينقسم ولا ينقسم طبعا العلوم في ذلك الزمان لم تكن مطبوخة كعصرنا هذا وممكن يأتي جين بعد قرن وبعد قرون هذه العلوم التي عندنا تصير بديهية. الان في علم الاصول في الفلسفة في العقائد فيه حركة لتجديد المناهج لتجدوا الطرق. انا ترجمت لفائدتكم هذه. ترجمت مقالة للشيخ صادق لاريجاني وهو من كبار علماء الحوزة واصول قوي درست عنده مدة انا درس خارج علم الاصول. عنده مقالة انا ترجمتها لجمالها اه منهجية جديدة اه منهجية يعني تقسيمية لموضوعات علم علم الاصول فيه ابداع انصافا ابداع لجمال هذه المقالة انا ترجمتها اسمها طرح جديد طرح جديد يختلف عن طاح سيد الصدر جدا جميل وتتضح الاصول بطريقة جدا جميلة ورائعة. اذا العلوم دائما في تطور في تدريس كذلك الفلسفة. منهجية تختلف تماما عن المناهج اه القديمة نعم وممكن الفقه كذلك يتطور في منهجيته وطرقه اه ووسائل طرحه فهذه هي طبيعة العلوم ان تتقدم ولهذا انا شخصيا وانا طالب صغير ظعيف افضل دراسة الحلقات على الكفاية الكفاية اه اولا واسلوبها العربي غير عربي ولا تنطوي على مباني النئيني المحقق العراقي السيد الخوئي ومباني السيد الإمام ومن اتى بعد صاحب الكفاية. الحلقات لأ جاء بكل المباني وناقشها بعمق وآآ باسلوب عربي جدا متين. وراقي وسلس فقط فقط نحتاج الى استاذ خبير بهذه المباني من الشيخ الانصاري ما قبل شيخ الانصاري ثم صاحب الكفاية نزول الى السيد الخوئي رحمة الله عليه والسيد الإمام والسيد الصدر ويدرسها بطريقة راقية جدا نعم قال والحركة لا وجود لها في الحال ولا يلزم آآ نفيها مطلقا ابين فقط الحركة الحركة في ذهن المحقق التونسي والعلامة الحلي عرض. الآن الحركة ليس عرضا. الحركة نحو وجود يعني مفهوم فلسفي لا هوية له هي المد بنحو التدرج ليس عارظا يعني ليس ماهية اذا فهمنا الواقعيات فهما خاطئا  نتقعر في الخطأ ونولد شبهات هي خطأ. والجواب على هذه الشبهات او عن هذه الشبهات كذلك خطأ الحركة ليست ما هي? الحركة ليست عرضا. العرض من مقولة الماهية. الحركة حيثية نحو وجود معقول فلسفي وليس معقولا اوليا حتى يكون عرضا وبالتالي ما هي والحركة لا وجود لها في الحال نعم ولا يلزم نفيها مطلقا. اقول هذا جواب عن حجة اخرى لهم وهي ان الحركة موجودة بالظرورة موجودة بنحو الاستقلال ام بنحو الالتصاق؟ يعني حيثية واضحة جدا موجودة بنحو الحيثية وليس بنحو الالتصاق كالعرب وهي من الموجودات غير القارة. طبعا ليست قارة سيالة</w:t>
      </w:r>
    </w:p>
    <w:p>
      <w:r>
        <w:t>حركة طبيعة سيالة تدرجية فاما ان يكون لها في الحال وجودا او لا يعني وجود اولى. الثاني باطن حتما لها وجود حركة موجودة آآ ندركها بالعقل وبالخيال. يعني العقل يستعين بالخيال لأن الخيال يتعامل مع الكثرة فهذه الحركة لها تدرج لها مراتب تدرجية هذه الكثرة فالعقل يدرك الحركة من خلال الخيال لان الماضي والمستقبل معدومان يعني الماضي تصرم والمستقبل لم يأت بعد فلو لم تكن في الحال موجودة لزم نفيها مطلقا. اذا الحركة موجودة في الحال نعم وهي التي تحقق الماضي منصرما يعني حال كونه منصرما وتحقق المستقبل حال كونه حاضرا نعم واذا كانت موجودة في الحال فان كانت منقسمة كان احد طرفيها سابقا على الاخر فلا يكون الحاظر. يعني هذه الحركة اذا انقسمت هذا المستدل على الجزء الذي لا يتجزأ فهذه الحركة اذا انقسمت يعني لها جزء سابق وجزء لاحق ونحن قلنا الحركة لا سابقة يعني لا ماضي ولا مستقبل. فتنتفي الحركة. نعم ايه فإن كانت منقسمة يعني الى هاد الجزء الأول والجزء الثاني يعني جزءان لنقول مثلا على اليمين وعلى اليسار على اليسار كان احد طرفيها سابقا على الاخر يعني في سابق ومسبوق فلا يكون الحاضر كله حاضرا هذا خلف الحاضر جزءه صار اه ماضيا لأن قسمتها انت قسمتها ما معنى يعني صار اه جزء مسبوقا وصار جزء سابقا وهذا خلف يعني الحركة حاضرة نعم لا ماضي ولا مستقبل وان لم تكن منقسما كانت المسافة غير منقسمة يعني ان الحركة هي التي تحقق المسافة. المسافة لازمة للحركة. انت حرك يدك هكذا فقد قطعت مسافة. اذا المسافة تلازم الحركة. لانها لو انقسمت لانقسمت الحركة. اذا انقسمت المسافة انقسمت الحركة واذا انقسمت الحركة تحقق الماضي والحركة حاضر وليست ماضي. لان الحركة في احد الجزئين مغايرة للحركة في الجزء الاخر نعم لان الجزء الاول صارم من الماضي. ستكون الحركة منقسمة مع انا فرضناه غير منقسمة وهذا خلف نعم اذا الحركة اه اثبتنا الجزء الذي لا يتجزأ. والجواب ان الحركة لا وجود لها في الحال يعني لا وجود لها مستقل ولا يلزم من نفيها في الحال نفيها مطلقا نعم لان الماضي والمستقبل وان كانا معدومين يعني ماضي تسلم والمستقبل لم يأتي اه وان كان معدومين في الحال يعني في حال الحضور الماضي انتفى انتفى والمستقبل لم يأتي. لكن كلا منهما له وجود في حض نفسه في ثبوته التعيني الماضي حقيقة في اه تعينها ولهذا نحن اذا طلعنا كتابا ادبيا للمتنبي او الجاحظ او او  مرة نعيش حتى شعوره نعيش فكره هذا دليل على ان الماضي له واقعية اه حقيقية ثبوتية وان تصرم بالنسبة لنا. وكذلك المستقبل نستشرف المستقبل ونخطط له اذا له كيان الا انه لا يكون حاضرا في زمان نحن يعني كل في هويته موجود اذا الحركة ليست موجودة بوجود مستقل حتى تنقسم ولا تنقسم او تتصرف هذه حيثية للمادة نعم والمادة تنقسم الى ما لا نهاية قال والان لا تحقق له خارجا. الان امر اعتباري يعني انت الان تبصر سيارة تتحرك من ان من نجف الى كربلاء وانت جالس تشرب شاي فانت اذا بالاعتبار وضعت اصبعك على جهة من جهة هذه السيارة هذا هو الان هل له كيان? لا ليس له كيان اعتبار محض. ولهذا يقول لا تحققوا تحقق له خارجا. اقول هذا جوابا وانه حجة اخرى لهم يعني للذي يقول بالجزء الذي لا يتجزأ وهي ان الان موجود. لانتفاء الماضي والمستقبل الان ما هو? يعني الان لا ماضي ولا مستقبل? نعم فان كان الان منتفيا كان الزمان منتفيا مطلقا بالعكس هذا لا يعرف من معنى الحركة الزمان اذا قطعناه بالاعتبار تحصلنا على الانات فالان اعتبار محض لا هوية له ويستحيل انقسامه على مبنى على مبنى من يقول بالجزء الذي لا يتجزأ. لماذا? لان الان اذا قسمته اه صار عنده صار عنده الماضي صار عنده المستقبل وهو الان خلف كونه الان والى لزم ان يكون الحاضر بعضه نعم فلا يكون الان كله بل يكون يكون جزءه فلا يكون الان كله انا هذا خلف نعم يعني الان لم تتحقق هويته مطلقا اذا تقسم لان جزء منه يتصرم. واذا كان موجودا فالحركة الواقعة فيه غير قاسمة لماذا? لأن ما فيها امتداد نقطة نعم هذا كله مبني على ان الان موجود خرافة الان لا امر انتزاعي ادعائي والا لكان احد طرفيها يعني مسافة واقعا في زمان. والاخر في زمان اخر فينقسم ما فرضناه غير منقسم. وهذا خلف لان الان ويلزم من عدم انقسام الحركة عدم انقسام المسافة على ما هو العلماء مر تقريره. لماذا? لان المسافة هي معلولة للحركة اذا لم تنقسم الحركة لم تنقسم المسافة اذا اثبتنا من خلال الان الجزء الذي لا يتجزأ والجواب ان الان امر اعتباري. امر اعتباري جعلي يعني عندنا اه تسرب زماني نضع يدنا على نقطة هذه النقطة بمجرد انت تضع اه اصبعك على هذه النقطة زمن استمر راح انت الآن راك في الماضي اذن ما عندنا هذا الان امر اعتباري فقط نعم. وتقرير الجواب ان الماضي والمستقبل موجودان في حد انفسهما يعني في مقام ثبوتهما نعم معدومان في الان الان ما عندنا لا ماضي ولا مستقبل لا مطلقا والان الان لا تحقق له في الخارج امر ايه اعتباره محظة هذا جواب مبنائي جواب مبنى اصلا كسر له المبنى فالبناء ينهار. اذا كان الان امر انتزاع امر انتزاعيا لا هوية له فكيف ينقسم لا ينقسم ولا يحزنون قال ولو تركبت الحركة مما لا يتجزأ لم تكن موجودة اه اه الحركة حركة ما هي? حركة عندنا جسم هذا الجسم ينتقل ينتقل من مفصل الى مفصل هذه الحركة تدرجية. حركة دائما تكاملية من القوة الى الفعلية. خروج الشيء من القوة الى الفعلية خروج الشيء من القوى الفعلية يعني في تدرج الى الفعلية نعم الى الفعلية جيد اقول لما فرغا من النقض على الجزء الذي لا يتجزأ او من يقول بالجزء الذي يتجزأ شرع في المعارضة. يعني يأتي بالمبنى الصحيح فاستدل على ان الحركة لا تتركب مما لا يتجزأ ما عندنا الجزء الذي لا يتجزأ اذا تركبت الحركة من الجزء الذي لا يتجزأ فمعناها ان الحركة منتفية متوقفنا لان هذا الدليل لو تركبت الحركة مما لا يتجزأ يعني من اجزاء لا تنقسم لم تكن موجودة. موجوديتها تنتفي وبالتوت والتالي باطل يعني الحركة غير موجودة بالشهود نرى الشمس تتحرك القمر يتحرك الكوكب الأرضي يتحرك السيارات تتحرك الإنسان يتحرك بنفسه والتالي باطل يعني الحركة موجودة اتفاقا فكذا المقدم. المقدم ما هو ان الحركة اه اه لانه لو تركبت ان الحركة المركبة من اجزاء التي يتجزأ. اذا الحركة ليست مركبة بيان الشرطية قلت لكم دائما انتهى الوقت نكمل ان شاء الله في الحصة القادمة. اللهم صل على محمد وال محمد</w:t>
      </w:r>
    </w:p>
    <w:p>
      <w:r>
        <w:t>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