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معكم الى الفصل الرابع يتناول المجردات يعني المفارقات عن المادة وهي العقول والنفوس فيتناول النفوس بالتفصيل وعلم النفس اه علم النفس ينقسم الى قسمين علم النفس الميتافيزيقي يتناول النفس وجود النفس انها مجرد قوة. وعندنا اه ميتافيزيقية الدين فقط يدرس الفعاليات الذهنية الفكرية نعم يعني يدرس الادراك الحسي الادراك الخيالي الذاكرة الحافظة العمليات العقلية بالتفصيل هذا يسمى ميتافيزيقية الدين مع الأسف الشديد هذا في ادبياتنا فاتر جدا قد يكون قد يكون لا شيء الفصل الرابع في الجواهر المجردة المجردة يعني ليست لها مادة اما العقل والعقول يعني غير النفوس ارقى من النفوس في قوس الخلق اما العقل فلم يثبت دليل على امتناعه انظر ذلك الادب تعامل معه بذهنية سلبية. لان المتكلم شديد الرفض لهذا العقل لان الله تعالى عاجز لا يستطيع ان يخلق كيانات عظيمة مثل العقول ولها اه دور كبير في الوجود. مع ان الرواية في اصول الكاف اول ما خلق الله العاقل وقال له اقبل فاقبل ثم ادبر فادبر رواية من اروع الروايات في تراثنا الاسلامي نعم اقول لما فرغ من البحث عن الجواهر المقارنة يعني المادية شرع في البحث عن الجواهر المجردة يعني المفارقة للمادة ولبعده عن الحس يعني عن شو الحسي اخرها عن البحث عن المقارنات يعني بدأ بالمقارنة للجسم ثم صعد الى النفس والعقل ثم الله تعالى وفي هذا الفصل مسائل المسألة الاولى في العقول المجردة. يبدأ بالكيانات الارقى والاعلى واعلم ان جماعة من المتكلمين نفوا هذه الجواهر جماعة من المتكلمين كل المتكلمين ما عدا الفلاسفة والمتكلم الذي امن بهذه العقل باعتباره فيلسوفا وليس باعتباره متكلما لان المتكلم يقول ما سوى الله تعالى كله مادي كله مادي نعم واعلم ان جماعة من المتكلمين نفوا هذه الجواهر يعني العقول واحتجوا دليلهم ما هو بانه لو كان ها هنا موجود ليس بجسم ولا جسمان لكان مشاركا لواجب الوجود في هذه الوصف فيكون مشاركا له في ذاته لا اله الا الله محمد رسول الله هادي السخافات مازالو دروسها مع الأسف الشديد ها انت ها النملة تشارك الله تعالى في الوجود الله وجود والنملة موجودة. اذا الله تعالى الى النملة قادرة مريدة وتتحرك ولها وعي وعي لها خيال هذه كلها صفات الله تعالى قادر مريد فالنملة تصير الى لان في دينه المشوش طاقد لمعنى التشكيك لو فهم معنى التشكيك ان هذه الصفات تنطبق على المخلوقات بالتفاوت لما تفوه بهذه الخرافة. نعم اذن على مبناه نقول هكذا يعني ها هنا موجودات آآ تشارك الله تعالى في الوجود وفي القدرة وفي الارادة نعم فيكون مشارك له في ذاته فتكون كل هذه الواقعيات الهة وهذا الكلام سخيف والله كلامه سخيف احسنت سي العلامة الحلي وهذا الكلام سخيف لان الاشتراك في الصفات السلبية لا يقتضي الاشتراك في الذوات على اولا في السلبية سلب كيف هذا الموضوع. انا اقول اكثر من ذلك حتى في الصفات الثبوتية ايها العلامة الحلي بناء على التشكيك نعم نعم المخلوقات لا تستصيف بالوجوب الوجوب الذاتي يعني ليس لها علم واجب ليس لها ارادة واجبية لها علم امكاني ارادة امكانية اذن اصل المشاركة لا تزيده شرفا فان كل بسيطين يشتركان في سلب ما عاداهما عنهما يعني كل بسيط غير الاخر مع انكفاء الشرك بينهما في الذات هذا بسيط وهذا بسيط يشتركان في البساطة لكن هذا لا يعني ان هذا البسيط هو هذا البسيط بالاشتراك في الصفات الثبوتية لا يقتضي الاشتراك. شوف يترقى بل للترقي. بل الاشتراك في الصفاظ ثبوتية لا يقترن اشتراك الذوات. بيناها لانه تشكيكية لان الاشياء المختلفة قد يلزمها لازم واحد نعم يعني تشترك فيه لازم واحد كالوجود العلم والقدرة فاذا ثبت ذلك لم يلزم من كون هذه الجواهر المجردة يعني العقول مشاركة للواجب تعالى في ذاته من قال نعم ونعم عجيب من هذا المتكلم نعم لان الاشياء المختلفة قد يلزمها لازم واحد يعني هي مختلفة وتشترك في لازم واحد. كل هذه الواقعات مختلفة كلها تشترك في الوجود. يعني التحقق التحقق التحقق فإذا ثبت ذلك لم يلزم من كون هذه الجواهر المجردة مشاركة للواجب تعالى في وصف التجرد وهو سلبي مشاركة يلزم مشاركته له في الحقيقة نعم ابدا فلهذا لم يجزم المصنف رحمه الله بنفي هذه الجواهر المجردة. قال العقل ما عندنا دليل عقلي على نفيها اذا خذها قاعدة مشاركة الممكن الظعيف المخلوق الهش لله تعالى في صفة لا يجعله الها ابدا ولا يزيده شرفا. لماذا? لان هذه الصفة تصدقها عليهما بالتشكيك. اي الواجب الوجود من هذا الممكن الضعيف اذا هذا دليل متكلم دليل على انه لم يفهم قوانين الوجود قال وادلة وجوده. هنا دخل الى الأدلة وأدلة وجوده يعني وجود هذا العقل المجرد مدخولة مدخولة يعني الضعيفة غير صحيح وانتم آآ حوزويون تفهمون هذه المسألة. انتفاء الدليل لا يعني انتفاء المدلول يعني يذا بطل الدليل على شيء لا يعني ان الشيء باطل الدليل باطل اما الشلة قد يكون اه صحيحا. الان نرى هذه المدخولية اين? يعني هذا الظعف اين? في الادلة التي اتى بها الفيلسوف الواحد لا يصدر عنه امرا. هذه قاعدة الفيلسوف الذي اثبت بها العقل الواحد لا يظلمونه الواحد. الله تعالى بسيط من جميع الجهات اذا صدر دفعة واحدة منه عز وجل شيء الف وشيء باء لقانون المناسبة الطامة الذي يسمى الصنخية يعني لا يصدر الف الا في خصوصية في في المصدر ولا يلزم الترجيح بلا مرجح. انظر هذه القاعدة العقلية يعني صدر الف لخصوصية في المصدر صدر الف صدر لخصوصية في المصدر غير الخصوصية الاولى جعلت صدور باء. تقول ما نحتاج الى هذه الخصوصية. اذا نقول الف يساوي باء باي يساوي الف يعني واحد يعني تجعل خصوصية واحدة الصادر واحد من مصدر واحد كيف تلف تقع في القاعدة نعم هذه القاعدة التي بنى عليها الفيلسوف دليله على وجود العقل نعم الواحد لا يصدر عنه امرا بينا ان تعدد الخصوصيات في الذات الالهية يلزم التراكب نعم ولا سبق لمشروط باللاحق في تأثيره او وجوده نعم ما عندنا اي شروط في بن لحف اقتثل وجوده. يعني للفاعلية ولا لما انتفت صلاحية التأثير عنه لان المؤثر هنا مختار نعم يعني المحقق المحقق التونسي هنا كفيلسوف يؤمن بهذه القاعدة لكن جالس هنا على عرش الكلام يتكلم من كلامي من كلامي لا يعرف المباني الفلسفية هاي مثل كثير من الحوزاويين يعني ثمانين بالمية من الحوزاويين لا يفهمون الفلسفة واذا جاءوا يتكلمون عن عن العقائد يتكلمون بطريقة هزيلة جدا وضعيفة. مع الاسف الشديد اقولها صراحة</w:t>
      </w:r>
    </w:p>
    <w:p>
      <w:r>
        <w:t>نعم يتكلمون باسلوب جدا هزيل وضعيف اذا عند المحققة التونسي الاختيار يكفي لصدور الكثرة يقولو الفيلسوف يقولو لا ليس الملاك الاختيار الملاك خصوصية الصدور ما هو خصوصية الصدور تقول ما عندنا خصوصية اذا الصدر واحد ثم هذا الواحد فيه الخير الكثير اول ما خلق الله فيه الخير الكثير يأتي بعده خيرات خيرات لا تنتهي ولا حد لفيض الله تعالى. لماذا تخافون انتم? يعني انتم تلتزمون اه بهذا الأمر ان الله تعالى مركب ولا تلتزمون بصدور الواحد يعني هذا تحديد لقدرة الله ام حكمة هكذا اقتضت اقول لما بين انتفاء الجزم بعدم الجوهر المجرد يعني قال يمكن ان يكون له وجود الذي هو العقل شرع في بيان انتفاء الجزم بثبوته وذلك ببيان ظعف ظعف ادلة المثبتين. واعلم ان اكثر الفلاسفة ذهبوا الى ان المعلول الاول وهو العقل الاول وهو موجود مجرد عن الاجسام والمواد في ذاته وتأثيره معا هذا تعريف للعقل تعريف للعقل وهو موجود مجرد من الانسام والامم في ذاته وتأثيره معا. تعريف للعقل مبدأ تصوري اطار مفاهيمي ما هو العقل المجرد? موجود مجرد عن المادة في فعله وفي ذاته في ذاته وفي فعله ثم ان ذلك العقل يصدر عنه عقل وفلك هذه بيناها يعني على مبنى المشة بنوا الصدور على الافلاك التسعة اذا اول ما يصدر هو عقل مجرد ثم هذا العقل تصدر عنه امور ثلاثة عقل الثان نفس مجردة في ذاتها مادية في في علها يعني متعلقة بالمادة وفلك مادي محض تقول جيد انتم تقولون لواحد لا يصدر عنه الا الواحد. من اين جاءت هذه الثلاثة نقول بلحظات اعتبارية فقط العقل اذا التفت الى الوجوب الوجوب الذاتي على مستوى الذات الالهية هذا لي حظ قوي جدا يترشح منه العقل مثل هذا القائد القائد اذا كان الحاكم فوق رأسه ضعيف لا يفوز في لا ينتصر في المعارك. اذا كان من ورائه حاكم قوي مخطط ويساعده نفسانيا معنويا ماديا من ينتصر يشعر بقوة لانهم عنده ركن شديد فنفس الشيء العقل عندو ركن هو الله تعالى يتقوى منه يصدر اه العقل اه العقل الثاني ثم باعتبار ماذا? باعتبار وجوده وجود ليس كوجود الواجب الذي يصدر باعتبار الوجود هو نفس اضعف من من العقل. وباعتبار امكانه يعني محدوديته باعتبار نقصه يصدر منه الفلك انت الان تأتي وتناقش هذه المحاولة المقاربة من حقك. كما ناقش حتى الفلاسفة انت حر ارفضها تقبلها فقط ارفضها بعقلانية اقبلها بعقلانية نعم اقلع انا نؤمن بهذه الفكرة نؤمن بحرية الفكر مطلقا كل له الحق ان يدلي برأيه الا انه يجب ان يحترم العقل ويحترم القواعد هذا فقط نعم يقول واعلم ان اكثر الفلاسفة ذهبوا الى الفلاسفة اكتب هنا المشاء لان بعض المشاة ما عندنا هذه العقول عشرة عندنا ملايير العقل طول وعرض كما بين ذلك شيخ الاشراق نعم ذهبوا الى ان المعلول الاول وهو العقل يعني هذا الذي صدر عن الله تعالى الاول العقل الاول صدر عنه ما هو وهو موجود مجرد من الاجسام والمواد في ذاته وتأثيره. معا قلت قلت لكم هذا مبدأ تصوري يعني تعريف ثمان ذلك العقل يصدر لقائل يقول ماذا يصدر عن العقل الاول ان ان ثمان ذلك العقل يصدر عنه عقل يعني عقل وفلك لتكثيره لتكثير العقل العقل العقل المصدر الذي ترشح انا وعقل اثنان وفلك ونفس كذلك لم يأت بها هنا النفس لتكثيره باعتبارات باعتبار كثرة جهاته الحاصلة من ذاته ومن فاعله يعني عنده اعتبار الى خالقه يكون مع ركن شديد هذا هو الوجوب واجب الوجود بالغير هو لا يصدر منه شيء عظيم عقل وجود اضعف من الواجب تعالى يزلمونه نفس ظعفه الوجود يعني اي كان يصدر منه المادة التي هي محض امكان محض قوة هذه المقاربة المشائية في زمانهم فقل ملاك الصدور الثلاثي قلت لك لاعتبارات بينتها لتكثيره يعني لتكثير العقل الأول باعتبار كثرة جهاته قلت لك هذه الجهات ثلاثة. الحاصلة من ذاته ومن فاعله. يعني باعتبار فاعله يكون قويا. هذا هو والوجوب بالغير. يصدر العقل الثاني باعتبار وجوده اضعف يعني قليل متنزل في الوجود ليس كواجب الوجود تصدر النفس من امكانه وهو الضعيف يصدر شيء ضعيف فهو المادة يعني مادة الفلك نعم ثم اه يصدر عن العقل الثاني عقل ثالث وفلك ثان والنفس لا ادري لماذا لم يأتي بها ممكن الفلك لانه مادة يحتاج الى نفس طواها في الفلك وهكذا الى ان ينتهي الى العقل الاخير وهو المسمى بالعقل الفعال يعني العقل العاشر لماذا? حسب الافلاك والى الفلك الاخير التاسع وهو فلك القمر. واستدلوا على اثبات الجواهر المجردة التي هي العقول بوجوه بعد ما بين كيفية الخلق وهي مسألة عندهم ثبوتية قد تناقش فيها انت ترفضها ما ترفضها هذا شأنك يأتي الى مقام الاثبات يعني ايه واستدلوا على اثبات الجواهر المجردة التي هي العقول بوجوب. من الفلاسفة. الاول قالوا ان الله تعالى واحد بسيط يعني ليس لها له جهات متعددة. فلا يكون الا للمتكفر فيكون الصادر عنه واحدان نعم واحدا لقاعدة الواحد والسمخية والصدور. هذه السمخية قاعدة الواحد تجري في كل هي في الحقيقة اه مصداقها الاساسي البسيط الصادرا والبسيط مصدرا قال وهو والله تعالى فقط ثم طبقوها على باقي المخلوقات باعتبار الجهة. باعتبار الجهة. يعني انت اذا توحدت في جهة الكتابة لا تصدر منك الا الكتابة لا تصدر منك الكلام من جهة الكتابة. يصدر الكلام من جهة قوة اخرى يعني انا الان اتكلم واسمع واكتب كم اه اه افعال ثلاثة يعني مركب لكن من حيث الكلام لا اسمع. اسماء من حيث السمع لان ماذا وحدت الجهة اذا وحدت الجهة الصادر معناها الا واحد. لا يمكن مسألة شهودية مسألة شهودية وهذا الشيخ الذي ينكت على الفلاسفة ويستهزأ بهم على المنبر ويقول انا ارى الحمار يبول من هنا ويروث هنا واحد صدر اه عنه فعلا هذا ما يعرف مسكين ان القاعدة تجري في البسيط وحتى هذا الحمار اذا بال لا لا يروث من توحد البول الجهة من البول يعني هو متعدد القوى حمار متعدد القوى فتصدر منه الكثير من القوى الكثيرة نعم انا فقط اقول لكم مسألة اقبلوها لا تقبلوا هذا شأنكم نحن نتعامل مع الناس والناس يحبون لقداستنا يعني ان نحن متصلين بالمقدس يعني عندنا قداسة مجازية. القداسة الحقيقية لصاحب الزمان سلام الله عليه فهذه القداسة المجازية يسمعون لكلامنا واذا خرطنا يسمعوا لكلامنا. اذا تكلمنا الصحيح يسمعنا لكلامنا. اذا لا نستغل هذه القداسة حتى نخرط على الناس ونتهم الناس ونكذب على الناس يعني انا الكذب قد يكون كذبا اخلاقيا وقد يكون كذبا معرفيا. هنا كذب معرفي انت تقول الحمار يروث من جهة ويبول من جهة واحد صدر عنه آآ كثير يفهم القاعدة جيدا لماذا تتخرف وتستغل عمامتك ومنبرك حتى تكذب على</w:t>
      </w:r>
    </w:p>
    <w:p>
      <w:r>
        <w:t>الناس لماذا لماذا هذا الأمر القبيح تستغل القداسة لتزييف آآ امور لانك تريد تضرب خصمك نعم جاء احد الخطباء كان يشن على محد ابن عربي لانه لا يتحمله وهذا شأنه واحد بن عربي العارف ويأتي بابو بكر بالعربي الفقيه هذا الفقيه الناصبي الذي قال في كتابه القواسم من العواصم ان الحسين قتل بسيف جده. فبدأ يثير هذه المسألة ويقول محيي الدين بن عربي ما يقول آآ ابو بكر بن عربي حتى يلصق النصب العربي فكان احد العلماء جالس تحت المنبر لما اكمل هذا الخطيب قال له انت خلطت بين محي الدين بن عربي العارف وبين ابي بكر بن عربي الفقيه هذا الأندلسي صاحب الشرح الترمذي واحكام القرآن وشرح الموطأ وكثير من الكتب قالوا لا ادري قالوا ادري انا متعمد لماذا? قال حتى اسقط محيي الدين لا هذا كذب اخلاقي هذي اخلاقيات سيئة جدا ليست اه سيرة الائمة عليهم السلام نعم عندك انت مشكل مع محيي الدين اجلس جيب مباني محيي الدين العلمية وناقشها علميا. الناس تحترمك الناس تحترمك لماذا? لان نقاشك علمي نعم جيد الان صدر هذا الوعد في احتمالات قد يكون عقلا كما يدعي الفيلسوف. قد يكون مادة قد يكون عرضا قد يكون صورة قد يكون نفسا احتمالات متعددة يجب ان نحذف هذه الاحتمالات حتى نصل الى ان هذا الصادر عقل نعم يقول ان الله تعالى واحد فلا يكون علة لمتكفر فيكون الصادر عنه واحدا الواحد يصدر عنه الى الواحد كما بينت. فلا يخلو اما ان يكون يعني نوعية هذا الواحد ما هو اما ان يكون جسما او مادة او صورة او نفسا او عرضا او عقلا هذه الواقعية مد تعرضها صورة ثم تأتي الاعراض ثلاثة. نفس عقل خمسة هادي هي الجواهر التي بيناه زائد الاعراض والاقسام كلها باطلة سوى الاخير يعني العقل اما الأول الا نتيبي الى الجسمية فلان كل جسم مركب من المادة والصورة. وزائد انه متحيز وانه لا يقتضي الوجود في ذاته وقد بينا ان المعلول الاول يكون واحدا ولهذا والى هذا القسم اشار بقوله والواحد لا يزرعون امرا الجسم مركب من مادة وصورة وفيه اعراض يعني فيه كثرة نعم ونحن قلنا انه واحد. اذا الجسم ينتفد والعقول ليست محيزة على مبنى الفيلسوف التحيز نعم اما الثاني الثاني ما هو المادة فلأن المادة هو هي الجوهر القابل فلا تصلح للفاعلية سلب بانتفاء الموضوع. المادة ليست فاعلا وانما هي من القوابل تقبل ولا تفعل اذن هادي خرجها لان نسبة القبول نسبة الامكان يعني الفقر ونسبة الفاعل نسبة الوجوب يعني الشدة. ويستحيل ان تكون نسبة الشيء الواحد الى الواحد نسبة امكان ووجوب. من هنا ويجب من هنا ممكن فاذا لم تصلح المادة للفاعلية لم تكن هي المعلول الاول السابق على غيره. لان المعلول الاول يجب ان يكون علة فاعلية لما بعده. لان العقل الاول سيفعل تكون له الفاعلية القوة حتى يخلق العقل الاول باذن الله والنفس والفلك المادة لا قابلة ليست فاعلة. نعم واذا لم تصلح المادة للفاعلية لم يكن هي لم تكن هي المعلول الاول يعني هي العقل السابق على غيري لان المعنى الاول يجب ان يكون علة فاعلية لما بعده. يعني له وظيفة يوجد العقل الثاني والنفس والفلك التي لا تصلح ان تكون فاعلا. نعم نعم. والى هذا القسم اشار بقوله ولما الولي ولا انما ولا لمن تفت صلاحية التأثير عنه. نعم. يقول وفي المتن وادلة وجوبه مدخولة كقولهم الواحد يزرعون امرا ولا صدق لمشروط باللاحق في تأثير وجوده اشار الى المادة ولا لمن تفت صلاحية التأثير. يعني اولا الجسم نفاه اه ولا لمن تفت صلاحية التأثير عن الاشارة الى المادة نعم المادة ليست لها صالحة التأثير لانها قابلة اي لا سبق للمادة التي لا تصلح ان تكون فاعلا. واذا لم تكن سابقة لم تكن هي المعلول الاول لما بينا ان المعلول الاول سابق على غيره من المعلومات اذا الجسم راح المادة راحت والصورة لا تنوجد الا في مادة. اذا انتفت المادة انتفت الصورة اذا لم تصلح المادة للفاعلية لا تصلح الصورة لان الصورة فقيرة الى المادة. واما الثالث فلان الصورة مفتقرة في فاعليتها وتأثيرها على المادة هي فقيرة كيف تكون? هي العقل الكبير لانهما يعني المادة والصورة انما تؤثر اذا كانت موجودة مشخصة والصورة لا تتشخص الا في مادة وانما تكون كذلك يعني متشخصة فاعلة اذا كانت مقارنة للمادة فلو كانت الصورة هي المعلول الاول السابق على غيره لك انت مستغنية في عليته عن المادة وهو محال فقيرة الى المد الفقير هو الذي يوجد العقل الثاني والفلك والنفس فالحاصل ان الصورة محتاجة في وجودها الشخصي الى المادة فلا تكون صادقة على المادة وعلى غيري ولا على غيرها. من الممكنات لاستحالة اشتراط السابق باللاحظ. وهذا كما جاء في المدن ولا سبق لمشروط باللاحق في تأثيره في وجود ان لا لا سبق لمشروط باللاحق يعني الصورة مشروطة بالمادة والمادة ستأتي بعد لاحقة في تأثيره وجوده نعم ولا صدق لمشروط اي الصورة باللاحق اي بالمادة في وجوده واما الرابع يعني النفس فلان النفس انما تفعل بواسطة البدن. نفس الصورة فقط النفس مجرد صورة ليست مجردة. فلو كانت هي المعنى الاولى كانت علة لما بعدها من الاجسام فتكون مستغنية في فعلها عن البدن فلا تكون نفسا بالعقلان وهو محال نعم اذن الناس بلي لا متورطة بالبدن فتكون فقيرة الى البنان فلا تكونوا فاعلا. فهي اذا مشروطة باسرها بالاجسام نعم هنا مكتوب في المتن بأسرها لكن المخطوطة اه ميم دال صادقة مزيم شين مخطوطة كثيرة مشروطة بتأثيرها. وهذا الصحيح. فهي اذا مشروطة بتأثيرها بالاجسام. يعني يجب ان تكون في بدن فلو كانت صادقة عليها على المادة لكان السابق مشروطا باللاحق يعني هو سابق ومسبوق في تأثيره المستند اليه وهو محال اذا كانت النفس هي الفاعلة فيما بعدها ان تكون المادة مع النفس وبعد النفس. هذا هو السبق ولحوق والى هذا اشار بقوله ولا سبق لمشروط اي النسب اللاحق اي الجسم في تأثيره وكذلك الصورة نفس الشي نعم نفس الشيء فيبقى ماذا? العقل فقط اذا انتفت يبقى العاقل اه هذا قياس شرطي انفصالي يعني اما هذا وهذا قبضت الباقي يبقى الواحد سريعا نقرأ لأن انتهى الوقت نقرأ الخامس نعم. واما الخامس العرض ان شاء الله يأتي في محله.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