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سبحان الله يا الله والحمد لله الله يا الله سبحانه الله يا الله والحمد لله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كنا في اثبات العاقل على مبنى حكيم قرره المحقق الطوسي وانا اعيده باختصار حتى نصل الى الخامس يعني الاعراض القاعدة ما هي? قاعدة الواحد لا يصدر منه الا الواحد فيصدر من الذات لانه بسيط من جميع الجهات واحد فقط لان القاعدة تقول الواحد البسيط من جميع الجهات له جهة واحدة فقط منها يتم الصدور الى كثر الصدور تتعدد الجهات يؤدي هذا الى التراكم في الذات المقدسة ونحن بنينا على البساطة اذن فيه شيء واحد صدر فقط الدليل يقول الواحد لا يزرعنا الواحد لكن نوعية هذا الواحد لا ندريها يجب ان نبرهن عليها نبرهن نبرهن عليها بقياس اه شرط منفصل تقول الصابر من العلة المطلقة او من من المؤثر المطلق بين قوسين الله تعالى اما عقل واما جسم اما سورة اما مادة واما نفس هذه هي الجواهر الخمسة نبدأ الان بالادنى وهو المادة يعني الهيولد هنا يقول هيولا محظ قوة لا يمكن هي التي تصدر لماذا? لانه اذا صدرت وتعينت هي كذلك تخلق باذن الله والمادة قابلة وليست فاعلة لا يمكن ان يكون القابل يعني لمحض القوة يكون فاعلا. تجتمع فيه الفعلية والقوة من جهة واحدة اجتماعا اذا المادة تنتفي. الصورة كيف سورة يقولون لا تتصور لوحدها دائما مع مادة فاذا اوجد الله تعالى الصورة فيوجد المد مع فصدر اثنان او بعد اه بغير صدور صدور الاثنين الصورة كذلك كيف تحقق لا تحقق الا اذا كانت في مادة نعم فهي تكون ظعيفة لا يمكن ان يصدر عنها عقل تان وعقل الثالث وهكذا الجسم مركب من المادة والصورة الجسم كذلك في بعد مادي لا يكون فاعلا بعد الفاعلية الثانية النفس المتعلقة بالبدن اذن المادة والجسم لأنه فيه مادة والصورة لا تصول الى مادة والنفس فيها ابدا يعني في مادة هذه لا تصلح لان تكون فاعلية مطلقة تمام الفاعلية بعد الفاعلية الالهية. يعني بعد الفاعل الاول فيبقى فقط معقوب مخلوق محض الفعلية لا قوة فيه مطلقا. تبقى فرضية والاعراض الاعراض قائمة بالجوهر فاذا صدر من الله تعالى الاعراض يعني الاعراض اين تكون? في فراغ لا يجب ان تكون في جوهر الجوهر متوقف على صدور الاعراض والاعراض متكئة على الجوهري يلزم الدور لحوقها اه سبقها لحقوق وصلنا الى الخامس وهو الأعراض اه واما الخامس فلان العربة هذا هو الخامس. بطلنا المادة والصورة والجسم والنفس فبقي ماذا? العرب فان العرض محتاج في وجوده الى الجوار. لان طبيعة العرب المتكئ على الجوار فلو كان المعلول الاول عرضا اذا بنينا على ان الصادر الاول اه عرض لكان علة للجواهر لانه بعد هو الذي يوجد الجواهر الدينية كلها فيكون السابق السابق يعني العرض مشروطا في وجوده باللاحق لأن العرض قائم بغيره متى يتعين الجوهر بعد فاعلية العرض فيكون سبق ولحوق من جهة يحتاج يحتاج الى الجوهر ومن جهة اخرى الجوهر يحتاج اليه هذا هو السبق واللحوق فاجتماع النقيضين وهو باطل بالضرورة اشارة الى اجتماع النقض. يعني العرض اذا صدر مستقل عن الجوهر يعني عرض وليس بعرض نعم. فالجوهر يكون اذا كان في جوهر فالجور يكون سابقا ويكون لاحقا نعم لماذا يكون لاحقا? لانه سيخلقه سيوجده العرب المسألة واضحة جدا يقول باطل بالضرورة يعني بالشهود واليه اشار بقوله في المتن ولا سبق لمشروط باللاحق في تأثيرهما ولا سبق لمشروط باللاحق في وجوده فالحاصل يعني النهاية ان السورة والعرظ مشروطان بالمادة والجوهر لف ونشر مرتب يعني المادة تعود الى الصورة والجمهور يعود الى العرب فلا يكونان يعني المادة والصورة للعرض والصورة نعم لا يكونان سابقين في اه سابق عليهما في المخلوقية. نعم على المادة والجوار والنفس بقيت النفس والنفس انما تؤثر بواسطة الجسم يعني البدن هي متعلقة بالبدن فلا تكون متقدمة عليه. متقدمة على البدن. تقدم العلة على المألول والا استغنت في تأثيرها عن الجسم الناس لا تتصور لوحدها معنى نفس لوحدها نفس دايما متعلقة بالبدن اذا عرفت هذا الدليل فنقول بعد تسليم اصوله اذا بينا استلمنا الاصل ما هو قاعدة الواحد انما يلزم لو كان المؤطر موجبا. اما اذا كان مختارا فلا فان المختار تتعدد اثاره وافعاله. وهي سيأتي الدليل على انه مختار المحقق التونسي هنا والعلامة الحلية يقولان هذه القاعدة لا يمكن تجريف في الذات الالهية يعني اذا صدر عنه واحد فاختياره محدد فيكون مضطرا موجبا والله مختار فله الاختيار ان يوجد الكثير المسألة ليس في ايجاد الكثير الكثير كثرة الواجد. الكون مملوء بالكثرة لكن الحكمة كيف هل تقبل ان يصدر الكثير من واحد بسيط فيلزم التراكم في ذاته هذا غير معقول لا القاعدة متينة جدا وقبلها المحقق التونسي في الفلسفة واما الاختيار لا الاختيار ليس جزافيا الاختيار وفق الحكمة الله يختار ان يوجد الكثرة حتى يتركب منه الجهات الاختيار يخرب الذات لا ابدا قال وقولهم دليل ثاني للحكماء على وجود العقل  قولهم استدارة  خلينا نقرأ السياق اللي على النحو وادلة وجوده مدخولة كقولهم كقولهم وقولهم نقطتان استدارة الحركة توجب الارادة المستلزمة للتشبه بالكامل نعم ثم يعلل اذ طلب الحاصل فعلا او قوة يوجب الانقطاع هذا بيناه فيما مر ونعيده اه كيف تحصل الفصول الاربعة في الارض يجب ان تدور الافلاك واذا دارت الافلاك ووصلنا الى اه فلك الشمس والقمر الشمس اذا دورها فلكها فتتحرك فتبتعد عن الارض وتقترب في الماضي يقولون اه هي تبتعد ولكن الان هي الارض بتاعت المهم المهم عرفا تبتعد اذا ابتعد ابتعدت كثيرا شتاء متوسط خريف اذا اقتربت قليلا ربيع اذا اقتربت شديدا صيف فتأتي هذه الفصول الاربعة فتحي الامور ومنها الانسان فيعيش الانسان هذه الحكمة الخلقية كيف تحدث هذه الحركة في الافلاك? يقولون النفس النفس تحرك الفلك حركة الدائرية وضعية دائرية يعني وضعية لا هي الدائرة حركة على الاستقامة يعني لا حركة طبيعية وطبيعي يعني بدون ارادة ولا حركة قسرية لأن الحركة ليست قصرية في الطبيعة لا تقتضيها. فمجرد يرتفع القصر تعود ترمي حجر الى السماء هذه حركة قسرية ثم تصعد وترشح الحركة الطبيعية ليست ليست ارادية كيف عرفت ان الحركة الوضعية ارادية لأنها شوف تدور كدور يعني في ارادة هي التي تدورها ووضعية دائرية لا تنتهي. يعني اذا وصلنا اه انطلقنا من الف ندور ونرجع الى الف ثم نرجع الى الف تبقى النفس تتحرك بهذا الفلك لان النفس مادية ماديا في فعلها تتحرك تتحرك تتحرك بدون انقطاع كلما تحركت خرجت من القوة الى الفعل من القوة الى الفعل من القوة الفعلية لتكامل تكامل تكامل تكامل</w:t>
      </w:r>
    </w:p>
    <w:p>
      <w:r>
        <w:t>تتكامل لغاية ما هي الغاية يلزم الغاية تكون كذلك خالية عن المادة لا تتحرك وهو العقل تريد ان تتشبه بكمال العقل ولا تستبعد هذا الامر. طبعا مبنية على الفلك القديم وكذا. لكن في العرف موجودة العرف موجودة الان انت هذا لاعب كرة القدم رونالدو غير ميسي يعمل تصريح دشار شباب يقلدونه ممثلة امريكية تعمل تسريحة شعر خاص ملايين البنات يقلدون هذه الفنانة كيف جاءت هذه الحركة? يعني يتحركون ويروحون الى الحلاق والى الحلاقة ويدفعوا الأموال كلها حركة من اين تشبها بالممثلة او بهذا هذا لاعب الكورة الفنان يريد ان يعمل هذه التصريحات تسريحة الشعر البنت او الذكر طبعا هادي كمالات وهمية في النفس حسب الفلاسفة كمالات حقيقية جمالات حقيقية ليست وهمية. اما هذا الابن وهذه البنت يقلدان الفنانين هذه حركات حركات وهمية لكن المبدأ وهو المبدأ وهو نعم يقولون احد الفنانين الكبار هوليود هذي في الاربعينات والخمسينات فتقطع قميصه في الفيلم تقطع القميص فما وجدوا اللباس الداخلي بلباس داخلي بين الجلد والقميص عادة مصنوع من القطن او الصوف فلما قطع القميص ما كان هاد اللباس الداخلي اذا هذا الدكاكين اللي تبيع اللباس الداخلي فلست يعني ما بعد لماذا تقليدا لهذا الفنان؟ ولعل هو سهو لم يلبسه او عندو حساسية لا ادري لعلة ما لكن بمجرد اكتشفوا انه لا يلبسه تصورون هذا كمال يتشبهون بهذا الفنان فتركوا هذا اللباس الداخلي هذه امور واقعيا قد تكون في كمال حقيقي وقد تكون في كمال اه وهمي وقولهم استدارة الحركة يعني الحركة تدور استدارة في شكل دائري يعني حركة وضعية توجب الارادة. يعني هذه الحركة الاستدارية اه تستدعي الارادة. والارادة في العاقل يعني النفس نعم المستلزمة للتشبه بالكامل. لماذا تدور وهذه الدوران لا يقف دائما من القوة الى الفعل من القوة الى الفعل من القوة. يعني بمجرد ان تخرج من قوة الى فعل قابلية اخرى جديدة تتعين وتتحرك وتتحرك دائرية دائرية تقف ودائما تتكامل تتشبه بمخلوق له تمام الكمال من نوعه  نعم المستلزم للتشبه بالكامل اذ طلبوا الحاصل فعلا او قوة يوجب الانقطاع يعني انت الان بمجرد ان تصل الى كمالة الوقت توقف توقف الحركة الحركة اذا وصلت الى الغاية والكمن انتهى اذا وهذي دورانية لا تتوقف اذا ليست حركة اه ليست حركة من سلخ الحركة الطبيعية او الحركة اه غير الارادية وغير الممكن محال وغير الممكن محال لتوقفه على دوام ما اوجبنا انقطاعه نعم فانت الان اذا وصلت الى الكمال  من غير الممكن انت تكمل الحركة. وصلت الى الكمال اما بالفعل او بالقوة يوجب الانقطاع وغير الممكن وحال توقفه على دوام ما اوجبنا انقطاعه وعلى حصر اقسام الطلب يعني اقسام الطلب محصورة مع المنازعة في امتناع الطلب المحال اذا هذه الدائرة للنفس لا تقف ارادية اولا يعني نفس يعني عاقل هذا الذي يتكامل. باعتباره متعلق في البدن لا يكون عقلا يكون نفسا. فتدور تدور بارادتها تدور الفلك حتى تتكامل النظرية صحيحة غير صحيحة لا يهمني هذا الأمر الذي يهمه هذه المسألة ان الطالب يجب ان يتعلم كيف يعالج العقل البشري المعضلات قد يستخدم اه اليات عبقرية جدا جميلة وان كانت اه خاطئة لا بأس انه يخطئ انه ليس بمعصوم نعم الانتي لا كلام العلامة الحلي اطرب في شرح هذه العبارة وطول المسافة نروح معه خطوة خطوة حتى نفهم هذا المطلب. المطلب بيناها بإجماله فقط التطبيق على العبارة عندنا نفس واعية مريدة دليل على الارادة لان الحركة دورانية يعني هي تتحرك وبالارادة تدور تدور تدور تدور الفلك ولماذا وضعية لانها لا لا تقف كمال بعد كمال بعد كمال السر ما هو? لانها عاشقة لهذا العقل كمالات هذا العقل يجعلها تتحرك هذه الحركة الدورية نعم اذا ليست طبيعية بدون ارادة وليست قصرية من القصر بمجرد ان ينتفي القاصر اه ترجع الى طبيعية اذا ارادة والارادة تستدعي اه فاعل عاقل وهو النفس انها متعلقة بالفلك مادي ثم آآ الكمال اذا كان اه منقطعا يعني وصلنا اليه اه ما تكون حركة وضعية هاكا حركة على الاستقامة وصلنا الى باعتبار ان هذه النفس عاشقة لكمال اه وهي متعلقة بالبدن لا تصل الى نهايته تبقى تتحرك عاشقة لكمالته. الحركة الدورية تدور كل الافلاك واذا دار فلك الشمس تتحقق الفصول الاربعة هنا وننعم به خيرات هذه الفصول الاربع كلها فيها خير نعم اه نبدأ بالربيع نحرث الأرض نضع البذور ثم تأتي الشتاء السقي ثم الرابع تخرج هذه البذور فبراعة ثم تكتمل في الصيف نحصد يبقى نوعنا ولا ينقرض دققوا جيد مع الاعلام الحلي في التطبيق والتطبيق على المد. اقول هذا هو الوجه الثاني من الوجوه التي استدلوا من الفلاسفة بها يعني بهذه الوجوه بها بهذه الوجوه على اثبات العقول المجردة مع الجواب عنه. يعني نحن نقرر ثم نجيب وتقرير الدليل ان نقول حركات السماوات ارادية. السماوات يعني الافلاك ارادية يعني الفاعل عاقل نعم يعني فيه تجرد وهي النفس لانها مستديرة. لماذا اراديا? لانها مستديرة ولهذا انت بالسيارة الى دارت السيارة على اليمين او على اليسار في مرتكزاتك انه في سائق والى السيارات لا تدور على اليمين ولا على اليسار لوحدها وكل حركة مستديرة ارادية لان الحركة اما طبيعية او قصرية طبيعي يعني بدون ارادة قصرية يعني خلاف في الطبع وكذلك غير ارادية غير ارادية وغير واعية والمستديرة والمستديرة لا تكون طبيعية لماذا? لانه كيف تغيرت? كيف دارت مفروض الفلك يتحرك على استقامة من دوره حتى يتحرك حركة وضعية والمستديرة يعني الحركة المستديرة لا تكون طبيعية. لماذا? التعليل لان المطلوب بالطبع لا يكون متروك بالطبع. يعني اذا تحرك الطبع الى نقطة لا يدور ولا يتخلى عنها. معنى الحركة الاستدرالية تخلي عن نقطة يعني نصل الى الف نتخلى عنها وانظر نعم وكل جزء من المسافة في الحركة المستديرة فان تركه بعينه هو التوجه اليه. هذه هي الحركة مثلا عندك انا تركت الف ادور وارجع الى الف نعم يقول فان تركه بعينه هو التوجه اليه. هذه الحركة الاستدارية. وصلت الى باء تتركه وتدور وترجع اليه. هذه الحركة الدورية واذا انتفت الطبيعية يعني ليست حركة الفلك حركة طبيعية. انتفت القصرية لان القصر هي حركة طبيعية في غير اتجاهها. في في غير ما تقتضيه الطبة لان القصر على خلاف الطبع. نعم ترمي حجرة الى السماء. الحجر على على بطبعه ينزل. وانت ترميه يعني فيه قوة خارجية اه قصرته على هذي على خلاف ما في طبعه لان القصر يعني الحركة القصرية على خلاف الطبع وحيث لا طبع فلا قصر. يعني اذا انتفت الحركة الطبيعية انتفت الحركة القسرية. فثبت انها ارادية والارادي يعني فيه نفس وكل حركة ارادية فانها تستدعي مطلوبا غاية مطلوب غاية نعم ولان العبث لا يدوم العبث لا يدوم يعني بينا هاد العبث العبث في الفاعلية</w:t>
      </w:r>
    </w:p>
    <w:p>
      <w:r>
        <w:t>نعم وذلك المطلوب يجب ان يستكمل الطالب به. نعم دائما نتحرك نحو غاية للتكامل والا لم يتوجه بالطالب نحوه هذه قاعدة تكوينية قاعدة تكوينية قاعدة حتى بنيوية وانت تخرج الى الشارع تجد الناس في حركة سبب هذه الحركة كله الوصول الى غاية يتعقلون الكمال او يتوهمون الكمال نعم  انسان آآ الكد على عياله كالمجاهد في سبيل الله روح للعمل مسكين حتى يعيش كرامة هو واولادو. واحد يروح الى ماذا؟ الى الى تلك الجهات حتى يلبي غرائزه الحيوانية هذا يتحرك نحو اه كمال غرائزي لا يكون كمالا ثنيا كمال وهمي داك لا كمال انه يكون يعيش كريما فاما ان يكون كمالا في نفسه اولى يعني ما نطلبه يعني الغاية والثاني محال لا يكون كمان في نفسه هذه قاعدة كل ما نتحرك نحوه هو كمال لكن قد نشتبه في المصداق من حيث البصيرة نتحرك في الكمال الوهمي ونتصور انه كمال اه انساني كمال عقلي يليق بشأننا نعم يقول فاما ان يكون كمال في نفسه او لا يعني لا يكون كمالا والثاني محال مستحيل تتحرك في اتجاه اه ما في كمان والا لا جاز عنقطاع الحركة لماذا الحركة توقف مجرد انه الانسان يتحرك ويكتشف ان هذه الحركة لا تؤدي به الى الكمال. يتوقف لأنه لابد وان يظهر يظهر لذلك الطالب ان ذلك المطلوب ليس بكمال في ذاته فيترك الطلب يترك الطلب تخيل انت الان يسمع في الراديو ان في كربلاء شركة فلانية تريد عمال. وهو عنده هذه الكفاءة نعم يتحرك مسكين الى كربلاء ياخذ السيارة اجرة ويروح الى كربلاء. في وسط الطريق الراديو يقول اه الشركة اليابانية او الالمانية فسخت العقد مع الدولة وتركت المحل ويتوقف ويقول للساق يتوقف خلاص فاذا ذهب الى كربلاء ليس لهذه الشركة لزيارة الامام الحسين عليه السلام او يتوقف لماذا? لان ما فيه كمال. هذه امور كلها تكوينية كلها حقيقية فيترك الطلب. واذا كان المطلوب كمالا حقيقيا في مقابل وهمي دائما يحصل بالكلية وهو محال دفعة واحدة لا بالتدرج وهذه هي الحركة الدائرية. نقطة بنقطة والا لوقفت الحركة لانه اذا دفعة واحدة خلاص فيجب ان يحصل على التعاقب. التعاقب يعني التدرج. كيف يفهم القضية على من حلي بلسان الفيلسوف يتكلم هنا. يقرر المطلب اذن كيف بالتعاقب? نبدأ بالف نذهب الى الف واحد الف تنين الف ثلاثة الف ربعة هكذا هكذا الى الف الف الف مليار ودائما في تكامل ولما كانت كمالات الفلك الذي يدور حاضرة باسرها سوى الوضع لانه كمال في جوهره وباقي مقولاته يعني من الاعراض غير الوضع فإن اوضاعه الممكنة ليست حاضرة بأسرها ليس دفعة واحدة يعني ينتقل من وضع الى وضع. اه من وضع الى وضع وضع الف وضع الف آآ واحد الف اثنين وهكذا. وهذه هي الحركة الوضعية والدائرية الا وضع يحصل له الا وهناك اوضاع لا نهاية لها معدومة عنه. يعني معدومة يعني لم يصل اليها بعد ولا يمكن حصولها دفعة فهي انما تحصل على التعاقب يعني على التدرج واحد بعد واحد ثم ان الفلك لما تصور كمال العقل ليس الفلك هنا منفرق للنفس هكذا انا قرأت هذه المسألة في شرح الاشارات للمحقق التوصي ثم ان الفلك يعني نفس الفلك ليس الفلك المادي لما تصور كمال العقل يعني لان الفلك كمادة لا يتصور نعم النفوس الفلكية وانه لم يبقى فيه شيء بالقوة الا وقد خرج الى الفعل اه فعل اشتياق يعني يعشق يشتاق الى التشبه به في ذلك في ذلك الكمال ليستخرج ما فيه بالقوة الى الفعل دائما يدور يدور يدور كل ما دار كلما ترقى فيه ترقى في الكمال نعم. تلقى في الكمال. ولهذا تجد شبابنا بيتهم كلها يضيعوها في تتبع هذا اللاعب الفلاني والفنان الفنان الفلاني والمغني الفلاني بعد ما يكبر وينضج يجد ان هذا كله وهم وهراء وهو كان يتابع يقول انا تابعت هذا الفنان تابعت هذا الفنان تابعت هذا الفنانة ما حصلت على شيء لان تبعت الاوهام هذا التتبع تدرجي نعم تدرجي لانه يشتاق الى كماله ولما تعذر ذلك دفعا استخرج كماله. يعني هذا الفلك او النفس في اوظاعه على التعاقب درجة درجة نقطة نقطة وبالتالي تكون حركة دائرية. نعم فقد ظهر من هذا وجود عقل يتشبه به الفلك عن النفس الفلكية في حركتها اذا تحركت حركة الفلك. اذا هي تريد الفوقاني باعتبار حركة الفلك تجي خيرات التحتانية وهي ماذا? على وجه الأرض تعاقبا للفصول الأربعة فان كان واحدا لزم تشابه الحركات الفلكية في الجهات والسرعة والبوط وليس كذلك فيجب وجود عقول متكفرة بحسب تكثر الحركات في الجهة والصرع والبطء. يعني كل فلك له نفس يتحرك نحو عقلي الفلك الاول الفلك الفلك الافلاك اه انا ما في كواكب فقط فارغ بقى عنده نفس الفلك الثاني داخله في داخله عنده نفس نفس ثانية دالية الى الوصول الى القمر فلك القمر نعم فان كان واحدا لزم تشابه الحركات الفلكية في الجهات والسرعة والبطء. وليس كذلك الافلاك لا تتشابه في حركاتها وليس كذلك يعني لا تتشابه في الحركات فيجب وجود آآ وجود عقول متكثرة بحسب تكثر الحركات في الجهاد يعني حركات الافلاك اذا كنا في الافلاك العشرة عندنا عشر عقود. اذا كنا افلاك لا حد لها مجرات لا حد لها عقول لحد الان نعم تتكثر الحركات في الجهة والصلع والبول. نعم هذا هو الدليل هذا هو الدليل وبينت بينته لكم بالعرف نعم فاصل القاعدة صحيحة الخطأين هل هذه الافلاك صحيحة هناك نفوس متعلقة بالافلاك هذه الامور مصداقية اما القاعدة صدقوني موجودة لان الله تعالى صنع الموجودة التي تتكامل يجب ان يكون عندها مثالا يجب ان يكون عندها مثال تقتربه. ولهذا اذا ظهر الامام سلام الله عليه الامام المهدي سلام الله عليه الانسان ياكلها تتخربط اتخربط تحدث لها شوق وعشق للامام كلهم يوالون حتى الملحد فطرته تستيقظ ويوالي الامام لانه يرى الكمال الرائع والراقي هناك نعم نكمل البحث ان شاء الله في الحصة القادمة. والسلام عليكم ورحمة الله وبركاته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