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 اعزائي الطلاب السلام عليكم ورحمة الله وبركاته وفقنا الله تعالى واياكم لكل خير ما زلنا في هذا المبنى وهو اثبات العقل ثم يقول لا يقال اشكال بين التقرير ورد المبنى لما لا يتحركوا لاجل نفع السافل يعني هذه النفس تحرك الفلك لاجل ما هو ادنى منها. مثلا الارض نعم قلت لكم ان النفس ترى فقط العاقل ما فوق طب لا تلتفت الى الارض لكن العناية الالهية هندسة هذا الامر اذا دار الفلك تأتي منافع دانية وهي الفصول الاربعة حتى يبقى الانسان ويستمر هذا الانسان خليفة خليفة الله اما النفس لا تنظر الى ما هو اسفل لان القاعدة العقلية ماذا تقول? ان العلي لا يشتغل لاجل السافل نعم تقول لما لا يتحرك يعني الفلك تحركه النفس لاجل نفع السافل او لما لا يختلف في السرعة والبوط والجهة لذلك يعني لنفع السافل لان نقول الفلكيات اشرف من هذه من هذا العالم العالم باعتبار المادة طبعا ليس باعتبار وجود الانسان الكامل فيه ويستحيل ان يفعل العالي شيئا لاجل السافل. قد تقول شيخنا العزيز لماذا اه العاري لا يعمل لاجل السافل يقولون لي اذا اذا عمل لاجله يعني يجعله غاية في حد ذاته فيتكامل يعني السافل يحرك العالي حتى يكسب كمالات لا لا يمكن تخيل الله تعالى يخلق هذا الإنسان حتى يتكامل ابدا لان العالي لا يستكمل بالسافل ابدا نعم لاننا نقول الفلكيات يعني عالم الفوقاني اشرف من هذا العالم المادي الداني ويستحيل ان يفعل العالي شيئا لاجل السافل هذه كبرى والا لماذا والا كان مستكملا به فالكامل مستكمل بالناقص هذا خولف النقص يعطيه الكمال فلا يمكن ان تكون الحركة في اصلها ولا في هيئتها من حيث السرعة والبطء والجهة اه لاجل نفع السافل فهذا التقرير الدليل بعدما ناقش الاشكال هذا هو تقرير الدليل الجواب الجواب على اصل الدليل على اثبات العقل والجواب ان هذا مبني على دوام الحركة ونحن قد بينا حدوث العالم فيجب انقطاعها فبطل هذا الدليل من اصله من اين عرفت ان تبطل هذه الحركة الدورية؟ بمعجزة الهية خرق الكون هذا ان تتغير الارض غير الارض وغير الارض نعم. هذه تدخل اعجاز الهي لكن ان نتكلم في بقاء النظب الطبيعي ابدا لولا هذا الاعجاز خرق الطبيعة لا يمكن لهذه الحركات ان تتوقف تبقى نعم وايضا فهذا الدليل يتوقف على حصر اقسام الطلب والاقسام التي ذكروه ليست حاصرة نعم اقسام الطلب يعني هذه النقاط التي تأتي بالتدرج من الف الى الف واحد الف جيم او ثلاث نعم. يقول اه فهذا الدليل يتوقف على حصر اقسام الطلب والاقسام التي ذكروها ليست حاصرة يعني اما ان يطلب يطلب الموجود او غير الموجود يعني المحال او لا الممكن ولكن الممكن الذي يتحقق بالتدرج وليس بدفعة واحدة. سلمنا لكن لما لا يجوز ان يكون الطلب لما يستحيل حصوله او لما هو حاصل ولا شعور للطالب بذلك ونمنع وجوب الشعور بذلك هادي كلها صدقوني اشكالات من العلامة الحلي اشكالات اه جدلية وليست اه بامور هنية هو بين لك المسألة ابدا يقول نحن بطلنا ان تكون هذه الحركة طبيعية لان الحركة الطبيعية تتوقف في كمال ولا تكونوا كذلك قسرية لان القصرية هي هي طبيعية في غير في سياقها نعم اذا رجعت الى الطبيعة فاذا رفع المانع يعني القاصر تصير طبيعية نعم. اذا هذه من صدق اخر وهي ارادية. يعني فيه الناس تحرك الفلك بارادتها وتدوره بطريقة لا تقف في كمالاتها وهذا الكمال لا يمكن يحضر دفعة واحدة لأنها تتوقف اذا حتى لا تتوقف يجب ان يكون بالتدرج. هذا هو التقرير نعم سلمنا لكن لم لا يجوز ان يكون الطلب لما يستحيل حصوله او يستحيل حصوله كيف يكون يعني؟ كيف الإنسان يطلب شيء يستحيل حصوله؟ غير معقول يعني انت تتحرك الى كمال وتعرف ان هذا الكمال يستحيل حصوله ابدا لا تتحرك ابدا لا تتحرك. تخيل انت الان انسان يريد يقبل القمر ها يريد يقبل القمر مجنون يريد يتقبل القمر فيعرف انه مستحيل للبعد الشاسع صم لا لا يتحرك نحو هذا الامر الا اذا كان مجنونا اذا الأمر مستحيل لا يمكن الحركة اذا كل آآ ايرادات جدلية لما لا يجوز ان يكون الطلب لما يستحيل حصوله? ابدا غير معقول نظام الكون الحركة دائما لامر يمكن اه الوصول اليه. اما يستحيل فلا لماذا? لان لا معنى للطلب ولا معنى للحركة او لم? يعني كأنه لعلام الحين استشعر ان هذا آآ شنيع او لما هو حاصل هو حاصل ولا شعور للطالب بذلك يعني كيف يتحرك لما هو حاصل? تحصين عصرنا مع الاسف وكيف يتحرك وهو ليس شاعرا بذلك قلنا هذه ليست حركة طبيعية خلاص. نحن الان في حركة ارادية يعني حركة فيها وعي ونمنع وجوب الشعور بذلك كيف تمنع الوجوب بالشعور؟ ويقول لك حركة ارادية وانت تنقض عليه لماذا? بالحركة غير الارادية ثم نقول لا نسلم ان الحركة الفريكية دورية فلما لا يتحرك على الاستقامة والله لا ادري لا ادري هل علام الحين كيف يؤمن بان الحركة الفلكية حركة استقامة وكل علماء الفلك يقولون الحركة الدائرية نعم حتى الان اكتشفوا ان الكرة الارضية تدور حركة دائرية حول الشمس والشمس كذلك تدور في مستقر مستقر لها حركة دورية اذن كل هذا المهم انا ندمر مبنى للفيلسوف نعم فالمعرفة اذا كانت عنادية الانسان لا يصل نعم يقول فلما لا يتحرك على الاستقامة? شيخنا العزيز سلمنا انها دورية يعني هو يستشعر انه هذه كلها جدليات فلما لا تكونوا قصريا? اي يعني الافلاك قسرية من يجعل الفلك اه يدور قصريا باي قوة هذه? اي قوة بالله عليك? يعني هذه قوة يجب ان تكون قوة الشريك البالي نعم فلما لا تكونوا قصريا? قوله انتفاء الطبع يقتضي انتفاء القصر. نعم اذا كانت لم تكن حركة طبيعية لا تكن حركة قسرية لان الحركة القسرية ما هي? هي نفس الطبيعة بحركة على خلاف طبعها مثلا الحجر طبيعة. ارميه انت ماسك حجر الطراميل تنزل تنزل طبيعيات القديمة تقول تبحث عن مكانها المناسب الطبيعية الجديدة تقول جاذبية لا يهمني الالية الان المهم الطبيعة تنزل اذا رميتها فوق هذا الحركة القصرية لكن طبيعة واحدة هي طبيعة واحدة يعني في الحركة الطبيعية ليست ارادية في الحركة القصرية ليست ارادية الحركة الدائرية يجب ان تكون ارادة هنا ممنوع فان حركة المحوي بالحاوي حركة قصرية. وان كانت بالعرظ دخل الى الفلك هناك قلنا فيه في آآ في رسوم هذه اذا رسموا هذه الافلاكة دي الانابيب الظخمة العملاقة</w:t>
      </w:r>
    </w:p>
    <w:p>
      <w:r>
        <w:t>نعم تخيل هذا الانبوب كم هو؟ بداخله الشمس الشمس تدور على نفسها وآآ اه الكوكب يدورها يدورها وهي تدور في نفسها عندها حركة حركة نفسية وحركة فلكية والشمس ضخمة جدا هذا الانبوب كيف يكون? ولهذا قال علماء الفلك هذه انابيب فرضية فرضها الذهن لفهم المطالب الفلكية وليست لها واقعية محسوسة ومادية المهم المحوي والحاوي فيه رسومات على مستوى الافلاك آآ تجد الشيء رسم يعني حالة فلكية تنطوي على حركة على حالة فلكية اخرى. الذي ينطوي يسمى الحاوي والذي ينطوي تحت يسمى المحوي. اذا تحرك الحاوي يتحرك المحوي اه قسريا نعم. يقول ممنوع فان حركة المحو بالحاوي يعني الحاوي يحرك المحوي. حركة قصرية وان كانت بالعرظ لماذا? لان الحاوي يتحرك بالذات ويتحرك بالعرظ المحوي وهي دورية يعني نقض عليهم بالمصداق نتوما عندكم آآ قرأتم بالمنطق مربع ارستو او مربع التناقض الموجب الكلية تنقذ بسالب الجزئية نعم تقول كل انسان شاعر كل انسان شاق. تأتي بشخص واحد ليس بشعر راحت هذه الكلية او تقول لا شيء من الانسان بشعر. تأتي بالجواهري الشاعر الجواهري. هذه السالبة الكلية تنتفي فالنقض بالجوز ايا اه انقض عليهم بالجزئية ان الحاوي يتحرك يتحرك معه اه المحوي ويتحرك حركة دورية وقاصة ريا. فقولكم ان الحركة دورانية ارادية انتقدت بماذا? انتقدت حركة المحو الذي تحت الحوي سلمنا يجيبونهم على هذا المبنى يجيبون على هذا المبنى نعم وهي ليست حركة قسرية حركة ارادية فلكية. سلمنا لكن الحركة ليست مقصودة بالذات بل انما تراد لغيرها فلما حصلتم ذلك الغير في استخراج الأوضاع بطريقتا طبيعة الحركة الوضعية هي هكذا تدرجية نعم سلمنا لك الحركة ليست مقصودة بالذات. طبعا الحركة مقصودة للكمال للوصول الى الكمال بل انما تراد لغيرها نعم فلما حصرتم ذلك غير في استخراج الأوضاع? نعم استخراج الأوضاع يعني من نقطة الى نقطة حتى تكون حركة الدائرية ولما لا يجوز ان تكون للفلك كمالات غير الأوضاع معدومة كالتعلقات المتجددة تلك التعقلات المجددة وهذا الكلام يعني يكون للفلك طبعا ليس للفلك هنا في تصوري فيه حذف اه الفلك يعني هو ممكن في ذهنه العلامة الحلي اه الفلك يعني نفس مع هذا الأنبوب التي انا قلت لكم هذا محض فرضية وليس له واقعية يقول ولما لا يجوز ان تكون للفلك كمالات غير الاوضاع معدومة يعني يصل اليها معدومة يعني يتحرك نحو غير موجودة يصل اليها حتى يحصلها كالتعقلات المتجددة تعاقلات بعدا يعني يتعقل الكمالات هذا هو الكلام الحكيم هذا هو هذه التعقلات يعني دائما تبحث عن كمال كمال بعد كمال كمال بعد كمال كمال بعد كمال اين تكون هذه الكمالات المتدرجة في الحركات الدائرية واذا كانت في حركات دائرية المتكامل او او المستكمل نفسه يعني عاقل مرتبط بالبدن. نفس عاقل مرتبط بالبدن يعني ناقص وايضا فانه على قدر خاص فباقي انواع الكم عنه اه معدومة وايضا فانهاء قدر خاص فباقي انواع الكم عنه معدوما وكذا كثير من انواع الكيف فلما اوجبتم الحركة في الوظع للتشبه تشبهه يعني اه تشابهه بالكمال كل هذه الاعراض مهما كانت الكمية كمية يعني اه اه انواع الكم عندك كم اه متصل وكان منفصل خلينا من المنفصل اعدك اللي معلوم متصل متصل يعني مساحات خطوط هذه فالفلك عنه هذه الامور لماذا انتم اخترتم فقط الدائرية وما اخترتوا لماذا يعني الفلك لا يتحرك هكذا بشكل مستقيم بيقول العراقيين قبل او يتحرك بنحو المساحة يعني يمسح مساحة لماذا يتحرك بشكل الدائري نحن قلنا الحركة بنحو مستقيم وبنحو المساحة تتوقف تاتوقف نصوص البنينة على ان الجسم متناهي اذا ما هي الحركة التي لا تتوقف في اجسام متناهية فهي فقط الحركة الوضعية يعني الحركة الدائرية يا العلامة الحلي نعم. يقول اه وايضا فانه قد على قدر خاص فباقي انواع الكم يعني كالاستقامة والسطح حتى الحجم عنه معدومة يعني يمكن ان يتحرك فيها. معدومة يعني يمكن ان يتحرك فيها ليست حاصلة ويمكن عندو عندو فاصلة يتحرك فيها. وكذا كثير من انواع الكيف الكيف يعني الكيف المحسوس الكيف المحسوس فلما اوجبتم الحركة في الوظع فقط الحركة في الوضع لان هي غير توقفية يا العلامة الحلي فلما اوجبتم الحركة في الوضع للتشبه باستخراج انواع الاوضاع ولم توجبوا استخراج باقي الاعراض من الكم والكيف لا تنفع الاستقامة لا تنفع سواء خطية سواء حجمية او سطحية وحتى الكيف مثلا الشفافية وغيرها والحرارة والبرودة وهذه الامور تا الفيلسوف اختار الحركة الوضعية لهذا السبب لان حركة بجسم متناه الا ان غير متوقفة غير متوقفة  بللة الايون يجون هنا آآ ما معناه في المخطوطات وهي اقدم من السوق في العبارة بل الالوان والمراد من الايون امكنة الافلاك يعني مصطلح فلكي امكنة الفلك يعني هذه النقط نعم ممكن جاية من كلمة العين مجموعيون بل الايون عنهم معدومة مع استحالة حصولها له عندكم فلما لا يجوز مثله في الاوضاع يعني العيون يعني الاين والاين والاين يعني الحركة في الإستقامة والحركة في المساحة مرة يتحرك على واحد نحو الاستقامة وراهي لا يمسح يمسح يمسح يقول هذه الفيلسوف يقول لا يقول لا يمكن لماذا? لانها اه منقطعة. نعم اه لا تكون هناك الحركة يقول سلمنا ذلك لكن لما اوجبتم وجود عاقل يتشبه به الفلك ولما لا يقال ان خروج الأوضاع كما المقصود له فيتحرك لطلبه من غير حاجة الى متشبه به. لا اله الا الله محمد رسول الله. يعني من العلامة الحل هنا آآ يعني انت الان تسأل هذا الشاب لماذا عملت هذه التسريحة شعر؟ يقول انا رحت ذهبت الى الحلاق وجزت في الحلاق وانتهى الامر اه وسوى لي هذه التسريحة ابدا لا يكون الأمر هكذا يعني هذا الشاب رأى الفنان الفلاني يعمل هذه التسريحة وكل خرط في خرطي يعني كمالات وهمية فهو يذهب الى الحلاق. يقول لك الذهب على الحلاق فقط وسوى هذه التسريحات هكذا لا ابدا لا يمكن ذهب الى الحلاق بهذا القصد حتى يتشبه بهذا الفنان فيشعر بنشوة وهمية نشوة وهمية خربو لنا شبابنا هذا هؤلاء الفنانين  الرياضيين بنات واولاد شوف بعض تسريحات الشعر حتى في العراق. عراق شعب محافظ دخل له هذا المرض. الشعب العراقي. شعب محافظ تخلوا هذا المرض. تسريحات شعرية عجيبة وغريبة لأن الفنان الأمريكي او الفنان الفلاني سوى اذا لا يمكن ان يتحرك نحو الحلاق بدون هذا القصد وهذه الغاية انه يتشبه بهذا الممثل حتى يشعر بنشوة وهمية. نشوة وهمية. بمجرد يروح ينام في الليل هاذي الوهم اه ينتفي ان ينتفي. لماذا? لانه يعرف انه ابن فلاح ابن فقير. ابن تعبان. لا يمكن ان يصل بهذا الفنان بهذه السيارات الرائعة وهذه الكاميرات امامه وهذه الاموال بالدولارات. لا يمكن مجرد يروح ينام يرجع الى فقره والى حاجته والى آآ تعبه يعرف ان هذه كلها او مهام. التسريحة كلها كانت آآ بطلان في بطلان. اذا لا يمكن على منحه لأنه يتحرك بدون كمال يتشبه به</w:t>
      </w:r>
    </w:p>
    <w:p>
      <w:r>
        <w:t>يا شيخنا العزيز نعم. نعم يقول ولما لا يقال ان خروج الأوضاع كما المقصود له يعني يتحرك فقط فيتحرك لطلبه من غير حاجة الى متشبه به. هذا لا يمكن خلاف التكوين خلاف التكوين نعم سلمنا يعني هو يقول نسلم يعني غير صحيح لما احلتم نفع السافل وحديث الإستفادة? مع انه خطابي غير لازم وبالجملة فهذا الوجه ضعيف جدا يعني لا يقبل القاعدة ان العالي لا يشتغل للسافر ابدا. يعني انت الان في الطريق من نجف الى كربلاء تروح تزور المولى سلام الله عليه في الطريق تجد هذا الفقير وتعطيه صدقة نعم انت لا يمكن ان تتحرك لاجل فقير حتى تعطيه الصدقة انت تتحرك لكمال الهية رضا الله ما كان عند الله رضى الله اذا انت تريد ذلك الكمال ليس جعل هذا الفقير يعيش هذه النشوة وهذه الراحة المادية ده كسول مطلوب بالعوض تريد كمالك انت حتى الذي يعملها بالرياء يريد تلك ذاك المكان في المجتمع هذا يساعد للفقراء يساعد المحتاجين. هذا المقام الوهمي وانت الحمد لله تدفعها لوجه الله. هذا الكمال يعني لا العالي لا يعمل للسافل ابدا. والا استكمل واذا قلت استكمل يعني خلاف اه كونه عاليا نعم وبالجملة فهذا الوجه ضعيف جدا يعني الدليل الثاني على اه وجود العقل بغض الطرف عن اه الافلاك وغير الافلاك. عصر القاعدة تكوينية اصل القاعدة تكوينية يأتي الطالب يريد ان يصير كاتبا روائيا. يعني يكتب الروايات فتجده يقنطه حسين يقلد ايليا ابو ماضي جورج جورج زيدان وفلان والعقاد يقلد مسكين يقلد يقلد حوزاوي يقول لهاد السيد الصدر في قلبه الجميل وهكذا شوية شوية يعني شيئا فشيئا يكتسب ملكة الادب ويؤسس لشخصيتي نعم يجب ان يكون هناك شيء يتشبه به حتى يتكامل و اه اللي يترقى. بعضهم حتى يقلد المتشبه به في مشيه في كلامه في القاء الدرس فاني في المتشبه به الى درجة عجيبة جدا اذا عرفت هذا فنرجع الى تتبع الفاظ الكتاب فقوله وقولهم يقرأ بالجر عطفا على قوله يعني في اه قالوا قالوا وقولهم استدارة عطف على القول السابق يقرأ بالجر عطفا على قوله كقولهم نعم. وقول استدارة الحركة توجب الارادة اشارة الى ما نقلناه عنهم الى ان من ان الحركة المستديرة لا تكون الى ارادية. يعني فيه نفس عاقلة مريدة ذلك الكمال وفي العقل فتحرك الفلك بارادتها وقوله المستلزم للتشبه بالكامل اشارة الى الى ان الغاية من الحركة ليس كما يحصل دفعه. نعم ولا يمتنع من الحصول بل هو التشبه الحاصل على التعاقب يعني التشبه بالعقل وهذا التشبه بالعقل في الكمال يعني الناس تريد تتكامل كمال العقل فتتحرك حركات تدرجية دائرية. وقوله اذ طلب اذ طلبوا الحاصل فعلا او قوة يوجب الانقطاع. اشارة الى ان ذلك الكمال ليس حاصلا بالفعل. اذا كان حاصلا بالفعل لا تتكامل. نعم الانسان مجتهد الإنسان المجتهد كيف يروح يحضر يحضر الدروس لأجل الإجتهاد يحضر للدروس حتى ينتقد حتى اه اعطاه قيمة للاستاذ. هذا الاستاذ يعطيه قيمة نعم لان تحصيل الحاصل الاجتهاد تحصيل الحاصل ام اشارة الى ان الغاية من الحركة ليس كمال ان يحصل دفعة ولا يمتنع من الحصول بل هو تشبه الحاصل على التعاقب. التعاقب يعني نقطة بعد نقطة. وقوله اذا طلب الحاصل فعلا او قوة يوجب الانقطاع. ان شاء الله الى ان ذلك الكمال ليس حاصل بالفعل. لان تحصيله الحاصل والا لوقفت الحركة لا يتحرك تقول الإنسان اذا رجع من زيارة المولى من كربلاء ونروح نزور كربلاء يقول انا زرت انا يعني انا هذا الثواب اذا الله تعالى اكرمني به انا حصلته يعني الرجوع مرة ثانية اه لا معنى له ولا بالقوة التي يمكن حصولها دفعة لذلك ايضا يعني ليس دفعة واحدة وقوله وغير الممكن محال اشارة الى ان الكمال اذا كان ممتنع الحصون استحال طلبه هذي بيناه تقبيل القمر وقوله لتوقفي على دوام ما اوجبنا انقطاعه. اشارة الى بيان ضعف هذا الدليل فانه مبني على دوام الحركة نعم دوام الحركة حركة دورية. لماذا? لان العقل كمال عجيب وغريب فانت لا يمكن تصل اليه دفعة واحدة يجب ان تصل تتصل فيه بالتدرج. يعني خروج من قوة الى الفعل ثم من قوة جديدة الى الفعل من قوة جديدة بالفعل. ما هي الحركة التي تساعد الحركات دائرية نعم وقد بينا وجوب انقطاع هذه الحركة وقوله وعلى حصر اقسام الطلب اشارة الى اعتراض تال وهو ان نمنع حصر اقسام الطلب نعم لانه انما يكون كمالا حاصلا او ممتنع الحصول او يحصل على التعاقب. هذه هي الحصر. اقول مع المنازعة في امتناع الطلب المحال اشارة الى اعتراض اخر وهو اننا نمنع استحالة الطلب المحال لجواز الجهل على الطالب. قلنا له ماذا لا يمكن الجاهل بالكمال لا يتكامل نعم. قال وقولهم لا علية بين المتظائفين والا لامكن الممتنع. او علل الاقوى بالاضاف لمنع الامتناع ذاتها ان شاء الله اللهم صل على محمد وال محمد اللهم صل على محمد وال محمد. اللهم صل على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