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معكم في الدليل على وجود العقول ووصلنا الى تطبيق المتن. ماذا قال المحقق التونسي قال وقولهم استدارة الحركة توجب الارادة يعني كون النفس تتحرك بتدوير الفلك الكبير كل فلك له نفس تحركه ان النفس متعلقة بمادة دائما فتحرك الفلك حركات دورية حركة وضعية الى ما لا نهاية وهذه الحركة ليست طبيعية وليست قسرية فتكون ارادة. المستلزمة للتشبه بالكمال تتشبه بالعقل الذي له كمالات التي لا نهائية نعم اذ طلب الحاصل فعلا او قوة يوجب الانقطاع اذا نحن عندنا الكمال لا نطلبه لان عندنا تحصيلنا الحاصل فالحركة تنقطع او دفعة واحدة نحصل عليها. هذا كذلك اذا حصلنا عليه دفعة واحدة ينقطع وغير الممكن الشيء الغير ممكن اه محال فلا يجعلنا نتحرك نعم لتوقفه على دوام ما اوجبن انقطاعه. هذا يريد يطبق على المت. تبع معي اذا عرفت هذا بعدما بينا ان النفس تحرك الفلك حركة وضعية دائرية لا متناهية كلما تحركت انتقلت من نقطة الى نقطة يعني خرجت من القوة الى الفعل فتزداد كمالا تزداد كمالا تزداد كمالا نعم ثم تنعكس خيرات على ما هو تحت في هذه الارض اذا عرفت هذا فنرجع الى تتبع الفاظ الكتاب يعني التطبيق فقوله وقولهم يقرأ بالجبر عطفا على قوله كقوله جيد وقوله استدارة استدارة الحركة توجب الارادة اشارة الى ما ما نقلناه عنهم من ان الحركة المستديرة يعني الوضعية لا تكون الا ارادية وقوله المستلزم للتشبه بالكمال اشارة الى ان الغاية من الحركة ليس كمالا يحصل دفعة ولا يمتنع من الحصول بل هو التشبه الحاصل على التعاقب نتشبه بالعقل على التعاقب يعني عدم التناهي في الحركة. اذا وصلنا الى الف نروح الى الف واحد الف اثنين وهكذا. الدواليك مادام الحركة دائرية الحركة لا تقف تقف. فدائما نقترب من كمال العقل وهذا هو التشبه يقول وهو التشبه آآ الحاصل على التعاقب يعني التدرج. قوله اذا اذ اذ طلبوا الحاصل فعلا او قوة يجب الانقطاع اشارة الى ان ذلك الكمال ليس حاصل بالفعل. لان اذا كان عندنا الكمال بالفعل لا نطلبه ولا والا لتوقفت لوقفت الحركة نعم ما نتحرك. عندنا الكبل شخص مجتهد تقول له تذهب الى درس المجتهد الفلاني لا يقبل. لماذا? لان عنده الاجتهاد ولا بالقوة التي يمكن حصولها دفعة للحصول الدفعي اذا حصل الكمال وانتهى لذلك ايضا وقوله وغير الممكن محال نعم اشارة الى ان الكمال اذا كان ممتلئ الحصول استحال اه طلبه وقوله لتوقفه على دوام ما اوجبنا انقطاعه. يعني يجب ان تكون الحركة غير منقطعة. اشارة الى بيان ضعف هذا الدليل فانه مبني على دوام الحركة نعم الحركة الوضعية دائمية الا اذا تدخلت معجزة واوقفته نحن نتكلم عن ماذا يتكلم عن خارج المعجزات في الامور الطبيعية الحركة الدائرية لها السقف توقف وقد بينا وجوب انقطاعه ما بينت فقط بالمعجزة. نهاية العالم وقوله وعلى حصر اقسام الطلب اشارة الى اعتراض ثاني وهو ان نمنع حصر اقسام الطلب لانه اما ان يكون كمالا حاصلا فتنقطع الحركة واما ان نمت على الحصول فتنقطع الحركة او يحصل على التعاقب هذا هو الشق الذي تبناه الفيلسوف ويحصل على التعاقب لا يكون الا في الحركة الدائرية وقوله منع المنازعة في امتناع طلب المحال طلب المحال كيف اشارة الى اعتراض اخر وهو اننا نمنع استحالة الطلب المحال لجواز الجهل على الطالب او ما قال هو المطلوب مجهول. قال المطلوب محال سواء وعينا به ام نمنع به هذا التطبيق نعم قال وقولهم لا علية بين المتظائفين. مطلب جديد يعني دليل جديد وقولهم يعني الحكماء لا علية بين المتظائفين والا لامكن الممتنع اذا كان تعلية بين المتضارفين امكن الممتنع او علل الاقوى بالاضعف او علل او علل الاقوى بالاضعف لمنع الامتناع الذاتي يأتي بادلة على اه وجود اه العقل المتظائفان في هذا المتن يعني الحاوي والمحوي كما يبين العلامة ذلك. وهذه مسألة قلت لكم مسألة فلكية بامتياز بنيت على فرضية وجود الافلاك هذه الانابيب الدائرية الظخمة انبوب الشمس مثلا فلك الشمس انبوب ظخم كوني ظخمة الشمس ضخمة فكيف الانبوب الذي تدور فيه داخل الكوكب الشمس الكوكب الشمسي يدور على نفسه ويدور على داخل الفلك لمدة سنة على حسب آآ الفرضية القديمة ان الارض هي مركز الكون والشمس تدور عليها. هذا هو الفلك والمحققون من علماء الفلك الكبار يقولون هذه فرضيات اضطر الفلكي لفرظها لبيان امور علمية في الفلك ولا هي لا اصل لها وبالتالي كل هذه الادلة التي صادرت على هذه الاصول الموضوعية الفلكية لا قيمة لها مع قلت لكم الحاوي في النظام الفلكي في النسق الفلكي في تداخل مساحات هذه الافلاك يحدث هناك اه تحدث مساحة تسمى الحاوي في داخلها المحوي كذلك مساحة اخرى. في التراتيب الفلكية نعم فالحاوي اينما يكون يكون المحوي لان لا معنى لعنوان الحاوي الا اذا كان هناك محوي ولا معنى للمحتوى اذا لم يكن هناك احتواء الحاوي والمحوي امور متظايفة يعقلان معا مثل العلية والمعلولية متضايفا في التعقل اذا تعقلت العلة فحتما تعقلت المعلول والعكس صحيح اذا تعلقت تعقلت المعلوم تتعقل العلة فيما قام التعقل لان التظايف امور نسبية فيدخل الفاعل المعرفي في اه تعين هذا التضايف جيد الحاوي اذا كان هو اه المعلول الأول فتعين ان هو مادي وقلت لكم المادي قاعدة هذه صحيحة قاعدة صحيحة تكوينية اه المادي لا يفعل الا اذا كان متموضعا انما مادي لا يمكن ان تقبل ضريح الامام اذا لم تتموضع قبله جلست مجردا لو كنت مجردا هذه الابعاد لا معنى لها يعني يمكن تكون في استراليا وتقبل ضريح الإمام. لماذا? لأن مجرد هذه الأبعاد لا معنى لها نعم لكن بوصفك ماديا يجب ان تنتقل من استراليا وتتموضع امام محراب المولى عليه السلام وتقبل الضريح. هذه طبيعة المادي هكذا اذا فعل يتموضأ اذا اذا كان اللي الصادر من الله تعالى اه امرا ماديا لنفرض ما هو الحاوي فلك فهو يؤثر في اه المحوي فيجب ان يكون متموضعا قبل المحو ان هو علة العلة دائما سابقة على المعلول اذا تموضع لايجاد الحاوي اثناء التموضع الحاوي غير موجود فيكون هذا الفراغ الخلاء والخلاء ممنوع حتى يتبوظ فيه المحوي ولهذا يقول والا امكن الممتنع يعني امكن الخلاء لبعض اذا تموضع الحاوي المعلول من الله تعالى المعلول الأول وهو مادي تأتي النوبة للمحوي قبل المحو ماذا كان ان هو علة كان هناك الخلاء. يعني كان هناك اه فضاء جسماني لا جسم فيه. وهذا هو ايه الخلاء او وعلل الاقوى بالاضعف. واذا قلت ان المحوي هو علة للحاوي</w:t>
      </w:r>
    </w:p>
    <w:p>
      <w:r>
        <w:t>تعكسها انت لا تقل الحاوي هو علل المحوي فالزم ماذا? ان يكون الاضعف في الوجود علة للاقوى اقول هذا هو الوجه الثالث وبالتالي لا يكون الجسم وما يتبع الجسم من جسمانيات يعني من اعراض تعرضه هو المعلول الاول. اذا المعلول الاول من? المعلول الاول هو? امر غير جسماني مطلقا منزه عن كل حيثيات الجسم ومادة الجسم فهو العقل اقول هذا الوجه الثالث من الوجوه التي استدلوا يعني استدل به الحكماء على اثبات العقول. وتقريره ان نقول دقق جيدا في التقرير انه مبني على هذه الفرضية الفلكية الحي والمحوي ان نقول ان الافلاك ممكنة نعم ما سوى الله تعالى كله ما سوى الله تعالى ممكن حتى الافلاك ممكنة نعم فلا علة نعم ما دامت متحققة في دار الوجود فلا علم هذه مسلمة فهي ان كانت غير جسم ليست جسمية ولا جسماني الجسماني يعني ما يثبت للجسم يعني بعدما يتعين الجسم تأتيه مواصفات اعراض حيثية هذه تسمى الجسمانية يعني المنسوب للجسم نعم ثبت المطلوب يعني اذا كانت هذه الافلاك اللجسمية ولا جسمانية فتكون مجردة وان كانت العلة جسمانية لزم الدور يعني قد يقول قائل حتى العلة تكون جسمانية نحن نقول الصادر الأول فرضا انه جسم بطل هذه المسألة اذا كان الصادر الاول يعني المعقول الاول هو الجسم لا يمكن ان تكون آآ العلة الجسمية. لماذا? لأنها تكلم في الصدر الأول. اول ما خلق الله الجسم فلا يكون اه العلة دسما هذه واضحة جدا وان كانت العلة جسمانية لزم الدور. لماذا? لان الجسمان متوقف على الجسم. وان كانت جسما فاما ان يكون الحاوي. هنا دخل الى الحاوي والمحوي علة للمحو او بالعكس اذا فرضنا انه علة وهو مادي يجب ان يتموضع قبل الفعل نعم نعم الفعل معلول له نعم وفي باب التعقل لا يعقل الا معه لكن في العلية لا خلينا نروح للهامش لينا مسألة رائعة. اذا قلنا النسبة بين العلة والمعمول في التعقل نسبة التضايوف لا يعني ان في دار الوجود ان المعلول في مرتبة العلة لا لا لا المعلول دائما في مرتبة ادنى له مرتبة ادنى. نعم فاما ان يكون الحاوي علة للمحوي وهذا هو الصحيح لان الحاوي اقوى والمحوي اضعف او بالعكس اذا قلت العكس يعني المحوي علة للحاوي يلزم علية الضعيف للقوي او الاضعف للاقوى هذا بالعكس فرضية مرفوضة فنقول للحاوي علة للمحوي والثاني محال يعني كون الحاء المحوي علة للحاوي يلزم اه التأثير المعلول في العلة. يعني الظعيف في القوي لان المحوي اضعف من الحاوي هذا تعليل للمحال لماذا محال? لان المحوي لانه داخل في المحوي ويتعين بداخل في الحاوي ويتعين بالحاوي اظاف من الحاوي فلو كان المحوي علة لزم تعليل التعليل الاقوى نعم. يعني التعليل الاقوى يعني الاقوى معلول للاضعاف الذي هو الحاوي الذي هو الوهمي وهذا محال محال محال ان تكون العلة مؤثرة في اه المعلوم مؤثر في علته والاول الاول ما هو? يكون الحاوي الا للمحوي وهذا هو الصحيح وهو ان يكون الحاوي علة في المحوي نعم محال ايضا ها يقول حتى هذا محال وبيانه يتوقف على مقدمات. دخل في مقدمات احداها ان الجسم بينتها لكم لا يفعل الا ذات موضعة لانه مادة ان الجسم لا يكون علة الا بعد سيرورة شخصا معينا يعني يتبوظع يتشخص ويتموضع وهو ظاهر هذا بين لانه انما يؤثر اذا صار موجودا بالفعل ولا وجود لغير الشخص. نعم عندنا فقط الشخصيات ما عندنا الكليات في الواقع والخارجي هذه المقدمة مقبولة فلسفية مقبولة. الثانية ان المعلولة يعني المترشح من العلة حال فرض وجود العلة يكون ممكنا. نعم والعلة توجد توجد الممكن لا توجد المستحيل والواجب نعم ان المعلول يعني هنا بالتطبيق يعني المحوي حال فرض وجود العلة يكون ممكنا ان المحال والواجب لا تتعلق به الايجابي وانما يلحقه الوجوب بعد وجود العلة ووجوب اه بها يلحق الوجوب اكتب الوجوب بالغير يعني اذا اكتملت العلة حتما المعلول يتحقق بالضرورة هذا الوجوب بالغير يعني الوجوب المكتسب من العلة هذه بيناها ومرت ثالثا ان الاشياء المتصاحبة يعني المتظايفة لا تتخالف في الوجوب والامكان نعم يعني اذا كان ذاك واجب لك واجب. اذا كان ذاك ممكن ذاك ممكن. هنا لعلنا واجب وعندنا ممكن اذا عرفت هذا فنقول لو كان الحاوي  علة للمحو لكان متقدما بتشخصه معين. نعم قلنا لا يمكن ان يوجد الى ذلك تعين وتشخص وتموضع متقدما بتشخص معين على وجود المحو فيكون المحو حينئذ ممكنا نعم فيكون انتفاء الخلاء ممكنا يعني الخلاء يكون متحققا لانه مصاحب لوجود المحوي لكن الخلاء ممتنع لذاته. قلنا الخلاء في ممر ما هو امتداد جسماني اه اه امتداد بدون دسم امتداد موجود لكن بدون جسم يعني ملاك الامتداد غائب نعم يعني في امتداد وما في امتداد الا هو اه الخلاء نعم فيكون انتفاء الخلاء ممكنا  يختارون عبارات متعمدة انها مشوشة. قل فيكون الخلاء الخلاء ممكنا. لماذا انتفاء الخلاء ممكن يكون الخلاء ممكنا يعني ليس مستحيلا او تقول فيكون الخلاء ليس تاحيدا يكون العبارة انشق لانه مصابح لصاحب مصاحب لوجود المحو لكن الخلاء ممتنع لذاته. بينتنا لماذا? الخلاء ممتنع يعني شيء امتداد بدون ملاك الامتداد الذي هو الجسم نعم والجواب بعد تسليم امتناع الخلاء لا نسلم كون الاتناع ذاتيا. بل الامتناع عرضي. يعني الامتناع ليس في ذاته. لعوامل اخرى اذا عرفت هذا فنرجع الى تتبع الفاظ الكتاب فنقول. قوله لا علية بين المتظائفين الذي يفهم من هذا الكلام انه لا علية بين الحاوي والمحوي وسماهما المتظائفين لانه اخذهما من حيث هما حاوي ومحوي نعم مثل الاب والابن اذا اخذت الاب باعتبار الابن فلا يمكن ان يكون لوحده حتى من يكون معه الابن واذا اخذت الابن كشخص باعتبار البنوة فحتى بل الاب موجود. هذا هو التظايف. اذا الحاوي باعتباره حاويا لا يمكن ان يكون بدون محو والمحو كذلك لا يكون بدون في الحاوي ولهذا يقول سماه المتظائفين اه لانه اخذه اخذهما من حيث ما هو حاوي ومحوي. طبعا وهذان الوصفان من باب المضاف يعني القياس. اوصاف قياسية وقوله والا لأمكن الممتنع يعني امكن الخلاء لماذا? لان الحاوي موجود وبعد المحوي غير موجود لنوع علته بعد ما يتموضع يترشح الفعل قبل ترشح الفعل ماذا كان يعني المحوي لم يكن في مكانه ماذا كان? فراغ. هذا الفراغ يسمى الخلاء فامكن الخلاء والخلاء ممتنع نعم والا لامكن الممتنع اشارة الى ما بينه من امكان الخلاء الممتنع لذاته على تقديرك كون الحال عندنا. وقوله او علل الاقوى بالاظاف اشارة الى ما بيناه من كون الضعيف علة في في القوي على تقدير كون المحو علة للحاوي. نعم الحاوي لا يكون علة للمحو وقوله اه لمنع الامتناع الذاتي اشارة الى ما بينا في الجواب من المنع من كون الخالة ممتنعة لذاته بل ممتنع لعرض. فهذا ما فهمناه من هذا الموضع</w:t>
      </w:r>
    </w:p>
    <w:p>
      <w:r>
        <w:t>هذا كلام من علام الحلي هذا ما فهمناه من هذا الموضوع يعني دليل على انغلاق المتن انغلاق العبارة فتحتاج الى ماذا? الى خزينة معرفية خارجية حتى تفكك المتن نعم. هذا المخزون المعرفي من ان يسمى في الهرمونيتيك الموقع التأويلي يبين لك المسألة لهذه المصطلحات يجب ان يحيط بها الحوزة العزيز لان الان اه تعرفونه انتم الان غزو ثقافي ادى بشبابنا الى الالحاد ونحن نتوقف نعم انا سمعت بعض كلمات للسيد احمد القبانجي آآ مضحكة ومؤسفة ومؤلمة مضحكة لان الانسان جهل بديهيات المعقول مؤسفة مؤسفة على شباب العراق ومؤلمة ان ترى هذا الهراء ينتشر في بغداد عاصمة لعاصمة المتنبي مع الاسف الشديد الموقع التأويلي انت الان تأتي تتعامل مع الحلقة الثانية للسيد الصدر او يتعامل مع اه الشيخ الأنصاري الرسائل او الكفاية او المكاسب لا يمكن ان تتعامل مع هذه المتون وانت خالي الدين يجب ان تكون عندك هناك خزينة معرفية هذه الخزينة المعرفية قد تكون صحيحة قد تكون خاطئة. في بعض مفرداتها نعم فانت ما هي وظيفتك? تنزع الخطأ هذا المخزون المعرفي الخاطئ تنزحه بالتدرج نعم وقد تغير مبناك عندك مبنى بعد سنة سنتين تبين لك لا ان هذا المبنى اه اه ناقص اه تغير هذا المخزون المعرفي دائما في حالة تكون وفي حالة التصحيح فاذا جئت تتعامل مع المتن لا يمكن ان تتعامل مع المتن بدون هذا المخزون المعرفي هذا الان يسمى في الاصطلاح التأويلي الموقع التأويلي. يعني موقعية انت فيها هي التي تسمح لك بفهم النصوص نعم  فالآن كان موقع تاويلي فلكي مرة فلسفي وو وكلامي نتعامل مع هذه المتون نعم المسألة الثانية في النفس الناطقة النفس الناطقة يعني النفس اما الفلكية واما النفس البشرية اول شيء يبدأ بالمبدأ التصوري يجلي معنى النفس الا ان هذا المعنى معنى قياسي باعتبار الوظيفة وليس باعتبار الذات يعني يعرف الناس في دائرة الوظيفة في دائرة البدن قال واما النفس فهي كمال اول الجسم الطبيعي ال جسم طبيعي يعني مادي الي يعني توظفه النفس في تلقيها الكمالي ذي حياة بالقوة هذا الجسم الطبيعي الذي يكون الة للنفس حي بالقوة النفس تتعلق به صرحي بالفعل كمال اول ما معناه اننا الكمال الاول وعندنا الكمال الثاني. الكمال الاول هو تعين المهيات بفصولها نعم ثم تأتي الاعراض التي تنضم اليها على المباني القدماء او قل المواصفات مطلقا يعني تدخل فيها المفاهيم الفلسفية والمفاهيم الماهوية اقول هذا هو البحث عن احد انواع الجواهر وهو البحث عن النفس بعدما بينا العقل اه نأتي الى ما هو تحت العقل النفس الناطق وقبل البحث وقبل البحث عن احكامها شرع في تعريفها المبنى التصوري وقد عرفها الحكماء بانها هذا البحث بحث فلسفي بامتياز علماء الكلام لا يهتمون بعلم النفس ما عندهم علم النفس نعم ولهذا اه التكوين الديني يكون ناقصا هيقول لكم على الأقل ابحثوا علم النفس في النصوص الوحيانية ما عندنا علم نفس واحيانا مع النفس الشديد. كل ما عندنا ما اتى به الحكماء نعم وقد عرف الحكماء بانها كمال اول لجسم طبيعي الي في حياة بالقوة ثم يشرح هذا التعريف لان الجسم اذا اخذ بمعنى المادة نعم كانت النفس المنظمة اليه في عالم الخلق يعني في عالم المخلقة انضمت اليه الذي يحصل من اجتماعنا يعني من المادة والنفس نبات يعني اذا قلنا بالنفس النباتية حيوان بالنفس الحيوانية انسان يعني النفس الانسانية يحصل من اجتماعها نبات محاوياون او انسان صورة يعني هادي الصورة النباتية الصورة الحيوانية الصورة الانسانية والصورة الانسانية لا يقول انها صورة يقولون انها نفس نعم واذا اخذ بمعنى الجنس نعم يعني المادة قلنا مادة قد نقاربها في الواقع نقول مادة مادة و سورة اذا قاربناها يعني في البعد العقلي والمعرفي نقول جنس وفص. بينا هذه المسألة واذا اخذ بمعنى الجنس ليس المادة كانت كمالا لان طبيعة الجنس ناقصة قبل الفصل والذي يحصل الجنس. وقد عرفوا النفس بالكمال دون الصورة. لان الصورة للماديات لان النفس الانسانية غير حالة في البدن. نعم ليست منطبعة حالة يعني منطبعة كالصورة الحديدية في الحديث لا. النفس لها كيان استقلالي وهي مجردة. الا انها متعلقة بالبدن لها صلة بالبدن فليست صورة له وهي كمال له لا لا لا النفس مجردة متعلقة بالبدن. واعلم ان الكمال منه يقسم الكمال الى اولي وثانوي بينتها وان واعلم ان الكمال منه اول وهو الذي يتنوع به الشيء كالفصول الفصول تأتي وتعطي الهويات الفصل الحديدي الفصل الذهبي الفصل الانساني النفس الناطقة. تتعلق بالبدن تنضم الى البدن تتشكل الهوية الماهيات الذوات الاشياء ثم تأتي الكمالات الثانية ماذا? الأعراض و غير الأرض. ومنه ثان وهو ما يعرض للنوع بعد كماله من صفاته اللازمة. التي لا تنفك والعارضة التي تأتي وتذهب مثلا الجلوس الآن كمال ويذهب بعد ساعة اقف اما كوني قابل للتعلم لازم لا ينفك فالنفس من القسم الاول يعني وهي كمال اولي الجسم الطبيعي غير صناعي كالسرير وغيره كالسرير هذا التعريف الاصطناعي وليست كمالا لكل طبيعي. حتى البصائر بل هي كمال لجسم طبيعي الي تصدر عنه افعاله بواسطة الالك. يعني الإنسان عنده القوة الباصرة عنده القوة السامعة القوة التي تذوق اللامسة الضائقة واللامسة هذه كلها عند المشة بقوة مادية والنفس توظفها ومعناه كونه ذئلات يصدر عنه بتوسطها وغير توسطها ما يصدر من افعال الحياة التي هي التغذي والنمو والتوليد توليد والادراك والحركة الارادية والنطق يعني التعقل نعم التعقل لا التعقل الانسان لا يحتاج الى البدن. لان التعقل تعقل تجردي اذا هذا هو كمال اول يعني ما به يتحقق الشيء ليس كمال ثاني يأتي بعد تحقق الشيء لجسم طبيعي يعني تتعلق بمادة وهذه المادة تكون حية بالقوة النفس تعطيها الحياة ثم تكون ماذا مم موقع التدبير الة للنفس حتى توظف هذه القوة وهذه الالات لتكاملها. نعم اذا هذا تعريف بماذا? تعريف بالوظيفة تعريف قياسي وليس تعريف في صميم النفس بما هي نفسه نعم كمال الأول بيناه لإخراج الكمال الثاني يعني ما به هوية الشيء للجسم الطبيعي. يعني تتعلق بجسم مادي الي يعني هو الة لها. فهذا تعلق تدبيري نعم ليست ليس انطباعيا كالصورة الحديدية او الصورة الذهبية. دي حياة بالقوة يعني هذا الجسم حياة بالقوة يعني قبل تعلق النفس به وميت ويعني في حكم لا شيء. ثم يحيى بتعلق النفس بها نعم المسألة الثانية في ان النفس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