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المسألة الثانية في ان النفس الناطقة ليست هي المزج اذا كانت هي كمال اول للجسم فقد يقول قائل فيه بعد اخر وهو الميزات قد تكون النفس هي المزاج. يريد يبطل هذه المسألة. الان في الفلسفة الغربية المهتمون بالنفس آآ المخ والدين اه النفس عندهم هذا هو ذا المزاج. هذا المزاج والمخ وما اشبه ذلك غارق في المادة مع الاسف الشديد قال وهي يعني النفس مغايرة لما هي شرط فيه عن المزاج لاستحالة الضوء لان الدور محال الدور ان ان يتموضع وجود واحد في مرتبتين المرتبة السابقة ومرتبة لاحقة. هذا هو الدور وجود واحد له مار ثبت غير معقول نعم اذا كان في المرتبة الاولى لها معنى في المرتبة الثانية الدانية واذا كان في المرتبة الثانية لا معنى ان يكون في المرتبة العالية اجتماع الناقدين اذن الدور من مصاديق من مصادق اجتماع اقول ذهب المحققون الى ان النفس الناطقة مغايرة للمزاج في قوله وهيا يعني نسب غير لما هي شرط فيه يعني اشارة الى الميزات وقلنا المزاج ما هو اعتدال الكيفيات الأربعة البرودة والحرارة في اعتدال رطوبة وديبوصة في اعتدال فيكون الانسان سليما في صحته النفس تتحرك في اعتدال وفي تناغم في تكامل الانسان اذا اختل هذا المزاج فالانسان يمرض فيذهب الى الطبيب يعدل له المزاج. هذا مزاج مادي. وفيه مزاج روحي هذا مختص بالعرفان والسلوك نعم ذهب المحققون الى ان المحققون الى ان النفس الناطقة مغايرة للمزاج وعليه ثلاثة اوجه. الاول ما ذكر الاوائل ان النفس الناطقة شرط في حصول المزاج. يعني النفس الناطقة اذا تعلقت بالبدن تجعل جعلوا هذا البدن في اعتدال مزاجي. اذا المزاج متوقف على النفس. نعم لان المزاج انما يحصل من اجتماع العناصر المتضادة كما بينا يعني البرودة تضاد الحرارة والحرارة تضاد البرودة واليبسة تضاد الرطوبة الرطوبة تضاد اليو بوسة فيأتي الاعتدال لان المزاج انما يحصل يعني يتحقق من اجتماع العناصر المتضادة فعلة ذلك الاجتماع من? يجب ان تكون متقدمة عليه. لان العلة دائما متقدمة على المعلول وكذا شرط الاجتماع وهو النص الناطقة. فلا تكون هي الميزان المتأخر عن الاجتماع لاستحالة الدور نعم اذا كانت هي المزاج وهي علتنا كذلك الاعتدال الذي يحقق المزاج فيكون الشيء متقدم على نفسه ولهذا يقول لاستحالة الدور في المتن نعم لاستحالة الظلم وفي هذا الوجه نظر العلماء الحل يبدي رأيه نعم لانهم عللوا حدوث النفس بالاستعداد الحاصل من المزاج هذا اشكال العلماء الحل يقول انتم تقولون النفس لا تتعين يعني لا تخلق من فاعلها الا اذا كانت هناك مادة وتعين الاستعداد يعني المزاج كان مهيئا فتأتي النفس تتعلق اذا المزاج سابق على حضور الناس نعم لانهم عللوا حدوث النفس بالاستعداد الحاصل من المزاج فكيف اجعلوا الان حدوث الاجتماع من الناس نعم هذا اشكال على منحني يعني الدليل دليل ينطلب دليل مصادرة يعني انتم صادفتم على نفس نفس النتيجة وللشيخ يعني الرئيس هناك كلام طويل ليس هذا موضع ذكره نعم اذا الدليل على ان النفس ليس هي المزاج المزاج متوقف عليها العلامة الحل يقول هي متوقفة في تعينها على المزاج يعني الله تعالى لا يخلق النفس الا اذا كان هناك مزاج سابق قال وللمنى بالممانعة في الاقتضاء دليل اخر على ان النفس ليست اه هي المزاج. لماذا النفس قد تقتضي شيئا والمزاج يقتضي غير ذلك اذا هذا دليل على ان النفس غير المزاج. لان الاقتضاء يختلف. ودليل على اختلاف المقتضي كيف مثلا انا مزاجي يريد الراحة الناس تقوم وتتحرك خلاف مقتضى المزاج يعني في شيء حركني خلاف ما يقتضيه المزاج. اذا هذا الذي حركنا غير المزاج هنا مثل براشة والحركة اقول هذا الوجه الثاني وتقريره ان المزاج يمانع النفس في مقتضاها كما في الرعشة اه يعني اليد ترتعيش النفس لا تريد هذا فلهذا المرتعش لا يستطيع ان يكتب الناس تريد ان تكتب مثلا او تقبض على شيء والرعشة لا تسمع لها فإن مقتضي النفس الحركة هذا مثال الى جانب ومقتضي المزاج الحركة الى جانب اخر وتظاد الاثر يستدعي تظاد المؤثر نعم للسلقية فها هنا الممانعة بين النفس والمزاج في جهة الحركة. اذا النفس غير المزاج ما  هذا قياس من الشكل الثاني الذي يهتم به تدقيقاته المنطقية الان طلاب الحوزة عندهم ضعف منطقي عجيب نعم لا يهتمون بهذا العلم مع الاسف الشديد مع الناس اه سلفنا الصالح كانوا ائمة في ابا العلم تقول المزاج المزاج يقتضي السكون الناس تقتضي الحركة يعني عدم السكون نعم فالمحمول واحد عدم السكون والسكون في المزاج ايجابية وفي النفس سلبية المزاج يقتضي السكون النفس تقتضي عدم السكون يعني الحركة محمول واحد بالسلب والايجاب. الشكل الثاني. النتيجة ما هي? الموضوع الاول يخالف الموضوع الثاني. يعني النفس غير المزج هذه الحركة العقلية نعم وكذلك قد يقع بينهما يعني بين النفس والمزاج الممانعة في نفس الحركة اما بأن تكون الحركة نفسانية لا يقتضيها المزاج كما في حالة حركة الإنسان على وجه الأرض فان مزاجه يقتضي السكون عليها ونفسه تقتضي الحركة او بان تكون طبيعة لا تقتضيها النفس كما هي في حال الهوي. يعني انت مزاجك باعتبار تابع للمادة دائما تريد السقوط الهوي يعني السقوط النزول تريد دائما تستقر والناس لا تريد العروج اذا هذا خير دليل على ان النفس ليست هي المزاج. قال ولبطلان احدهما مع ثبوت الاخر. الميزاد ينتفي والنص باقي نعم قياس من الشكل الثاني نعم دائما اذا اردت ان تنفي اه شيئا عن شيء تأتي بالقياس من الشكل الثاني هذه نصيحة نعم تقول المزاج يزول النفس لا تزول النفس ليست هي المزاج اقول هذا الوجه الثالث الدال على ان النفس مغايرة للمزاج وتقريره ان الادراك انما يكون بواسطة الانفعال لادراك الحسية الادراك الحسي ليس الادراك العقلي انما يكون بواسطة الانفعال جيد هنا نقف وقفة لها علاقة بالمعرفة لان هذه المسائل آآ لا تبين مع الاسف الشديد في الحوزة  بحوزة مهتمة بالعلوم الاعتبارية فقط الأصول فقط العلوم الاخرى ثانوية في الهامش اذا كان للطالب ذوق يدرسها وانها ليست هي الاساس فاختزلنا الدين في الاعتباريات نعم في الاعتباريات اتذكر لما السيد اوقف تدريس الاسفار للسيد العلامة صاحب الميزان الشريف اه طبعا هو لم يؤمن بهذا الامر تحت ضغوطات فجاءه المنتظر من تلميذه الاول هو والمطهرين المضطهرة والمنتظرين اه امرهم الامام الخميني رحمة الله عليه بالذهاب الى اه الى بروجات والاتيان بسيد اقناع السيد البورجردي بالمجيء الى قم حتى تتعين مرجعيته لانه حقيقة شخصية كبيرة جدا في العلم وفي التقوى وفي</w:t>
      </w:r>
    </w:p>
    <w:p>
      <w:r>
        <w:t>الإدارة فاقنعوا اه السيد البورجري وانتقل الى وكانت هذه البركات الكبيرة على قوم فالمنتظر والمضطهر يعدان من الطلاب المقربين جدا اه السيد اما الامام لا امام مستشار للسيد البروجدي. الامام كان مجتهدا ذاك الزمن مم يفصل في الامور السياسية الا اذا كان اه الخميني حاضرا معه فذهب المنتظرين قالوا سيدنا قالوا ماذا تفعل انت قالو حنا لما ندرسو الآن هو علوم اعتبارية اذا وقفت العلوم التكوينية بعد الحوزة تنهار قال لهم انا معكم في هذا الرأي لكن يعني الضغوطات من لا ادري من اين نعم انا اقول ضغوطات فاتفقوا على صيغة ما لان المنتظرين كان يدرس المنظومة في ذلك الزمن والسيد كان يدرس الاسفار فاتفقوا على صيغة ان السيد العلامة يترك الاسفار لان فيها الكفريات بين في وهم الضاغطين فبدأ يدرس الى هيئة الشفاء اللي هي اخف يعني الحكمة المتعالية التي هي اقرب الى مبانينا الامامية وهي التي تبين اسرار مبانينا الامامية نحاربها ونروح نتبنى الحكمة المشائية المبنية على اصالة الماهية التي هي عجزت في كثير من الموضوعات ما استطعت ان تفسره لان مبانيها ناقصة ما نحسسش هذا حذر  الادراك الحسي ما هو? هذا الذي اردت ان ابينه ما هو الادراك الحسي انا هنا استعمل  التجربة ضع يدك على شي بارد انا الان اضع يدي على هذه الزجاجة باردة هنا حدث ادراك بالبرودة وحدث ادراك بنفس الجسم يعني الزجاج كيف حصل ذلك? لادراك تعرفون انت في افق الذات افق النفس ليس في افق الجسم يقولون لا يحدث هذا الإدراك يعني الآن انا شعرت بالبرودة ادراك ادراك حسي بالبلد وشعرت بوجود الجسم يقولون لا يحدث هذا الادراك الا اذا كان هناك تأثير وتأثر فعل والانفعال التأثير من المادة الباردة والتأثر من النفس في دائرة العضو يعني في دائرة العضو المادي يعني اليد نعم وحتى الفيزيولوجية الحديثة ايدت ذلك لا تخالف هذا فقط تقول الادراك الحسي ادراك دماغي يعني مادة ونحن نقول لا الادراك الحسي على مبنى الحكمة المتعالية مجرد ينتمي الى عالم التجرد. لا يهم هذا الامر اذا الان فيه تأثير من النفس آآ تأثير من الزجاج المادة الباردة وفي تأثر من العضو هذه ارضية حصول ماذا اصول ادراك حسي البرودة مثلا خلونا من الجسم. ركز فقط على البرودة تشعر بالشهود ان بالبرودة ادراك حسي هذا يسموه الشهود الحسي لماذا? لانك انت في متن الواقع في متن الواقع انت مع الواقع مع البرودة حقيقة ثم في ادراك ارقى منه هو لوعيه بذلك الادراك لماذا الحكماء قالوا بهذا؟ عندي ادراك وعندي وعي وراء هذا الادراك يقولون الاول موجود عند الحيوان وما عنده ثاني الحيوان يعني اذا اخذت انت اه اي حيوان خروف ذئب اسد اذا وضع عضوه على الثلج مثلا يدرك بالبرودة لكن لا يعي بهذا الادراك اه هنا لان ما عنده العقل هناك. ما عنده هذه النفس الناطقة وعندو نفس حيوانية نعم لا يعي بذلك الادراك هذه خاصية لمن? خاصية للانسان عندو قوة اخرى غير اللامسة تحيط تعي بذلك الشعور ثم يدرك هذا الشعور بالخيال ويبقى يبقى جزئيا ثم يأتي العقل ويرقيه الى مفهوم كلي. مفهوم البرودة. مفهوم الوجود مفهوم الجسم. هناك بعض ما عندها علاقة بهذا الزجاج يطال جميع الواقعيات هذا باختصار معنى الادراك الحسي. وتقريره ان الادراك الحسي كالبرودة مثلا انما يكون بواسطة الانفعال يعني التأثير والتأثر فان اللامس الذي يلمس الزجاجة مثلا اذا ادرك شيئا يعني البرودة لابد وان ينفعل يتأثر على الملموس الملموس يعني المادة نعم. فلو كان اللامس يعني الذي يشعر بالبرودة هو المزاج لبطل عند انفعاله يعني المزاج يروح نعم وحدثت كيفية مزاجية اخرى يعني هنا البرودة حاكمة على الحرارة فذهب ذلك الاعتدال المزاجي جاء جاءت كيفية اخرى غلبت البرودة على الحرارة والا لا يمكن ان تدرك البرودة نعم وليس المدرك هو الكيفية الاولى لبطلانها راحت ووجوب بقاء المدرك عند الإدراك وهي النفس. نعم. هذا دليل صدقوني دليل قوي جدا ولا الثانية لان المدرك لا بد وان ينفع المدرك والشيء لا ينفع عن نفسه. يعني لا المزاج ولا المادة الحاملة المزاج. هذا دليل على النفس نفس لا هي مادة ولا هي مزاج وبالتالي تكون مجرد مجرد نعم الى انها متعلقة بالبدن تدبيرا تدبره نعم هذه الادلة نعم جيد المسألة الرابعة في ان النفس ليست هي البدن بعدما ابطل المزاج والمزاج متقاوم بالبدن فيأتي ويبطل كون النفس اه يبطل كون النفس مادة بدنا ولي ما تقع الغفلة عنه? نعم هذا اه دليل شهودي اذا قلنا دليل الشهود يعني الشهود ليس دليلا مقدمة صغرى وكبرى. لا انت في متن الواقعية ولما تقع الغفلة عنه? دليل الغفلة يعني احنا نغفل عن ابداننا ونغفل على المحسوسات اذا انقطعت الماديات فهذا الشيء كيف ينعزل اذا لم تكن له واقعية غير مادية نعم اقول ذهب من لا تحصيل له الى ان النفس الناطقة هي البدن. على من نحن نقول اه من لا تحصيل له عليه هذا جهل. وهو الان في الغرب كثير من من العلماء في الغرب يعتقدون ان النفس هي البدن يعني هي البخ اصلا هي الاعصاب نعم ليس كل الغرب شريحة كبيرة منهم وكل هذه العلوم المترشحة انا ماشي عن هذا المبنى. وقد ابطله المصنف بوجوه ثلاث نعم الأول ان الإنسان قد يغفل عن بدنه وأعضائه وأجزائه الظاهرة والباطنة نعم عدم دليل الشيخ الرئيس معروف بالانسان المعلق في في الفضاء وهو متصور لذاته ونفسي يعني انت قطعت كل التعلقات المادية عن الانسان والنسب المادية يبقى يدرك نفسه بالشهود ده نفسه وغير هذه العلاقات البدنية نعم فوجب ان يغاير هذه الامور يعني الاعضاء والاجزاء الظاهرة والباطنة فقوله ولما تقع الغفلة عنه عطف على قوله لما في شرطه فيه. اي والنسم مغايرة لما هي شرط فيه وهو ان اه الميزات ولما تقع الغفلة عنه اعني البدن نعم هذا الدليل يسمى الانسان المعلق في الفضاء آآ الشيخ الرئيس يقول اذا اخذنا عيسى المعلق آآ معلقا في الفضاء وآآ والهواء كان طلقون يعني مطلقون ما في تأثير ومتأثر الانسان يبقى اه مدركا لنفسه اذن هذا ليس دليلا وانما هو تجربة تجربة عقلية فقط هذه تجربة عقلية ليست تجربة مادية تجربة عقلية تعينك على الوعي بالوعي الوعي بذلك الشهود نعم واعي بذلك الشكوك قالوا والمشاركة بي هذان كذلك دليل على النفس ليست هي البدن. اقول هذا الوجه الثاني الدال على ان النفس ليس هي البدن. وتقريره ان البدن جسم يعني امتداد. نعم اه وكل جسم على الاطلاق فانه مشارك لغيره من الاجسام في الجسم نعم الجسم مفهوم كلي فيصدق على كل من له امتداد حديد امتداد جسمه. الذهب امتداد جسمه. الانسان امتداد في بعده البرد البدني. بعده البدني جسم. ليس في بعده النفسي</w:t>
      </w:r>
    </w:p>
    <w:p>
      <w:r>
        <w:t>الشمس عندها امتداد مادي فهي جسم هذا هو الملاك يعني مفهوم يصدق على كثير نعم وكل جسم على الاطلاق فانه مشارك لغيره من الاجسام في الجسمية في هذا العنوان الكلي فالانسان يشارك غيره من الاجسام في الجسمية. ويخالفه في النفس الانسانية وما به المشاركة غير ما به المباينة فالنفس غير الجسم نعم تقول آآ يعني مصادرة على المطلوب انت قلت الانسان يتميز عن الحديد والذهب كذا بخاصية حقيقية ذاتية لانه لو كان اه حيثية الاشتراك الجسمي هي النفس فيشارك كل هذه الفصول فيكون حديدا يكون ذهبا يكون شمسا ما دام هو متميز اذا ليس متميزا بحيثية الاشتراك التي هي الجسم بحيثية الاختصاص هذه حيثية الاختصاص سميها انت النفس فقوله والمشاركة به عطف على قوله الى الغفلة عنه. اي وهي مغايرة لما تقع الغفلة عنه والمشاركة به هذا دليل قوي جدا صحيح. يعني انت الان تجد النفس اه تجد الانسان يغيروا النحاس البدن الفضة الشمس القمر يغايره مع انه يشترك في الجسمية معه. اذا ملاك التميز ما هو بلاك التميز غير الجسمية. اذن حقيقة غير جسمية يعني حقيقة مجردة. سميها انت النفس. نعم نعم هذا دليل اه دليل قوي جدا نعم احصنة هو ليس بدليل انما هو مشاهدة ترجم في دليل مشاهدة انا اشاهد هذه الحقيقة تشترك في جميع هذه الواقعيات في بعد هو الجسم يعني في هذا الامتداد انا عندي امتداد مثل هذا الزجاج اذا اذا كنت انا جسما اذا اتميز بماذا عنه? الزجاج يتميز بالصورة الزجاجية. انا اتميز بماذا انا متميز اذن ملاك التميز ما هو? غير الجسم اذن هو النفس قال والتبدل فيه البدن يخضع لماذا? للتغير خصوصا على مبنى الحكمة المتعالية. اقول هذا الوجه الثالث هو تقريره ان اعضاء البدن واجزاء البدن تتبدل كل وقت خصوصا العلوم العصرية الان تقول هذه الخلايا وهذا البدن يتغير كل خمس سنوات نعم ويستبدل ما ذهب بغيره نعم فان الحرارة الغريزية تقتضي تحليل الرطوبات البدنية نعم ولهذا الانسان يشرب الماء حتى يعوض ما ذهب نعم تقضي تحليل الرطوبة البدنية ولهذا اه الزمان اه الفلاحون اذا جاء الصيف يفرحون كثيرا الان شبابنا اذا جاء الصيف والحرارة لا الحرارة الحرارة يستشكلون على النظم الالهي تسأل الفلاح القديم لماذا انتم تفرحون بمجيء الصيف ويفرحون بمجيء الشتاء ويفرحون بمجيء الربيع سبحان الله كل نعمة الهية يفرحون لها. لماذا? يقول هذا الصيف هو ملاك وصول القمح الى نضجه. انا سألت في كربلاء حرارة كنت في الصيف هناك ابلغ في كربلاء عشر تيام وكان توفيقا رائعا تبلغ لمجموعة جميلة جدا من من الخليج قرب المولى اهم زيارة واداء تكليف فسألت العراقيين ملاك هذه الحرارة ما هو قالوا لي شيخنا هذه الحرارة هي التي تجعل النخل او النخيل ينضج تمره لولا هذه النعمة التمر لا يصل الى آآ لا يصل الى كماله الى نضجه وانتم تعرفون ان العراق كانت ارض السواد كانت تنتج الثمور اكبر دولة في العالم تنتج الثمور. ليس كالحال الان مع الاسف الشديد الذي يخرب الوجود هم الساسة مع الاسف نعم يقول فان الحرارة الغريزية تقتضي تحليل الرطوبة البدنية. لولا هذه الحرارة الغريزية الرطوبات تدمر البدن. فالبدن دائما في التحلل والاستخلاف. يعني امور تذهب وامور آآ تخلفها والاستخلاف والهوية باقية الانسان يشعر انه لم يتغير من اول العمر الى اخره. والمتبدل مغاير للباقي. قياس من الشكل الثاني. تقول البدن يتغير آآ البعد الانا لا يتغير فالانا غير البدن الانذاك هو النفس فالنفس غير البدن. فقوله والتبدل فيه عطف على قوله والمشاركة فيه به اي وهي مغايرة لما تقع المشاركة به والتبدل فيه مع مجموعة من الادلة على ان النفس ليست هي البدن نعم. المسألة الخامسة في تجرد النفس موضوع في غاية الاهمية يبين ان النفس ليست من هذه النشأة المادية وانما هي نشأة ملكوتية في حقيقتها. يعني مصنوعة لعالم الملكوت نعم يأتي ان شاء الله بيان والسلام عليكم ورحمة الله وبركاته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