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في المتن الى مسألة في غاية الاهمية يبنى عليها علم كامل وهو علم النفس الفلسفي وكذلك ميتافيزيقية الذهن يبنى عليها علمان والان في الغرب المدارس المتعددة لا تؤمن بهذا المطلب لهذه المسألة يؤمنون بان النفس هي الدماغ وهي الاعصاب تأسسوا لعلوم بعيدة عن القيم الالهية بعيدة عن ان الميتافيزيق وبالتالي تكون من باب اولى بعيدا عن الدين وهي مسألة تجرد النفس يقول المسألة الخامسة في تجرد النفس. التجرد يعني النفس ليس لها في ذاتها بعد مادي لا جسم ولا جسم اليد دي في نفسها ليست في فعلها في فعلها متعلقة بالبنان لا الكلام في ذاتها مجردة مجرد يعني خالية عن الجسم والجسمانيات قال وهي جوهر النفس من اقسام الجوار بيناها وليست مادية مجردة في ذاتها طبعا ليس في فعلها الدليل لتجرد عارضها ما يعرظها مجرد وبالتالي لا يمكن لما يعرضها يكون مجردا وهي تكون مادية ما في مناسبة ما فيه مسامحة. اذا كان العارض مجردا النفس كجوهر تكون مجرد والعارض ما هو العلم العلم بسيط العلم بسيط ومجرد. له خصوصيتان مجرد عن المادة وبسيط الان انت تعاين افراد الانسان عندك اه بلال عنداك طه عندك علي عندك ليلى عندك زينب عندك سعاد وهكذا هذه الافراد التي نعاينها بالشهود انت تدرك الانسانية في عمق هذه الواقعيات بدون مادة مجرد عن كل اه عن كل الخصوصيات الجسمية فلا تكون جسما تدركها في عمق طه في عمق سعاد في عمق بلال طبعا تدركها يعني العقل الذي يصل اليه الحسلة يصل اليها اذا العلم بماهية الانسان التي عرفوها بحيوان ناطق طبعا يمكن لك ان تعرف بتعريفة اخرى هما عرفوها بالحيوان الناطق لانهم بحثوا الحقيقة الانسانية وجدوها متكونة من اه بعدين حيوان ناطق يعني حيوانية خاصة بالناطقية نعم من يدرك هذه الحقيقة يدركها العقل واذا ادرك ادركها العقل عقله يدرك الجسميات. نعم لا يتعامل مع الجسميات الذي يتعامل مع الجسميات والادراك الحسي فاذا هذه الواقعيات كلها ليست مادية لادراك يجب هكذا نفهم لعل من حل في تشقيقات هذه التشقيقات تدوخ العقل ما يحتاج اليها هذا الذي بينته انا اعمق وادق نعم ندرك حقائق ليست مادية في عمق الماديات. ابن سينا هكذا يقول يقول استخرجوا المعقول من المحسوس والمعقولات مجردة لا رائحة للجسم والجسمان فيها مع اذا النفس لعارض وهو العلم والعين مجرد فتكون مجردة للمسانخة بل اكثر من ذلك العلم شأن من شؤونات النفس. اذا قلنا عارض على النفس من باب التحليل ابتداءات البنية الذهنية عندنا شيئا نفس وعلم ثم يعرض العلم النفس نقول الانسان كنفس مثلا ناطقة عالمة. هذا في البنية البنية المعرفية دائما تفكك ثم تربط ما يسمى بالحكم الكثرة ترجعها الى الوحدة اما في الواقع على هذا التفكيك غير موجود. اذا العلم ماذا يمثل في الواقع في البنية الواقعية? البنية الوجودية الاندلوجية. العلم شأن من شؤونات النفس اذا كان العلم مجردا وشأن حقيقة النفس فالنفس تكون بطبيعة الحال مجرد نعم ما نحتاج الى هذه التشقيقات التي شققها اه على من حلي ثم اشكل عليها المطلب يضيع جماله يظيع. نعم. فالطالب لا يتكون علميا دائما في الاشكالات بالإشكالات عندنا استاذ في الحوزة يدرس خارج اصول علم الاصول فنان في تهديم المباني اذا جاء للبناء للضعيف لماذا انت فاحد الطلاب الممتازين اشتكى لي قال لي شيخنا ما المعنى انا افكك المباني ودمر المباني ثم اذا جيت نبني لا نبني يعني الطالب كأنك انت توصله الى المشرعة ولا يشرب اي فائدة هذا اي فائدة من هذه التدقيقات التي لا تكون الطالب في بعده الاجتهادي ما ما الفائدة منها الطالب يجب ان يركز على اصل المباني ويفهمها في عمقها. حينها لوحده يستطيع ان يفرع. اذا رباها الاستاذ على قوة التحليل هو يفرح انت تعطيه المبنى هشا ثم هذا التحليل لا يفيد. التحليل يكون مخربا هذه اشكالية بيداغوجية مع الاسف الشديد عند بعض الحوزويين نعم قال وهي جوهر المجرد لتجرد عارضها اكتب تحت تجرد عارضة يعني العلم اقول اختلف الناس في ماهية النفس الناس يعني العلماء. اختلف الناس في ماهية النفس وان هل هي جوهر ام لا جمهرون او عرب. والقائلون بانها جوهر اختلفوا في انها هل هي مجردة ام لا والمشهور عند الاوائل يعني الفلاسفة وجماعة من المتكلمين كبان. بني نو بخت من الامامية والمفيد منهم والغزالي والحليم والراغب من الاشاعرة انها جوهر مجرد نعم والغزالي والحليمي وغيرهم اخذوها من الحكماء. لان المتكلم لا يؤمن بالمجرد الا الله تعالى هو الوحيد المجرد. اذا هادو تعثروا بالنظرة الفلسفية نعم ليس بجسم ولا جسمان. جسمان يعني ليس بعرض يعني ما يعرض الجسم وهو الذي اختاره المصنف رحمة الله عليه عليه المحقق التوصي بوصفه فيلسوفا واستدل على تجردها بوجوه. هنا خرج المتكلم عن صيغ الكلام السائد نعم حتى كتير من من الشخصيات الشيعية تؤمن بان النفس مادية نعم كيف تكون مادية? لا ادري انا. الفكر كيف يتأسس? يعني الفكر مادي نفس مبنى الشيوعية وهل المادية القديمة والحديثة مع الاسف الشديد كل هذا ناتج من الحساسية الكبيرة امام الفلسفة نعم اذا كانت النفس مادية يعني الدين لا معنى له. الدين لا معنى له نعم فانت مضطر ان تؤمن بعالم الاخرة انه مادي عالم البرزخ انه مادي مثل هذه الماديات الضيقة فانت تنتقل من ضيق الى ضيق مع ان النصوص الوحيانية تبين لك انك تنتقل من نشأة الى نشأة ارقى واروع نورانيا الأول دليل الأول تجرد عارضها. ما هو العارض والعين? الكشفية. العلم يعني ايه الكاشفية وتقرير هذا الوجه ان ها هنا معلومات مجردة عن المواد. كما بينت لكم ادرك الحقيقة الانسانية في عمق الماديات هذا الادراك العقلي. اذا اذا كان هناك ادراك آآ ادراك عقلي فالمتعلق يكون كذلك ماذا عقليا يعني مجرد نعم ولهذا يقول لان ها هنا معلومات مجردة عن المواد فالعلم المتعلق بها يكون لا محال مطابق لها فيكون مجردا لتجردها. نعم. لمسانخة العلم والمعلوم العلم هو المعلوم اين اشرق وبين نعم لان المتأخرين فككوا بين العلم والمعلوم. وهذا التفكيك اين نشأ? نشأ في بحث الوجود الذهني عندنا علم واقعية خارجية اما كيف نفساني عند المشية واما نحو وجود عند الحكمة المتعالية اينما يكون العلم العلم ذو اضافة في اشراقة هذا هو الوجود الديني هذه الاشراقة تربطك بالواقع الخارجي. نعم حتما تكون كلية تكون عامة والا لا يتأسس العلم ابدا نعم فالعلم المتعلق بها يكون لا محالة مطابقة لها فيكون مجردا لتجردها</w:t>
      </w:r>
    </w:p>
    <w:p>
      <w:r>
        <w:t>فمحله الذي هو النفس وهو النفس يجب ان يكون مجردا لاستحالة حلول المجرد في المادي هذه الاستحالة حلول مجرد في المادي هذا حكم ديني وليس حكما واقعيا هنا في البعد المعرفي عرض ومعروف. يعني هذه الكثرة ذهنية تحليلية ثم عرض العلم على النفس. اما اذا قربت المسألة واقعيا تقول العلم شأنه من شؤونات النفس بل هو النفس بنحوه يعني النفس اذا كانت مشرقة مضيئة فهو العلم اذن هذا هو الدليل نعم تقول آآ العلم مجرد. يعني في مقابل المادة يعرض النفس للمسانقة اذا بنينا على العروض  فالنفس يجب ان تكون مجردة. نعم اما اذا قاربتها مقاربة واقعية تقول العلم مجرد وهو شأن للناس. حيثية من حيثيات النفس فتجرده وتجرد النفس. ليس له تجرد خاص وللناس تجرد خاص لا تجرده تجرد النفس. لان النفس مجرد وهو شأنها فيكون ماذا? يكون مجردا. نعم. يجب ان نفهم المسألة هكذا. يعني فيه قراءتان قراءة الحلول وقراءة لا. قراءة التشاؤم نعم الاول تجرد عارضها وهو العلم وتقرير هذا الوجه ان ها هنا معلومات مجردة اه نعم عن المواد فالعلم متعلق بها يكون لا محالة مطابقة لها. يعني انت اذا ادركت الانسان كطبيعة مجردة عن شخوصات المادة في طهارة وفي سعاد وفي بلال فهذا العلم يكون مجردا المعلوم يكون مجردا العلم ما هو? العلم هو اه هو بتلك المعلومات سيكون مجردا بطبيعته ثم محله ما هو? محله يجب ان يكون مجردا فالنفس تكون مجرد فالعلم المتعلق بها يكون لا محالة مطابقا لها سيكون مجردا لتجرد المعلومات. فمحله محل العلم يعني الموضوع والجوهر وهو النفس يجب ان يكون مجردا. لاستحالة حلول المجرد في المد لان لا مصالحة بين مجرد مادي. المجرد لا امتداد له والمادي هو اي امتداد كيف يحل تحل الحيثية الجمعية? في الحيثية المشتتة. يمكن? لا يمكن نعم هذا دليل قوي جدا وهذا هو العمدة في الادلة. قال وعدم انقسامه. عدم انقسام العلم. العلم بسيط حيث يصل لا هويته له يعني اذا شئت التعمق والحيثية والحيثية الا هوية لها نعم هويتها هي هوية الموضوع اقول هذا والوجه الثاني هذا هو الوجه الثاني وهو ان العارض يعني العلم للنفس اهل العلم غير منقسمين. يعني بسيط فمحله يعني الجوهر يعني النفس عن المعروض يعني النفس كذلك كذلك يعني غير منقسم جيت اذا كانت النفس غير منقسمة ماذا يدل على? يدل على ماذا يدل على انها ليست جسما لان الجسم ينقسم يعني نعم وتقرير هذا الدليل يتوقف على مقدمة جيت. هنا دخل في التشقيقات التي تدوخ الطالب وتضيع وقت الطالب الان يجب ان نطبق نوظف الناس الاو كان ممكن الطالب اول مرة يسمع بهذا بهذا المصطلح. النص انت عندك بستان اه فيه فيه السنابل قمح وصل وقت الحصاد. فتأتي بالنصر تقطع. هذه الالة نجي نقطع بها مثل المنجل طويلة وتقطع حادة وتقطع السنابل هذا النص يسمى النص نسبة الى العالم اوكام غربي نعم له مبنى في الحسن والقبح هو مبنى الاشاعرة نعم وكام يقول اذا كانت عندك مسألة علمية وبينتها بخمس مفردات لا يمكن ان تبينها الا اذا بينت خمس مفردات يعني قائمة على خمس مفردات وانت امكنك ان تبينها بثلاث مفردات اثنين حذفهم يعني تأتي بالنصل هذا النصل الادعائي المجازي وتحلى الثنين لأنها تشوش الدين. اذا اذا انا استطعت ان ابين المسألة بثلث مفردات. لماذا نأتي بخمسة? اثنين نحذفهم. نأتي بالنصل ونحصده ونحذفهم. هذا يسمى النصر الأوكا اذا نحن بينا المسألة بشكل بسيط وعميق بمفردتين او ثلاثة وواحد يبينها بعشرة ما الفائدة من هذه العشرة نحذف السبعة تبقى هذه ثلاثة او اثنين. كلما حذفنا كلما كان المطلب عميقا ومتينا نعم الان يدخل في تشقيقات هي ساهلة التدقيقات سهلة الا انها متعبة تلف للوقت نعم يقول وتقرير هذا الدليل يعني كون العلم آآ بسيطا وبالتالي يكون لا يقبل الانقسام فيكون في حالة جمعية غير تشتتية فالمحل يكون في حالة جمعية. الحالة الجمعية هي اه التجرد احداها يعني احدى هذه المقدمات ان ها هنا معلومات غير منقسمة وهو ظاهر. العلم لا ينقسم  فان واجب الوجود غير منقسم وكذا الحقائق البسيطة الحقائق البسيطة لا تنقسم الوجود البسيط نعم الثانية ان العلم بما بها غير منقسم لأن انت تعلم بمتعلق غير لا ينقسم فالعلم لا ينقسم. لانه لو انقسم لكان كل واحد من جزئيه لنفرض مثلا هذا العلم له جزئان اما ان يكون علما او لا يكون قسم هذا العلم الى قسمين اما عندك علم مع علم او علم مع جهل علم عجل يعني المجموع المركب الذي هو علم يتشكل من آآ من ملكة وعدم ملكة هذا غير مقبول. نعم. يقول مع نحن نصبر مع هذه التشقيقات ولأنها آآ سهلة الا انها مضيعة للوقت يقول ان العلم بها غير منقسم بهذه المعلومات الحقائق البسيطة وواجب الوجود. لانه لو انقسم هذا العلم لكان كل واحد من جزئيه ينقسم الى قسمين مثلا. اما ان يكون علما او لا يكون او لا يكون يعني جهل والثاني باطنه يعني لا يكون علما لانه عند الاجتماع اما ان يكون يحصل امر زائد او لا حتى لو لم يحصل امر زائد. العلم تشكل من ملكة وعدم ملكة لنتشكل مع ملكة هو العلم الجزء الاول والجزء الثاني الدال ضد العلم يعني مقابل العلم. نقول مقابل افضل نعم اما ان يكون علما او لا يكون والثاني باطل لا يكون علما ماذا يكون جهلا? لانه عند الاجتماع اما ان يحصل امر زائد او لا فان كان الثاني لم يكن ما فرضنا علما بعلم وهذا خلف نعم يعني لم ياتي بشيء جديد. لماذا? لان الاجزاء دائما تأتي بمركب شيء جديد نعم هذا لم يأتي بشيء جديد نعم وهذا خلف يعني خلف كون المركب مركبا. وان كان الاول يعني جاء امر زائد فذلك الزائد. اما ان يكون منقسما فيعود البحث يعني ايه رجعنا الى القسم الى الى اجزائه او لا يكون فيكون العلم غير منقسم وهو المطلوب. هذه التفريعات كلها اه نعم انا اسميها الهوس الاستدلالي وان كل جزء علما فاما ان يكون علم بكل ذلك المعلوم فيكون الجزء مساوي للكل هذا خلف. يعني اذا قسمت العلم وهذا الجزء يكفي للاحاطة بالمعلوم. فالثاني يكون لغوا نعم والجوز يكون مساويا للكل او ببعضه فيكون مفروضا غير منقسم منقسم وهذا كلف تشقيقات كلها لا معنى لها وهذه انا اسميها الآفة البيداغوجية الهوس الاستدلالي  الآفة البيداغوجية نعم الغرب لما رأى القرون الوسطى عندهم هذه العادة هذه العادة السيئة هيمنة الاستدلال الهوسي على الفكر فتركوه وتضررت اوروبا نهائيا لان هذه العلوم لها مساس بالعقيدة لها مساس بالعقيدة هذا كتاب يؤسس للعقيدة غدا نصل الى الالهيات بالمعنى الاخص. هذه الاصول نوظفها لفهم العقيدة فاذا نحن ظربنا هذه الاصول العقيدة</w:t>
      </w:r>
    </w:p>
    <w:p>
      <w:r>
        <w:t>تدمر وهذا الذي حدث في الغرب نعم حدث في الغرب لا يجب ان نكون عقلاء. الامور التي تبين ببساطة وبشهود وبمكانة مدحها هكذا لا ندخل في المتاهات ثالثا ان محل العلم غير منقسم لأنه لو انقسم لانقسم العلم نعم لو انقسم لانقسم العلم نعم لنشوف هذه المغالطة هادي مغالطة لأنه محل العلم غير منقسم كيف عرف غير منقسم انت تقول لا ينقسم العلم لا ينقسم وبالتالي الناس تكون غير منقسمة تكون مجردة ان محل علم عن النفس غير منقسم هذه المصادرة هذا الذي تريد ان تبينه تريد ان تبين انها ماذا مجردة? مجردة يعني حالة جمعية ما معنى حالة جمعية? يعني ليست ممتدة. ما معنى ليست ممتدة? يعني ليست منقسمة. مصادرة. لاحظتم يعني الهوس الاستدلالي يوقعنا في تناقضات تناقضات مثل هذا الذي يتكلم كثيرا يتكلم كثيرا حتما آآ يقع في مغالطات كثيرة جدا وهو لا يلتفت احكي لكم نكتة عن رئيس الجمهورية الجزائرية بشد من جديد كان قليل الثقافة يخطب للامة. في اول الخطاب الخطاب لا ادري يستغرق ساعة. في اول الخطاب ربع ساعة او عشر دقائق قال الحمد لله نحن ما عندنا مشاكل. يعني الجزائر ليس لها مشاكل بعد نصف ساعة بعد يقول والدولة التي ليس لها ليس لها مشاكل ليست دولة كبرى صغرى فالجزائر ليست دولة بدأوا يضحكون عليه وينكتون عليه في الجزائر انها قياس من الشكل الاول. نحن ليس لنا الحمد لله مشاكل وكل دولة ليس لها مشاكل ليس بدولة. اذا نحن ليس بدولة. يعني ما النا دولة. لاحظت الذي يكثر الكلام دائما يقع في هكذا تناقضات. انظر هذا التناقض. الثالثة ان محل العلم. يعني الناس غير منقسم. هذا هو الدعوة غير منقسمة لبسيط حتى جيت تثبت اه التجرد. لانه لو انقسم لانقسم العلم عكس المسألة. المحقق الطوسي يقول وعدم انقسامه يعني العلم اذا اثبتنا ان العلم لا ينقسم فبسيط فما يعرضه من جوهر يكون بسيطا. والبساطة خاصية للمجردات انعكس المسألة عكسها عكسها مية وثمانين درجة ان محل العلم غير منقسم. هذه الدعوة يا العلامة الحلي. رحمة الله عليك. لانه لو انقسم لانقسم العلم والمحققة التوصي ذهب من العلم. واكتشف انه بسيط غير منقسم اثبت المحل انه بسيط غير منقسم. وبالتالي انه مجرد لانه ان لم يحل في شيء من اجزائه لم يحل في ذلك المحل لا ادري انا هذه العبارة تعليلية لمن? لانه ان لم يحل في شيء من اجزائه لم يحل في ذلك المحل يعني العلم اذا لم يحل في شيء من اجزاء المحل لم يحل في ذلك المحل يعني اذا كان العلم بسيطا فلا يحل في الاجزاء لان الاجزاء مشتتة مشتتة والعلم حيثية بسيطة اجتماعية جامعية اين يتواضع وان حل يعني وان حل العلم في تلك الاجزاء فاما ان يكون في جزء غير منقسم وهو المطلوب او في اكثر من جزء فاما ان يكون الحال في احدهما غير الحال في الاخر وهو محال بالظرورة او غيره فيلزم الانقسام على الثالث اشطب عليه مطلقا لانه مصادرة على المطلوب الرابع ان كل جسم وكل جسمان الجسمان هو المنسوب الى الجسم فهو منقسم نعم هادي مسألة مسلمة. لان قد بينا ان لا وجود لوضعي غير منقسم. كل من يتموضع فهو منقسم. تموضع يعني الامتداد في حيز نعم واذا ثبت وثبتت هذه المقدمة ثبت تجرد الناس. يعني اذا بينا ان العلم لا ينقسم بسيط فمعروضه وهو النفس كجوهر فهو بسيط حالة جمعية ليس له حالة امتدادية وبالتالي لا ينقسم فيكون مجردا وفيه نظر. يعني بعد هذه الجولة الطويلة يقول يكون فيه نظر للمنع من المساواة مطلقا عند المساواة في التعلق الجزء بالكل المعلوم كالكل لا من العلم الحسن زاد اموني يرد عليه في انها مش معقولة في نظره نظر لان الحكم لم يجري على صرف التعلق حتى يرد اعتراضه بل التعلق الذي يكون العلم بالجوز علم بالكول ذلك المعلوم فيلزم على هذا ان يكون الجزء مساوي للكل بلا كلام نعم انت مولانا قسمت العلم الى اجزاء هذي الاجزاء لنفرض مثلا اقل شيء اه اه اقل شيء اثنان الف باء كيد هذا الف علم ام جهل? لا تقل علم لان العلم ينقسم الى ما يسانخه علم ينقسم خلينا من اي قصة ثاني ما هو جاهلون فالعلم يتركب من علم وجهل هذا محال علم علم اجتمع واسس لمركب فيه زائد ام لا? اذا لم في زائد لا معنى للتراكم. في زائد ما هو هذا الزائد نعم ثم اذا جئنا الى الجوز قسمناه الى قسم الى الف وباء الف علم وباء جهل غير معقول الف علم وبا علم المجموع ما هو الزائد ما في زائد. اذا كيف حللت المسألة تصل الى ان العلم حقيقة بسيطة ليست مركبة حالة جمعية فمعروضها بالظرورة يكون حالة جمعية على جمعية وهذا هو التجرد الحالة الجمعية هذا التجرد. بغض الطرف عن الشهود انت الان في بالشهود نفسك ترى نفسك حالة جمعية وليست حالة مشتتة. اين تتشتت? تشتت في اذا ذهبت الى قواها قواها اه تكفرها يكفرها في باب الوظيفة. اما في الذات فانت تشعر بالشهود انها ليست مفككة وليست مشتتة وليست مقطعة. انما تعيش الحالة الجمعية وهي بسيطة. متى نخض الحب؟ تشعر بالحب؟ حب الام حب الاولاد حب الزوجة تشعر بهذا الحب مشتت يعني حبك لأم غير حبك للزوجة لا حقيقة واحدة جمعية بسيطة وهذا هو التجرد نعم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