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مع تجرد النفس ووصلنا الى هذه الفقرة قال وقوتها قوة النفس على ما تعجز المقارنات عنه يعني ما تعجز الماديات عنه نعم النفس حقيقة هذه مسألة مهمة جدا. قلنا في بحث سابق ان الجسمانيات حركتها وفعلها ليس متناهيا محدود طبيعة الجسم محدود ففاعليته تكون محدودة. النفس لا النسلة. سبحان الله! اني جاعل في الارض خليفة بقوة تصرخ علم الملكوت لا حد لي فاعليتها لا حد لفعاليتها بل اكثر من ذلك تستطيع في هذه النشأة ان تتجاوز احكام البدن وهذا امر عجيب تتجاوز احكام البدن واذا لم نبني على هذا الاصل التكويني لا يمكن ان نفسر الوحي لان الوحي امر ملكوتي ليس امرا ماديا. فكيف تتحمله نفس الانسانية في شخص النبي صلى الله عليه واله وترقي هذه النفس الى علم الملكوت? قاب قوسين او ادنى اذن النفس لا حد لقواتها. اما الماديات فهي محدودة فيأتي القياس من الشكل الثاني. تقول الجسم محدود في فاعليته. النفس ليست محدودة في فعاليتها. قياس من الشكل الثاني. النفس ليست جسمان واذا لم تكن جسما يعني لا تنقسم فتكون بسيطة فتكون مجردة حالة جمعية حالة جمعية وقوتها لهذه الحالة الجمعية كلما الانسان ابتعد عن التعلقات ومن لم تتشتت نفسه رجعت الى الحالة الجمعية كان في قوى وجودية عجيبة جدا والدين يأتي ويربي الانسان على الابتعاد عن هذه التعلقات والصيام والصلاة والحج وهذه الامور الجميلة العبادية الجميلة لابعاد الانسان عن هذه التعلقات حتى يعيش الحالة الجمعية فيكون قويا تنفتح على علم الملكوت نعم قال وقوة النفس على على ما تعجز المقارنات عن يعني ما يعجز عنه البدن. اقول هذا هو الوجه الثالث يعني الدليل اه الثالث هو تقريره ان النفوس البشرية تقوى على ما لا تقوى عليه المقارنات للمادة فلا تكونوا ماديا فاء فتفريع لانها تقوى على ما لا يتناهى لانها تقوى على تعقلات الاعداد غير المتناهية وقد بينا ان القوة الجسمانية لا تقوى على ما لا يتناهى يعني هذه الصغرى نعم وقد بينا ان القوة الجسمانية لا تقوى على ما لا يتعنها هذه الصغرى الكبرى بينها قال النفوس البشرية تقوى على ما لا تقوى عليه المقارنات هذه كبرى صغرى كبرى بيان الكبرى لانها تقوى على ما لا يتناهى لانها اقوى على التعقلات الاعداد غير المتناهية. كلما كان عندك عدد تتعقل ما هو اقوى منه وارقى من. وقد بينا ان القوة الجسمانية لا تقوى على ما لا يتناهى. هذه صورة القياس من الشكل الثاني. النتيجة فتكون النفس مجردة ولهذا قلت لكم كلما كان الطالب هاظما ظابطا للقواعد المنطقية يفهم جيدا اسرار المتون واستنى الشيخ فياضي الله يحفظو هذا الشيخ كتلة اخلاقه كتلة ايمان وعالم درست عنده نهاية الحكمة كاملا سنة سنتين كاملة. والجزء السادس من الاصفار تقريبا وعندي علاقة عميقة معه صديق واستاذ يربيك في الاخلاق ويربيك في العلم نعم يقول في درسه اذا كنت في مناظرة مع شخص لا تنسى هذا الامر اطلب منه ان يبين مدعاة في شكل في شكل منطقي هناك تتجلى المغالطات سريعا اما اذا بقي الكلام في دائرة الظل والابهام لا تكشف المغالطة لعل من حل يرفض هذا المسألة يقول انتم تقولون النفس اه تقوى على افعال غير متناهية. انتم بنيتم على ان اه التعقل امر فعلي. معنى التعقل امر انفعالي واذا بنينا على الامر الانفعالي المادة كذلك لا تتناهى في القابلية. تقبل الصور الى ما لا يتناهى. واذ فيه نظر لان التعقل قبول. اكتب تحتها هذا مبنى المشان كن على منح لمبتلى بمبنى المشاء التعقل قبول يعني النفس تقبل نعم مع ان التعقل ليس آآ قبولا اه هذه كلها معدات النفس تشرق فاعلة في العلم من سلخ الذات الالهية لا فعل هذا مبنى المشاة اذا الإشكال اشكال مبني لا فعل وقبول ما لا يتناهى للجسمانيات ممكن يعني المادة تقبل الصور الى لا متناهية والاعراض التي لا متناهية. الاشكال مبني على اه ان العلم انفعال وليس فعلا وهذا غير وارد. نعم غير وارد. غير صحيح مطلقا. العلم هو اشراق اشراق وليس حالة انطباعية العلم ليس من سلخ الماديات حتى يكون حالا انطباعية نعم قال ولحصول عارضها بالنسبة الى ما يعقل محلا منقطعا. عبارة مغلقة لا ادري تحتاج الى استطلاب لغوي واستطلاب مبنائي وبنائي. اقول هذا الوجه الرابع يعني الدليل الرابع وتقرير ان النفس لو حلت جسما يعني تعلقت به جسما من قلب او دماغ هذه الاعضاء الفيزيولوجية الذي بنى بنى عليها الغرب مبانيه. ان النفسية هذه الامور فزيولوجية والاعصاب والقلب والدماء نعم جيد اذا حلت النفس في هذه الفيزيولوجيات القلب والدماغ. ماذا يحدث? لكانت دائمة التعقل له لماذا? لان حضور اذا حلت يعني انت حاضر مع اه المحل نعم تعقله دائما لماذا? لان الحضور العلم هو حضور حضور المعلوم لدى العالم او كانت لا تعقله البتة. يعني شرطية لها اه شقان قضية شرطية القضية الشرطية المنفصلة تقول العدد اما زوج او فرض نعم اه في وقت انا ابين المسألة المنطق صحيح قواعد التفكير قواعد التفكير وفي الال نفسه منهجية يعني ما معنى المهجير يعني المسار الذي يقطعه العقل او الدين للوصول الى الحقيقة طبعا قد يصل وقد لا يصل حسب المعطيات المسار هو هكذا مقدمات التعريف يعني الكليات الخمس. التعريف تجليط التصورات الاطار المفاهيمي ثم الحكم تتجلى القضايا ثم الاقيسا لا اقيس البرهانية غير البرهانية ثم المغالطات فالانسان اذا كان في دائرة النصوص او المقول المحاضرات او المكتوب هذه المنهجية ضرورية ولا يمكن لاي متن مكتوب مقول في الدين ان يخلو له خذها قاعدة. هنا المحققة التونسي وظفاء القضية الشرطية المنفصلة دقق جيدا وتقريره ان النس لو حلت جسم من قلب او دماغ لكانت دائمة التعقل له او كانت لا تعقله البتة يعني الشرطية الدائرة بين النفي والاثبات اما دائمة التعقل للحضور نعم لانها حلت جسما من قلب او دماغ لا يهم المحل نعم والتالي باطن بقسمه. يعني يبطل التعقل الدائمي او الجهل الدائمي اذا بطل التالي بطل المقدم ان النفس آآ تحل جسما فتكون جسمانيا باطل بقسمه جيد فإذا بطل التالي بطل المقدم كون النفس ماديا. بيان الشرطية بينت هذه المسألة كثيرا ان القياس الاستثنائي له بنية معرفية وبنية آآ تكوينية هنا في البنية المعرفية يعني بيان الشرطية ان القوة العاقلة اذا حلت في قلب او دماغ ما يهم العضو الفيزيولوجي يعني اما المعرفة في ذات القلب او في ذات الدماغ الان يقولون</w:t>
      </w:r>
    </w:p>
    <w:p>
      <w:r>
        <w:t>في ذات الدماغ الغربيون لم يخلو اما ان تكفي صورة ذلك المحل في التعقل او لا تكفي يعني هذا المحل يكفي لايجاد العلم اولادك فاذا كفت لزم حصول التعقل دائما. لدوام تلك تلك الصورة للمحل. لان النفس حلت هذا المحل يعني الدماغ حاضرة عنده هذه الصورة حاضرة والعلم هو حضور حضور شيء عند شيء فما دام هذا الحضور موجود فالعلم يكون دائمين. لماذا ينقطع? لا ينقطع. نعم مثل ما انت ترى الان التفاحة امامك. ما دام انت تبصر هذه التفاحة يعني نفسك حاضرة عند هذه التفاحة فهذا العلم يبقى اذا التفت العلم هذا ينتفي يبقى في الخيال. يعني اما العلم الحسي فينتفي نعم يقول اه لم يخلو اما ان تكفي صورة ذلك المحل صورة يعني ماهية ذلك المحل في التعقل او لا تكفي. فان كفت لزم حصول التعقل دائما. لماذا? ما هو الملاك? لدوام تلك الصورة للمحل. يعني حضور. الناس حاضرة في ذلك المحل. وان لم تكفي يعني لم يتعين العلم بعد. لم تكفي لم تعقله البتة. لان الحضور غير موجود عام يأتي الجهل المطلق لاستحالة ان يكون تعقلها مشروطا بحصول صورة اخرى لمحلها فيها مع لاستحالة او ان يكون تعقلها مشروطا بحصول صورة اخرى لمحلها. هذه قاعدة بنيوية. انت الان امام التفاحة التفاحة كمتعلق للعلم امر بنيوي لا استدلالي ولا يحزن بنيويوي حاكم علينا التفاحة في دائرتها تكفي لادراكها نعم لا تحتاج الى صورة اخرى صورة مائية او صورة ذهبية تنظم هي هي حد ذاتها تكفي ولهذا نحن ندرك الماهيات في ذاتها نعم في شروط موضوعية نعم لكن الادراك ينصب على الماهيات. ماء ماء ذهب ذهب فضة فضة. لا تدرك الفضة اذا انضم الى هذا الذهب لا ابدا. ولهذا يقول نعم وان لم تكفي تلك الصورة. يعني السورة تحية لم تعقله البتة لم تعقله الناس البتة لاستحالة ان يكون تعقلها تعقل هذه السورة مشروطا بحصول سورة اخرى لمحلها لمحلها فيها. والا لزم اجتماع المثلين يعني اجتماع التفاحة والتفاحة والذهب او تفاحة وتفاحة اخرى نعم. واما بطلان التالي فظهر لان الناس تعقل القلب والدماغ في وقت دون وقت نعم لا تبقى النفس في آآ اسيرا في تعقلها للدماغ او تعقلها للتفاحة. هو تكلم في الأمور الداخلية. وانا اتكلم في الأمور الخارجية. لا بأس النفس ليست محصورة في تعقل واحد فقط هذا دليل على ماذا? على انبساطها على عموميتها والعمومية صفة لمن? صفة للمجرد وليس للمد. نعم واما بطلان التالي فظاهر لان النفس تعقل القلب والدماغ في وقت دون وقت يعني لا يأسرها الجزء المادي حرة. نعم وطريقة ولنرجع الى الفاظ الكتاب فقوله رحمه الله ولحصول عارضها يعني بالعارض التعقل انظر الى المتن ولحصول عارضها للتعقل يعني العلم بالنسبة الى ما يعقل محلا منقطعا يعني تعقل ولا تعقل يعني ممكن ان لا يأسرها آآ شيء واحد فقط. نعم. ولنرجع الى الفاظ الكتاب فقوله رحمه الله ولحصول عارضها. ما هو العرض؟ يعني بالعرض التعقل. يعني العلم قوله بالنسبة الى ما يعوق المحلا منقطعا اي ولحصول العارض وهو التعاقل بالنسبة الى ما يعقل محلا من قلب او دماغ دماغ حصوله منقطعا لا دائما نعم دائما اذا النص ليست اسيرة لجزء مد خاص اما المد الى المد اذا وضعته مسكين في محل فهو اسير بذلك المحل نعم نعم الا اذا جاءت قوة من الخارج تدفعه نعم تدفعه وهذا خير دليل على ان النفس اوسع من المادة وملاك الاوسعية هو التجرد نعم تجر نعم في الدليل فيه نعم فيه دقة وفيه كما يقولون باللغة الفرنسية. في دقة زائدة الا انه دليل صحيح نعم قال والاستلزام استغناء العرض استغناء المعروف هذا كذلك دليل خامس على اه تجرد النفس هذه المسألة بغض الطرف عن ادلتها تامة غير تامة وانا ارى بعضها تاما متينا مثل تجرد العلم وبساطة العلم الا انها من المسائل المصيرية. يعني اذا لم نقرر هذه المسألة ونثبت هذه المسألة حتى العلوم الدينية لا معنى له حتى الدين لا معنى له ولهذا علم النفس من اخطر العلوم من اخطر العلوم نتكلم هنا عن علم النفس الميتافيزيقي من اخطر العلوم نعم ودراسة الانسان في هذا البعد من اخطر العلوم من اروع العلوم نعم قال والاستلزام استغناء العرظ. العرض هو العلم. استغناء المعروف يعني العارض العلم غني يؤدي الى غنى المحل وهو النفس المجردة. اقول هذا وجه خامس يعني دليل خامس. يدل على تجرد النص العاقل وتقريره. ان النفس تستغني في عارضها وهو التعقل عن المحل نعم وهذه بديهية جدا. انت الان اه اذا تعقلت هذه المسألة الرياضية في الحساب. اثنين زائد اثنين اربعة لا تحتاج الى يحتاج الى بدن. تقول اربعة زوجون لا من قسم لا متساوين. لا تحتاج الى البدن النفس اه هذه المعلومات تستغني عن البدن ومن يتعاقرها مستغني عن البدن يعني يشير الى ان عندنا تعاقلات بعيدة عن المادة نعم كالفلسفة آآ الرياضيات والفلكيات نعم فالفلكي يكتشف نظرية ثم تذهب الى التجريب وتجدها مطابقة تمام التطابق. لماذا? لاننا علمه له حظ من التجرد كبير نعم يقول وتقريره ان النفس تستغني في عارضها يعني اذا عرظها التعقل وهو وهو التعقل عن المحال يعني لا تحتاج الى مادة يعني في بعض افعالها ليست مادية آآ العجيب آآ في تعريهم في تعريفهم للنفس. انها قوة مجردة في ذاتها مادية في فعلها مادية في فعلها عن القيد. مادية في في بعض افعالها في التنقلات ليست مادية. نعم نعم تستغني في عارضها يعني في التعقل عن المحال عن المادة فتكون في ذاتها مستغنية عن المادة. لان استغناء العرض هو العلم يعني التعاقد يستلزم استغناء المعروض يعني النفس. لان العرض محتاج الى المعروف. نعم. واذا استغنى عن المحل عن المادة فحتما المعروض الذي هو النفس ليس ماديا فلو كان المعروض محتاجا الى شيء لكان العارض اولى بالاحتياج اليه. لماذا? لان التعقل عرظ عند على مبناهم. عرظ والعرض قائم بالجوار. فاذا استغنى العارض يعني العرض اللي هو التعقل عن المادة وجب استغناء المعروض من باب اولى قانون الاولوية قانون الاولوية نعم نعم. اذا كان التعقل من سلخ الاعراض التي لا تحتاج الى مادة. وهو عرظ يحتاج الى محل اذن اذا كان مستغنيا عن المادة محله ما هو هو مستغني عن المادة محله ماذا يكون? حتما يكون مستغنيا عن المادة وهو التجرد وبيان استغناء التعاقد من حقك هذا السؤال تقول التعقل ما هو دليله انه لا يحتاج الى المادة? نعم الشهود تنين زائد اثنين اه تساوي اربعة ابدا لا نحتاج الى البدن نعم وبيان استغناء التعقل عن المحل ان النفس تدرك ذاتها بالشهود لذاتها لا لآلة نعم ما تحتاج الى اه المادة الى البدن ادراك الذات لنفسها. تعقل الذات لنفسها. اذا هذا التعقل غني عن المادة. وكذا تدرك الاتها وتدرك ادراكها لذاتها ولالاتها. يعني تعب وعيها. كل ذلك من غير الة متوسطة بين</w:t>
      </w:r>
    </w:p>
    <w:p>
      <w:r>
        <w:t>وبين هذه المدركات فإذا هي مستغنية في ادراكها لذاتها ولآلاتها ولادراكها على الالة فتكون في ذاتها مستغنية عن الالة ايضا يعني مجردة نعم الفارق بين انواع الحيوانات والانسان بهذا الامر الحيوان يعي بالمحسوس لكن لا يعي بهذا الوعي وبالتالي لا يستطيع ان يصنع المعقولات والكليات وبالتالي لا يؤسس للمعارف والجامعات والحوزة ولا يتلقى التنقل تلقي الحضاري كالانسان. لماذا? لانه ما عنده الوعي بالوعي. يعني الوعي بعلمه. العلم بالعلم المحققة التوصية يبني على هذا الإنسان له خاصية انه يعي بوعيه اذا وعى بوعيه لا يكون ماديا لان المادي فاقد للوعي لا فاقد للوعي مطلقا فناهيك عن وعي وعيه. اذا ترقينا الى الحياة والذي له وعي خيالي ووهمي لكن ليس له وعي بوعي. نعم فقوله والاستلزام استغناء العرظ يعني التعقل اه عن بالعظ هو التعقل وقول استغناء معروض عن نبيه النفس المجردة التي يعرض لها التعقل فتكون مجردة نعم الشيخ الرئيس يبين شرح الاشارات من انس الكتب العلمية وكان يدرس في الحوزة مع الاسف الان هجر فيقوم لا زال يدرس هنا وهناك يقول دليل على تجرد الناس ان البدن يكل يتعب والنفس لا تتعب قياس من اه من الشكل الثاني البدن يكل الإنسان اه يشعر بالتعب في بدنه. اما القوى العقلية لا تتعب ابدا والانتفاء التبعية. اقول الذي فهمناه من هذا الكلام ان هذا وجه اخر يعني سادس. دال على تجرد النفس وتقريره ان القوة المنطبعة في الجسم تضعف بضعف ذلك الجسم الذي هو شرط في هذا والنص بالظاد من ذلك فان حال ضعف الجسم كما في قوة الشيخوخة تقوى وتكثر تعقلاتها كلما الانسان كبر ضعف بدنه مع البدن يضعف بطبيعة الحال ننكسه في الخلق في الخلق المادي اما النفس لا تتجرد تلقى الى البرزخ نعم بكمالات النورانية او كمالات ظلمانية هذا لا يهمنا الان نعم اذا قياس من الشكل الثاني المنطبعات المادية ككل يعني تضعف النفس لا تكل يعني لا تضعف. النص ليست من المنطبع المنطبعة نعم فلو كانت جسمانية لضعفت. قياس استثنائي لو كانت النفس جسمانية يعني مادية لضعفت بضعف محلها وليس كذلك يعني لا تضعف ببطلان التالي فلما انتفت تبعية النفس للجسم ضعفا وقوة في حالة ضعفه دل ذلك على انها ليست جسمانية. قياس من الشكل الثاني ذكره شيخ الرئيس في الاشارات والتنبيهات. اذا القوة البدنية مع الزمن تضعف وتتعب وفي فعل واحد اذا تكرر كثيرا تضعف هذه القوة القوة المادية اما الناس لا لا تضعف ابدا نعم وبالتالي تتصف بوصف يظاد وصف الجسم هذا دليل على انها غير جسم غير جسم قال ولحصول الضد هذا الوجه السابع وهذا وجه سابع يدل على تجرد النص وتقريره ان القوة الجسمانية مع توارد الافعال عليها وكثرتها تضعف كما بينت لكم مر الجسد يضعف مع الشيخوخة مع الكبر امتداد في العمر ننكسه في الخلق ومرة لا بتكرر الفعل نعم الدليل السادس يركز على الشيخوخة على امتداد العمر ننكسه في الخرق. الدليل السبع على تكرم الفعل اذا كررنا الفعل نمل ونتعب اقول هذا وجه سابع يدل على تجرد النفس وتقرير الدليل ان القوة الجسمانية مع توارد الافعال عليها و على توارد الافعال عليها وكثرتها تضعف نعم وتكيل يعني من الظهر. لانها تنفعل عنها. نعم. المادة منفعلة. ولهذا فان من نظر طويلا الى قرص الشمس لا يدرك في الحال غيرها ادراكا تاما. والقوى النفسانية بالظاد صغرى كبرى ويلقون نفسانية اشارة الى الكبرى اذا القوة الجسمانية تكل يعني تضعف القوة النفسانية بالظد يعني لا تضعف لا تكل ولا تضعف من ذلك. هذه والقوة النفسانية بالظبط الكبرى في الشكل الثاني فان عند تكثر التعقلات تقوى وتزداد وهذه العبادات سرها هو ان النفس تتقوى في بعدها التجردي وهذه العبادات المعاملات تنظيم اجتماعي حتى لا يخرب الإنسان في دائرة الفضائل العبادات لا العبادات فضائل الهية سرها ما هو? سرها انها تترقى هذه الناس في تجردها في التجرد النوراني ليس في التجرد الظلماني نعم تقوى وتزداد. فالحاصل عندك كثرة الافعال هو ضد ما يحصل للقوة الجسمانية عند كثرة الافعال. هذا هو لباب الشكل الثاني. فتقول الجسم القوى الجسمانية تضعف وتكل. القوة النفسانية لا تضعف ولكن محمول واحد محمول على الجسم بالايجاب ومحمول على النص بالسلب فتقول القوة النفسانية ليست هي القوة الجسمانية فهذا ما خطر لنا في معنى قوله ولحصول الظل. نعم تقرير صحيح لان هذا الكلام موجود عند شيخ شيخ الشيخ الرئيس في الاشارات والتنبيهات. المسألة السادسة في ان النفس البشرية متحدة بالنوع نعم ليست مختلفة بالنوع. والا لا يمكن للحضارة ان تتأسس من اساسيات تأسس الحضارات ملاكات الاساسية لهذه الحضارة الانسانية وحدة النواة فيأتي وحدة التواصل وبناء المجتمع ياتي ان شاء الله بيانه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