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الله يا الله والحمد لله اعوذ بالله من الشيطان الرجيم بسم الله الرحمن الرحيم وبه تعالى نستعين والصلاة والسلام على محمد واله الطيبين الطاهرين وصلنا الى مسألة مهمة جدا وهي وحدة النوع الانساني وقلت لكم في الجلسة التي مرت علينا هذا هو ملاك الوحدة الانسانية ووحدة الاجتماع والان صارت شاخصة كثيرا ببركة هذا التواصل الاجتماعي ان شاء الله يكون فيه خير لانه هدم لنا شبابنا الشعوب المتخلفة اذا تعاطت مع هذه التكنولوجيا الجديدة تتعاطى معها دائما من الحيثية السلبية مع الاسف شبابنا الان في العراق في الجزائر في مصر في السعودية بدلا من استفادة من هذه الامور للترقي العلمي للترقي المعنوي رايحين بمتابعة الفنانين والساقطات وو فصارت هذه الوسائل التي هي وسيلة يمكن ترقي الانسان علميا روحيا معنويا صارت في واد اخر يضرب الانسان والحقيقة الانسانية اذن الوحدة الانسانية هذه امر مسألة شهودية جهودية السر ما هو هو الفطرة اه القرآن يقول فاقم وجهك للدين حنيفا فطرة الله في طاعة الله يعني الاشارة الى منشأها التي فطر الناس عليها. الناس الناس الف لام للاستغراق يعني كل افراد الانسان عندهم هذه الفطرة وحدة فطرة اذا وحدة انسانية اذا النوع هذا واحد وليس المتكفر الانواع كما يدعي البعض قال ودخول النفس تحت حد واحد يعني تحت تعريف واحد يعني تحت طبيعة نوعية واحدة يقتضي وحدتها فتتحد الانسانية. الانسان لا يمكن ان يتحدث مع الحيوان ويتحد معايا والغرب الان يحاول ذلك اه تجد اه امرأة تنام مع حيوان وتفعل معه نعم تفعل معه ولكن ما فيه سن خية ابدا لا يمكن للانسان ان يعيش مع الحيوان كما يعيش مع بني نوعه. نعم الحيوان يسخر يسخر له وظيفة في الكون لاعتدال الكون? نعم. اما انه يدخل بالنظم الانساني هذا شذوذ شدود باريس في الليل يطهر كله بالماء يطهر يعني ينظف بالماء لماذا? لان كل باريس يباريزها عندها اجلكم الله كلب معها يريدون ان ينقضون هذه القاعدة الانسانية الله تعالى قال فطرة فطرة الله التي فطر الناس عليها يعني الناس عندهم وحدة فطرة وحدة نوع وحدة حقيقة لا يمكن ان يعيش مع الحيوان في سريره في مائدته في عبادته. يا ناس خافوا الله تعالى. اتقوا الله تعالى. هذا خلاف الحكمة الالهية والنظم التكويني. هذه المسألة تشير الى هذا الامر المهم. قال اختلف الناس في ذلك. يعني العلماء. فذهب الاكثر الى ان النفوس البشرية متحدة من نوع متكفرة بالشخص بالشخص فقط يعني الامريكي والعراقي والسعودي والسيدني نصراني والبرازيلي والروسي والالماني تختلف الاشخاص اما حقيقة انسانية واحدة. نعم متكثرة بالشخص وهو مذهب ارستوطاليس والحقيقة فقط تبناه وذهب جماعة من القدماء الى انها مختلفة بالنوع يعني النوع طه غير نوع ليلى كيف يتم الاجتماع كيف تتأسس المجتمعات؟ نعم وكيف يخطبها ويخطبها وتتزوج به لا ادري هذا المبنى يعني كم هو هزيل وسخيف واحتج المصنف يعني ان حقق الطوسي على وحدتها بانها يشملها حد واحد وهو الحد الانساني. تقول حيوان ناطق والامور المختلفة يستحيل اجتماعها تحت حد. يعني الفصول متباينة فكيف تتحد وتشكل المجتمع الانساني? نعم. وعندي في هذا نظر. على منح اللي يناقش الدليل. يناقش يؤمن بالوحدة الانسانية نناقش بالدليل. يعني لا يؤمن يؤمن بالدعوة ولا يؤمن بالدليل وعندي في هذا النظر يعني اشكال فان التحديد ليس لجزئية النفس حتى يلزم ما ذكره بل لمفهوم الناس وهو المعنى الكلي. والله لا ادري لا ادري ماذا اقول ماذا اقول? ملاك الوحدة الانسانية ليس في شخصياتها كل شخص له همومه له عشقه له آآ ملكياته له حيزه الملاك والوحدة الانسانية في نوعها في هذه الطبيعة النوعية التي يدركها العقل اذا ادركها العقل لا يعني انها ذكر  ليس لها انها ذهنية كيانها في الدين تفهم بالدين غير انها ذهنية افهموا هذه المطالب ادراكها بالادراك العقلي ليس النا في الدين هي في متن الناس. في متن الناس ليلة انسان. حقيقة بلال انسان حقيقة هنا يأتي الوحدة النوعية. وتتأسس الانسانية وتخدم بعض ولهذا النظرية تنتج في امريكا يفهمها العراقي ويتبناها او يرفضها. واذا كانت حقيقية يتبناها. لماذا لا? لانها انتاج انساني انتاج انساني لا يقول حيوان الاسد هو الذي انتجه. هذه الوحدة يعني يتعقلها لماذا يتعقلها? لوحدة الفصل الناطقية. نعم مولاي العلامانحي لي عجيب هذا الكلام منه فان التحديد ليس لجزئيات النفس حتى يلزم ما ذكره بل لمفهوم النفس وهو المعنى الكلي والمعنى الكلي غير موجود. الكلي الطبيعي على مبنى العلماء موجود في عمق الافراد. نعم وذاك كما يحتمل ان يكون نوعا يحتمل ان يكون جنسا لا اله الا الله محمدا رسول الله. نعم من اين جاء يا شيخ? قال الكل من اين جاء? اليس من الفصول المتحدة? ناطق ناطق ناطق ناطق اين الجنسية هنا? اين الجنسية هنا مع الاسف الشديد هذه المغالطات الكبار الكبار ليس كالصغار اذا اشتبهوا امة جر في الاشتباه تتبع هذا الاشتباه مع الاسف الشديد ويكون اه ظرره كبيرا. الان الحسن يدعي يدعي انه الحجة انه ابن الحجة انه اه لا ادري انا فيدعي الى يوم القيامة. لا لا يحرك ساكنا. انسان جاهل لا يفرق بين الموضوع المحمول وبين المبتلى والخبر. لكن شخصية كبيرة عندها مكانة حوزاوية تبدا تخربط كثير من الناس ينحرفون. انا اتصلوا مني من الجزائر ومن غير الجزائر عن فلان ما رأيك عن فلان يطرح امور غريبة وعجيبة نعم يعني الناس تتأثر لماذا? لان انت عندك مقام معنوي فيجب ان تزن كلامك جيدا. نعم نعم نحن نؤمن بالنقد ونؤمن بالحرية الفكرية لكن الحرية الفكرية التي تخضع لقوانين عقلائية لا يمجها العقل. ما هو ناتي انا بمقام الاجتماع في الحوزة العلمية والرش فقط هكذا. الرش نعم يجوز التعبد بكل المذاهب وبكل الاديان حبيبي الحال انت انت يجوب يجب التسامح غير وحدة الحقيقة يخلط بين التسامح والحقيقة. الدين مبني على التسامح بدليل ان النبي الاكرم صلى الله عليه واله وضع المجوس تحت اهل الكتاب. وضع المسيحيين تحت اهل الكتاب ووضع اليهود تحت الكتاب. معاملات خاصة بهم  نعم معاملات خاصة بهم هذا دائرة التسامح والمستضعف لا يدخل النار يعاقب على ظلمه فقط لانه مستضعف كما بين المحقق الطوسي في كتابه النفيس الفصول الناصيرية. دائرة التسامح هي احتواء الاخر واسعة في الاسلام. لكن الحقيقة واحدة. لا تتحمل الكثرة كيف يجوز التعبد بكل الاديان والمذاهب؟  ما نخلط على الناس من موقعنا المقدس وهو غير مقدس مع الاسف الشديد  نعم هنا العلم الحي ليس مصيبا في بحثه نعم فان قال انا حد الكلي حد لكل نفس نفس يعني سلاية الحد في جميع الاشخاص لماذا يسري الحد في جميع الاشخاص? اذا قلت يسري الحد في جميع الاشخاص هذا بحث معرفي</w:t>
      </w:r>
    </w:p>
    <w:p>
      <w:r>
        <w:t>اذا ذهبت الى البحث الوجودي الخارجي يعني تواجد الناطقية في كل الافراد هو الذي جعل هذا الحد يسري. يعني ملاك السريان وحدة الناطقية. ليس وحدة وحدة المفهوم. وحدة المفهوم امارة علامة معرفية على وحدة الانسانية. وحدة الانسانية هي هذه القضية الناطقية واحدة في الجميع في جميع الاشخاص يعني هذا نفس ناطقة هذا نفس ناطقة هذا نفس ناطقة فطرة الله التي فطر الناس عليها نعم الناس هنا للاستغراق كل افراد الانسان فطروي يعني حقيقة واحدة. نعم. يا شيخ وذلك نعم. فان قال يعني ان قال المحقق الطوسي او من يتبنى هذا المبنى. ان حد الكل حد لكل نفس سين ناقص سين. اذ لا يعقل من كل نفس وما قلنا في التحديد منعنا ذلك كيف والزمناه الدور لان الاشياء المتكاثرة انما يصح جعلها في حد واحد لو كانت متحدة في المهيأ المتحدة في المهي متحدة في الناطقية. اما البعد البعد المادي هذا بعد آآ آآ ارضية فقط نفس الناطقة واحدة نعم. فلو استفدنا وحدتها من الدخول في الحد الواحد لزم الضوء يعني كيف? يعني نحن فهمنا وحدة المفهوم من وحدة المصداق وحدة المصاديق في النفس الناطقة وفهمنا وحدة المصادق من وحدة المفهوم. لا ليس هكذا حتى يلزم ايها العلامة الحلي خلطت بين البعد المعرفي والبعد الانطلوزي. يعني البنية المعرفية مع البنية الواقعية البنية المعرفية دائما نتاج للبعد البنية الواقعية. يعني لان افراد الانسان كلها متشخصة في حقيقتها بالناطقية وصلنا الى الحد الوحدوي وهو حيوان ناطق فهذا امارة يعني هذا يدلنا معرفيا على وحدة الانسانية والناطقية التي في الاشخاص هذا يدلنا على وحدة حقيقية فعندنا اه نظمان نظم معرفي ونظم انطلوجي ولا يلزم الدور ايها العلماء الحلي. حتى تقول من وحدة الحد وصلنا الى وحدة الحقيقة. لا ووحدة الحد امارة يعني بعد معرفي نظم معرفي ناتج من النظم الواقعي ما هو النظم الواقعي وهو وحدة الفصل يعني النفس الناطقة هكذا يجب ان نفهم المسألة شيخنا العزيز والتحديد ليس راجعا الى المفهوم من النفس بل الى حقيقتها في نفس الامر. جميل جميل انظر هو وهو يدرك هذه المسألة. يعني في وعيه الشريف هو فكك بين النظم المعرفي والنظم الأوندولوجي. دقيق جيد في هذا والتحديد والتحديد ما هو? والمعرفي ام بعد خارجي? بعد معرفي. تعريف. تعبير عن التعريف يعني التصور نعم بوعلماني ليس رادعا الى المفهوم يعني من اين جاء من من النفس بل الى حقيقتها في نفس الامر يعني النظم الواقعي والا لكان الحد حدا بحسب بالحسم بحسب الاسم لا حدا بحسب الحقيقة. طبعا اذا يقول الحد لم يأتي من البنية الواقعية كما آآ تعريفا اسميا. ما دام هو تعريف تحدي حقيقي منشأه من البنية الواقعية. نعم هذا هو الكلام. اذا اذا انتقلنا من الحد الى وحدة الانسانية هذا امارة. انتقلنا من بعد معرف الناس من البعد الواقعي. يعني انت بدلا من تروح الى الواقع وتبحث عن كل شخص شخص شخص تذهب الى معنى كلي يكفي هو الإنسان حيوان ناطق العلوم لماذا? العلوم لماذا? اسست اسست حتى ما نتعامل مع الواقعيات كل واقع على حدة نضعها في قوانين كلية يعني نرجعها في نظم معرفي ولهذا انتم تدرسون في في بداية كل فن بعدما يتحدد الموضوع ندرس احكامه اعراضه الذاتية ما دروسها? يعني هذه الواقعيات المتشتتة تشتت الكثير نكتشف فيها مشتركات هذه المشتركات نجعلها قوانين كلية يعني نرجحها في بني اه معرفية او في نظم معرفي نعم فاذا كنا في النظم المعرفي نحن في النظم الواقعي. ولا يلزم الدور يا سماحة الشيخ وانت ادركت هذا التمييز الجديد الجميل. يقول والتحديث ليس راجعا الى المفهوم من الناس بل الى حقيقتها. يعني الحدود ناشئة من الواقع نعم اذا تكون هي امارات علامات معرفية في نفس الامر والا لكان الحد حدا والا لكان الحد حدا بحسب الاسم يعني ليس حدا حقيقيا. لا حدا بحسب الحقيقة. اذا اشكال العلامة الحلي في كلامه الشريف آآ الرد في كلامه الشريف يعني خلط بين بين النظم الواقعي والنظم المعرفي اه وهو ملتفت اليها. انظر ماذا يقول? يقول والتحديد يعني البعد التصوري. اذا قلنا بعد تصوري يعني في البنية الذهنية. نعم يعني في البعد المعرفي. ليس راجعا الى المفهوم. يعني من اين نشأ? منشأه من النفس بل الى حقيقتها في نفس الامر اكتب تحتها النظم الواقعي نعم نعم قال واختلاف العوارض التي تعرض النفس الانسانية الوحدوية لا يقتضي اختلافها يعني هذه الشبهة يقول لا انا اجد ليلة جاهلة وبلال اجده عالما نعم بلال اسمر ليلى شقراء جاءت من السويد مع يعني العوارض مختلفة دليل على اختلاف الطبيعة الانسانية. فتكون ليست موحدة توحيدا نوعيا نعم انواع متعددة. هذه شبه جدا هزيلة جدا ضعيفة اقول هذا جوابه عن شبهة من استدل على اختلاف النفس. يعني اختلاف نوعي. وتقرير الدليل انهم قالوا وجدنا النفوس البشرية تختلف في العفة والفجور واللون والعلم والجهل والذكاء والبلادة وليس ذلك من توابع المزاج. لان المزاج قد يكون واحدا والعوارض مختلفة فان بارد المزاج يكون يكون في غاية الذكاء نعم المخ بارد والكبد الان في البحث الفيزيولوجي في الطب القديم او الطب الجديد الكبد حار محل القلب يعني القلب هناك هذا الشاب الذي يندفع نحو داعش ولا يخاف شجاع ويتحدى الموت هذا آآ آآ يتحرك القلب الذي هو في الكبد حار. اما اذا هكذا بقي باردا بالعاقل باردا يقول اولادي وزوجتي ونصبي وو ويأتي بالحسابات العقلية هذه لا يندفع ابدا ولا يتحرر العراق ابدا نعم هذه الامور واقعية نعم فان بارد المزاج قد يكون في غاية الذكاء. يعني يفكر كثيرا. وكذا حار المزاج قد يكون في غاية البلادة وحار ولكن بليد. وقد يتبدل والصيفة النفسانية باقية ولا من الاشياء الخارجية لانها قد تكون بحيث تقتضي آآ خلقا والحاصل الذو فعلمنا انها لوازم للماء يعني لا تنفك. وعند اختلاف اللوازم يختلف الملزوم. نعم. هذه القاعدة الكلية صحيحة وعند اختلاف اللوازم يختلف المرجوم لان اللوازم ناشئة من الملزوم فاذا اختلفت دليل على ان العلة مختلفة. نعم الجواب ان الملزومات مختلفة وليست هي النفس وحدها بل النفس والعوارض المختلفة يعني المجموع يعني ليس النفس النفس لا بشرط جزء العلة مع العوارض تكون مختلفة نعم ومجموع الناس مع العوارض اذا كان مختلفا لا يلزم ان يكون كل ان يكون كل جزء ايضا مختلفان. فهذه الحجة مغالطية مغالطة من اقسام آآ جعل جزء الكل نعم المغالطة معروفة في المنطق اذا هذه اللوازم المختلفة اه بين الناس ليس الناشئة من النفس لوحدها ناشئة مع النفس زائد عارض فاذا اختلفت اللوازم آآ قد يكون الاختلاف للعرض الناس تبقى ثابتة. واحدة في الجميع. نعم. هذا اه الجواب جميل وصحيح. نعم والجواب ان الملزومات مختلفة وليست هي النفس وحدها سبب هذا هذا الاختلاف. بل النفس والعوارض المختلفة. اذا الاختلاف راجع الى العوارض نعم</w:t>
      </w:r>
    </w:p>
    <w:p>
      <w:r>
        <w:t>ومجموع الناس من مع العوارض اذا كان مختلفا لا يلزم ان يكون كل جزء ايضا مختلفا. فهذه الحجة مغاراتية اه وهذا جميل جدا لمن يريد ان يقود الامة. يجب ان يفهم نفسانيات الامة. يقولون المختار رحمة الله عليه المختار الثقافي كان له دراية عجيبة بنفسانية في البشر ولم يحقق هذه هذه الثورة وهذه النهضة حتى ينتقم من خبثاء كربلاء وملاعين كربلاء الا لانه يفهم جيدا نفسانية البشر لماذا البشر كلهم ينتمون الى حقيقة واحدة وبينهم هذا الاختلاف الكبير خلاف الكبير ناشئ من عوارض تعرض النفس ليس للنفس لوحدها لو كانت النفس لوحدها الناس كلهم يكونوا شجعان او كلهم بلداء هم كلهم اذكياء لا في عوارض تعرض يأتي لمصعب بن الزبير وحاصر الكوفة وان المختار يخاطب اصحابه سبعالاف شخص النصر في المقاومة النصر في التصدي نعم مع ان المختار نفس الانسانية وهم نفس الانسانية لماذا جاء هذا الاختلاف? نفس واحدة ناطقة واحدة لعارض لعارض عرظه قال آآ نحن اذا سلمنا هذا الرجل اه يعطونا حريتنا انت ما تعرف ال الزبير لا تعرف ان دولة منافقة ومصعب بن الزبير ما عنده سياسة احمق غبي عسكري اي نعم عقله في جزمته كما يقول المصري نعم عقله في حذائه لا يفكر فذبح سبعالاف يا احمق يا غبي اعطهم الامان هو بعد انتهى كسبت انت سبع الاف شخص في الكوفة خصوصا اذا اعطيتهم اه اعطيتهم شهرية بعد يرتاحون خلاص ممكن يكون معك ظد عبد الملك بن مروان حماقة في السياسة. المختار لعارض اختلف على الاخرين واستشهد وكان خالدا. وهؤلاء ماتوا هذه الموتى العجيبة والبشعة مع الاسف الشديد اذن الاختلافات بين البشر البشر ليس لاختلاف النفس. فتكون متنوعة كما كتنوع الحيوانات هذا جسد هذا اسد وهذا آآ ذئب وهذا حية وهذا حمار لا لعوارض المجموع ادى الى الاختلاف. نعم. والجواب ان الملزومات مختلفة. سببها ما هو وليس هي النفس السبب وحدها. بين النفس والعوارض المختلفة. يعني تعرضها هذه العوارض. اذا الذي يحيط بالنفس نفسانيا كالمختار يجب ان يفهم هذه العوارض هذه العوارض المختلفة ومجموع النفس مع العواض اذا كان مختلفا لا يلزم ان يكون كل جزء ايضا مختلفا. يعني النسل لا تكون مختلفة. فهذه الحجة مغالطية هذا صورة ما اجاب به المصنف لبعض كتبه عن هذه الحجة وفي هذا نظر العلامة الحلي يرفض هذا الرد من المحقق التونسي اخذه من كتبه الاخرى. وفي هذا نظر والاقرب في الجواب يعني يعطي البديل ما ذكره هنا وهو ان هذه العوارض مفارقة غير لازمة يعني تعرفون انتم العوارض اللازمة لا تنفك. تتبع الذات اينما حلت وارتحلت وعورة المفارقة مثل جلوسي انا بعد ساعة اقوم وانتفى الجلوس لكن بعض اللوازم تتبعني انا حيثما كنت تكون يقول الاختلاف بسبب الفوارق العارضة وليس باللوازم. نعم يعني اختلاف في المبنى جواد مبني وان هذا ان هذه عوارض مفارقة غير لازمة يعني تنفك فاختلافها لا يقتضي اختلاف معروضها لان المنفكات اه اذا انتفت لا تنتفي الذات نعم الجواب الأول الصحيح والجواب الثاني صحيح. يعني الجواب الأول بنائي. والجواب الثاني مبنائي الجواب البنائي صحيح للعلامة للمحقق الطوسي والجواب المبني كذلك صحيح. يعني يمكن ان تقول هذه مفارقات يعني تنفك والنفس واحدة يعني تذهب وتأتي والنفس واحدة او تقول لا. الاختلاف ناشئ بين النفس زائد بعض العوارض. هي التي ادت الى اختلاف اختلاف النفوس البشرية. والخبير والقائد يجب ان يحيط لشعبه بهذه الامور والا لا يمكن ان يقود لا يمكن ان يقود نعم نعم لا يمكن ان يقود اه وطبقها على حرب الجمل الناس في حرب الجمال كانوا يتبركون آآ فضلات الجمل فضلات الجمل انظر هذه النفسانيات الدانية البائسة مع انها نفوس انسانية صدقني الامير سلام الله عليه كان يتأسف لقتلها ولموتها. يتنفس لان يتأسف لنا نفوس بشرية لكن عرظها عارض جعلها مختلفة مع صف امير المؤمنين نعم وصلنا الى المسألة السادسة في ان النفوس البشرية حادثة يعني مخلوقة ياتي ان شاء الله. واللهم صل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