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معكم الى المسألة السابعة في ان النفوس البشرية حادثة هذي ثاني مخلوق لم تكن ثم كانت قال المتن هنا قالوا هي يعني النفس حادثة وهو ظاهر على قولنا انها تنتمي الى ما سوى الله والمتكلم يقول كل ما سوى الله تعالى حادث مخلوق وعلى القول على قول الخصم يعني الذي يرى انها قديما طبعا هنا ابنينا على مبنى المتكلم يعني قديمة بالقدم الزماني انه وما سوى الله تعالى كله منبسط في الزمان نعم يعني كله مادي وعلى قوله الخاص يعني الذي لا يؤمن بأن النفس حادثة يقول لو كانت ازلية يرد عليها لو كانت ازلية يعني ليست حادثة بحدوث زمني لزم اجتماع الظدين هذا اللازم الاول او بطلان ما ثبت يعني بطلان ما ثبت انها وحدة نوعية فتتكفر يعني تصير انواع متعددة او ثبوت ما يمتنع اه يشير الى التناسق اذا اللوازم الباطلة هي اجتماع ضد ما معنى اجتماع ضد سيأتي في التطبيق المكني مع العلامة الاهلي وبطلان وما ثبت يعني انتفاع الوحدة النوعية للنفس او ثبوت ما يمتنع يعني التناسق الذي هو اه باطنون. اقول اختلف الناس في ذلك. يعني في هذه المسألة هل النفس حديثة ام قديمة فالمليون يعني اصحاب الاديان ذهبوا الى انها حادثة. الى ان النفس حادثة يعني مخلوقة وهو ظاهر على قواعدهم لما ثبت يعني ما ثبت من حدوث العالم اذا كان العالم اه حادثا فمكوناته من باب اولى تكون حادثة وهي من جملة العلم والنفس من جملة العلم نعم العالم حادث فالنفس حادثة سهلة جدا ولاجل ذلك قال المصنف رحمه الله وهو ظاهر على قولنا على مبنانا واما الحكماء فقد اختلفوا اختلفوا ها هنا فقال ارسطو ما حادثه ارسطو تبنى الحدوث يعني الخلق نعم لا يؤمن بالمثل الافلاطونية وبالتالي كل نفس حادثة بدنك وقال افلاطون انها قديمة طبعا هنا القدم الذي في انموذج الافلاطوني لا يعني انها اله قديمة يعني ليس لها بدء زماني والا هي في عالم الخلق تنتمي الى عالم الامكان والمصنف يعني المحقق الطوسي رحمه الله ذكرها هنا حجة عرست ايضا على الحدوث. جاء بي دليل ارسطو على الحدود في رده على مبنى افلط وتقرير هذه الحجة ان النفوس لو كانت ازلية حسب الفرض قرض الخصم لك انت اما واحدة او كثيرة تقول لماذا وحده كثيرة? لان دائرة بين النفي والاثبات بين الف ولا الف ما عندنا شق ثالث. جاي تسلمنا اذا كانت واحدة باطن واذا كانت كثيرة باطن كيف فنقول بقدمها باطل اذا بطل التالي بطل المقدم لان القضية الشرطية منفصلة اما الملازمة فظاهرة يعني النفس اما ان تكون واحدة او كثيرة بين الناس والاثبات شيء ما واحد او كثير موجود او معدوم لا تسأل لماذا هذه القسمة? لانها قسمة ثنائية. يعني دائرة بين النفي والاثبات الكلام في بطلانه التالي بشقيه. يعني الوحدة والكثرة. كيف واما بطلان واما بطلان وحدتها وحدة النفس اذا كانت ازلية طبعا لانها لو كانت واحدة ماذا يترتب على ذلك وحدة في الازرق ازلا فاما ان تتكفر فيما لا يزال يعني تتكثر او لا تتكثر يعني نشق عندنا شقان هذه النفس الواحدة تتكفر يعني تزداد اولى والثاني باطل لا تتكثر والا لزم ان يكون ما يعلمه زيد يعلمه كل احد نعم اذا لم تتكثر هذه النفوس وتكن نفس واحدة سارية بسريان وحدوي نعم  نعم وحدة الوجود الباطلة نعم فزيد يتباهى في هذه النفس وعمرو يتماهى في هذه النفس اذن ما يعلمه زيد يعلمه عمرو وهذا خلاف البدع نعم والا لزم ان يكون ما يعلمه زيد يعلمه كل احد ليس فقط عمره كل المصادق وكذا سائر صفة نفسانية نعم من جمال ومن يعني تجد افراد الانسان كلها جميلة نعم كلها قوية كلها شجاع هذا غير معقول لكن الحق خلاف ذلك حقنا يعني الشهود فانه قد يعلم زيد شيئا وعمره جهل به والزيت قد يكون جميلا وعمره قد يكون قبيحا في الصورة في الشكل ولو اتحدت نفسهما لزم اتصاف كل واحد بظدين نعم يعني زيد شجاع عمرو اه جبان ووحدة النفس بوحدة الوجود الباطلة نعم وهي ما وحدة الوجود الواحدية يقولون فزيد يكون جميل وقبيحا عمرو يكون قبيحا وجميلا نعم ولو اتحدت نفسهما يعني نفس زيد هي نفس عمر لزمت اتصاف كل واحد بضد هذا هو في المتن لزم الاجتماع ضدي نعم والاول باطل ايضا يعني اه لم تتكثر يقول لو كانت واحدة ازلا فإما تتكثر فيها فيما لا يزال او لا تتكثر. لا تتكثر يعني وحدة واحدية وحدة الوجود النفسي بينا بطلانها لأنها تؤدي الى اجتماع ضدين عمرو يكون عالما وجاهلا والزيد يكون عالما وجاهلا نعم والأول باطنه ما هو الأول في في القياس فاما ان تتكثر فيما لا يزال او لا تتكثر يعني تتكثر هذا كذلك باطلون ايضا يعني ايظا باطلة كما بطل عدم التكثر. لان النفس لو تكثرت لك انت النفسان الموجودة الان الموجودة يعني بعد التكثر بعد الانقسام الآن اما ان يقال كانتا حاصلتين قبل الإنقسام فقد كانت الكثرة حاصلة قبل فرض حصول هذا خلف كانت وحدة اذا القسمان حدثا ولم يكونا قديمين واما ان يقول حدثت بعد الانقسام يعني نفس واحدة انقسمت فتكثرت وهو محال لماذا? والا للزم حدوث النفسين لزم حدوث النفسين وانتم على مبلاكم تقولون بالقدم يقولون وبطلان النفس التي كانت موجودة يعني نفسان جديدان وبطلا المقسم الذي قبل الانقسام يعني النفس الاولى نعم واظن يعني معلم الحلي يتواضع ويقول اظن ان قوله رحمه الله والا لزم اجتماع الظدين اشارة الى هذه اللوازم الناشئة عن هذا القيس من المنفصلة الشرطية المنفصلة لان القول بالوحدة فيما لا يزال يستلزم اتصاف النفوس بضدين والقول بالكثرة فيما لا يزال مع حصولها يستلزم تكثر وفرظنا واحدا. نعم يعني ما كانت وحدة نوعية صارت لا صارت اه ليست وحدة نوعية فقدت الوحدة النوعية هو اه جمع بين الظدين ايضا يعني وحدة وليس بوحدة. والقول بالكثرة مع تجددها يعني مع تكثرها يستلزم يستلزم بطلان النفس الواحدة وحدوث هاتين النصين وفقلت بالحدوث ايها ايها الخصم مع انك انت لا تقل بحدوث الناس تقول بقدم النفس مع فرض قدمها هذا هو المبنى وهو جمع بين الظدين قديما وليس بقديما اما بطلان كثرتها بطلان كثرتها اه ازنا فلان التكثر اما بالذاتيات ملك التكاثر طبعا. اما الذات هي ملاك الكثرة واما اللوازم او العوارض فلان التكثر اما بالذات او اللوازم او العوارض هذا الكتاب من بدايته الى نهايته مهوي</w:t>
      </w:r>
    </w:p>
    <w:p>
      <w:r>
        <w:t>ذات اللوازم عورات هذه كلها ماهية لا رائحة لاصالة الوجود هنا نعم ثم ننفتح على الالهيات بالمعنى الاخص مهوية لا يمكن لا يمكن مقاربته مسائل العقيدة بالنسق المهوي بالنسق المهوي نعم النسق الوجودي البرادق الوجودي الصفراء عميقة جدا واصيل ويرقي العقيدة الى مصاف اليقين والعلم لكن هنا مقاربات مهوية الذات يعني ما هي? لوازم يعني لوازم ما هي? العوارض التي تعرضها وتنفك اذا ملاك الكثرة مهويا اما الذات يعني الذات هي سبب الكثرة واما اللوازم التي لا تنفك او العوارض التي تنفك. والكل باطن يعني لا الكثرة سببها الذات ولا الكثرة سببها اللوازم ولا الكثرة سببها سببها العور لماذا? اما الأول لما ثبت من وحدتها بالنوع هي وحدة نوعية كيف تتكثر التكثر هنا بمعنى مثل الجنس وحدة جنسية يتكاثر في انواع حيوان وحدة جنسية يصير انسانا هناك وحدة نوعية يصير اسدا وحدة نوعية يصير حمارا وحدا نوعيا. تكثر الانواع نعم اما الاول فلما ثبت من وحدتها بالنوع يعني وحدة نوعية فكيف تتكثر الى انواع متعددة وكذا الثاني لان كثرة اللوازم تستلزم كثرة الملزومات. يعني لا فرق بين الذات واللوازم نعم يعني اذا جاءت الكثرة باللوازم يعني انتفت الوحدة النوعية صارت النفوس مختلفة بالنوع يعني زيد نفسه من نوع وعمرو نفسه من نوع فتنتفي الوحدة النوعية اه لا لا يجتمعان في مجتمع ابدا نعم وليلى بنوعية اخرى اختلاف الأنواع اذن لا فرق بين الكثرة التي سببها الذات والكثرة التي سببها اللوازم لان اللوازم هي تبيعة للذات وكذا الثاني يعني اللوازم لماذا لا تكون سببا لكثرة النفس? لان كثرة اللوازم تستلزم كثرة الملزومات يعني رجعنا الى الذات. ملزوم ثاني الذوات فاذا كانت اللوازم هي سبب الكثرة فاللوازم تابعة للملزومات فالوحدة النوعية تنتفي. تصير انواع متعددة نعم واظن ان قوله او بطلان ما ثبت اشارة الى هذا لان القول بالكثرة الذاتية يستلزم بطلان وحدتها بالنوع وقد اثبتنا. وقلنا الوحدة النوعية هي سبب الاجتماع الانساني والتزاوج والتفاهم والتقارب نعم والعمل على الاهداف الانسانية. نعم في شذوذ وفي استكبار وفيهم امراض الطبيعة البشرية بتاكة. اما في وحدة فطراوية ووحدة انسانية بين البشر نعم واما الثالث يعني ثبوت ما يمتنع. واما الثالث فلان اختلاف العوارض للذوات المتساوية انما يكون عند تغير المواد نعم المواد تتغير لان نسبة العرض الى المثنين واحدة ومادة نفس مادة نفس البدن لاستحالة الانطباع عليها يعني العوارض لا تنطبع في النفس النفس مجرد ان تنطبع في البدن خذ تفاحة انت كمثال التفاحة حمراء جميلة لذيذة لا حجم لها شكل هذه كلها اعراظ من يتقبلها المادة سورة لوازم للصورة ولكن القابل هو المادة. فالاعراض التي تأتي وتذهب اذا جاءت في انطباع الذي يقبل هذا العارض هو المادة طبعا واما الثالث فان اختلاف العوارض للذوات المتساوية انما يكون عند تغاير المواد لان نسبة العرض الى المثلين واحدة. ومادة نفس البدن لاستحالة للانطباع على النفس وقبل البدن لا مد نعم والا لزم التناسق وهو محال يعني هذه العوارض تستدعي المادة واذا استدعت المادة لن تقبلها يعني حادثة نفس الحديث وليست قديما تقول لا تقول البدن كان سابقا. فهذا يلزم التناسق من من بدن الى بدل النفس انت اثبتها قديما وبدون بدن اذا انت اثبت البدن القديم كذلك وغيرت البدن لاجل عروض هذه الاعراض التي تستدعي مادة تقبلها فهذا يلزم التناسق نعم التلاسق هو النفس الواحدة تنتقل من بدن الى بدن نعم واظن ان قوله او ثبوت ما يمتنع جرى الى هذا. يعني اذا قلنا بنفس قديمة ثم بنينا على ماذا? بين بنينا على التكفر تكاثروا النوع طبعا فنحتاج الى مادة نعم ولا مادة عند القدم. نقول لا في مادة قديمة مادة قديمة حدثت في مادة جديدة يعني هذا التناسق اذا كون النفس قديمة فهذا باطن نعم خليني اشير الى سر من اسرار الوجود سر من اسرار الوجود آآ النفس المتعلقة بالبدن ليست موجودة في ما سبق النفس بهذه الكيفية المتعلقة بالبدن هذه فقط نشئاوية هنا اما حقيقة النفس التي تكون في جميع النشأت صعودا ونزولا. في قوس النزول وفي قوس الصعود هذه النفس موجودة في العلم الالهي. لكن بنشأة علمية ممكن تكون في ان النشأة العقلية الجبروتية لكن بنشأة جبروتية ليس هذه النفس ناس جبروتية ملاك تحقق هذه النفس في قوس الاسباب النازلة. ثم ممكن نفس مثالية هي ملاك هذه النفس من يقول بعالم المثال النزولي ثم اذا جاءت هنا ليس تلك العقل هي هنا او التي في علم الالهية هنا لا هذه نفس خاصة بهذه النشأة فتكون حادثة مع انها قديمة بحقيقتها وليس بهذا النحو الوجود. فخصوص الصعود كذلك هو الصعود لها نشأت اخرى نشأة برزخية نشأة اخروية حتى النشأة في خيالك المتصل. ترى نفسك في الرؤيا تفعل اشياء ولا تشعر بالبدن ولا بالزمان ولا بالتعب نعم هذه معقولة ولا يلزم التناسخ ولا لانه ليس حقيقة واحدة في نشأتين. لا حقيقة واحدة تتجلى في نشأت في كل نشأة بقانون خاص. المسألة الثامنة في ان لكل نفس بد واحدا وبالعكس لا يمكن ان تكون للنفس آآ لا يمكن ان يكون للنفس بدنان ولا لبدن واحد اه نفسا. اقول وهي مع البدن على التساوي يعني النفس مع بدن واحد والبدن مع نفس واحدة نعم قال هذا حكم ضروري شهودي نعم انت الان بالشهود ترى نفسك واحدة وبدنك واحدة هذا حكم ضروري او قريب من الضروري. قريب من الضروري يعني تجربة ذهنية صغيرة فقط تدرك بأن المسألة شهودية فان كل انسان يجد ذاته ذاتا واحدة. يجد يعني يشاهد الوجدان عن الشهود فلو كان مع هذا يروح يستدل مع هذا الشهود يعمق البحث فلو كان لبدن نفسان لكانت الكذات ذاتين وهو محال وهذا هو الشهود ملاك الشهود هذا ليس دليلا وانما هو تحليل وتنبيه فيستحيل تعلق النفوس الكثيرة ببدن واحد مستحيل. وكذا العكس فانه لو تعلقت نفس واحدة ببدنين لزم ان يكون معلوم احدهما معلوم للاخر وبالعكس. وكذا باقي الصفات النفسانية وهو باطل بالضرورة يعني ناس تشعب الى بدنين هذا محال بان مجرد ان تتعلق ببنان يعني شخصيتان. وهذا خلاف الشهود. مسألة واضحة جدا لا تحتاج الى ان نقف عندها كثيرا. المسألة التاسعة في ان الناس لا تفنى بثناء البدن. خلقتم للابد الرواية الشريفة خلقتم للابد نعم اه الشيخ حسن زاد امري في الحاشية يقول اه البقاء والخلود للنفس اه لازم للتجرد نتيجة من نتائج التجرد نعم المجرد لا يفنى ليس له في بنيته ملاك الفناء قال ولا تفنى النفس بفناء البدن اقول اختلف الناس ها هنا فالقائلون بجواز اعادة المعدوم جوزوا ثناء النفس مع ثناء البدن هذه مسألة اعادة المعدوم لا يدري اه انا عشت كثير مع المتدينين من السنة ومن الشيعة وحاضرت تناقشت مع الوهابية</w:t>
      </w:r>
    </w:p>
    <w:p>
      <w:r>
        <w:t>وحتى مع المسيحيين وحتى مع الملاحدة فوجدت في المتدينين لم لم اجده في الملاحدة والشيوعيين والليبراليين الحدث شريحة منه لهذا التوهم انها هي التي تحافظ على المقدس والله تعالى لم يجعلك انت المحافظ على المقدس المحافظ على المقدس هو الامام الحجة سلام الله عليه انه هو مكشوف له الغيب ويعرف الحقائق انت تخفى عنك الحقائق الكثيرة ستأتي و تريد ان تدافع عن المقدس وتحوي المقدس بخرافات كثير من الناس من المتدينين يعيشون هذه الحالة مثلا هادي اعادة اعادة المعدوم المعدوم شيء حتى يعاد المهم انه يحافظ على المقدس حتى مباني خرافية اعادة المعدوم ما معنى? يعني الله تعالى يعيد هذا الميت الى الحياة قال انظر هذه شيء مقدس المعاد شيء مقدس وانا الى ربكم المنتهى شي مقدس هو اساس الشريعة واساس الاخلاق واساس التكليف التكاليف بدون غاية تشريع بدون غاية لا معنى لهذا هذا التشريع وهذه الاخلاق. الغاية هي يوم القيامة جيد هذا المتكلم لسذاجته تصور ان الموت عدم دخول في العدم فالقوة الالهية تعيده. كيف تعيد العدم هذه القوة مع ان القاعدة ماذا تقول? ان القوة لا تتعلق بالاعدام. من باب السالبة من انتفاء الموضوع لكن هو يصر على هذا المبنى حتى يثبت المعاد. ما يحتاج والله تعالى لم يكلفك انت حتى تدافع عن المعاد بهذه الخرافات ونعم اذن من يقول بإعادة المعدوم يعني هذه النفس انتفت آآ يعيدها الله تعالى فتفنى واذا فنت في الاولى يمكن ان تفنى في الثانية والرابعة والخامسة ولا تبقى في الاخرة. يعني الله يمتعها بقدر عملها عدلا قسطا ثم يقولي في العدم بالفناء خلاف الحكمة مطلقا نعم فالقائلون بجواز اعادة المعدوم جوزوا فناء النفس مع فناء البدن. لماذا? لانه يجب ان تفنت رح تدخل في سلة العدم ثم يعيدها الله تعالى من سلة العدم. لا ادري هذه السلة ماذا تحتوي والمانعون هناك منعوا هنا. نعم الذي منعوا مسألة اعادة المعدوم منعوا ان النفس تفنى اما الاوائل فلاسفة فقد اختلفوا ايضا والمشهور انها لا تفنى يعني عند الاكثرية انها لا تفنى اما اصحابنا فانهم استدلوا على امتناع ثنائها بان الاعادة واجبة على الله تعالى على ما يأتي واجب على الله تعالى فيها فتنة شيخ الراقي الرئيس يقول وجوب عنه وليس عليه. يعني لن نحمل هذا الوجوب على الله تعالى وانما ناشيء منه مقتضى حكمته لانه اذا لم يكن هناك معادن ما عاد بالفتح اذا لم يكن هناك معاد صارت الشرائع والاخلاق والعقيدة لغوا يعني حكمة وليس بحكمة. اجتماع النقيضين  على ما ياتي ظاهرا في بحث الحسن والقبح او في الالهات بالمعنى الاخص فالاخر الكتاب ولو علمت النفس لامتنعت اعادتها لما ثبت من امتناع اعادة المعدوم فيجب الا تفنى لان المعدوم لا شيء حتى يعاد واما الاوائل فاستدلوا بانه لو عدمت لكان امكان عدمها محتاجا الى محل هنا شيء فيها دقة اه والعلامة الحلي لا يقبل هذه الحجة نعم دققوا معي جدا في الكلام واما الاوائل يعني المشان تستدل بانها يعني النفس لو عدمت لكان امكان عدمها محتاج الى محل نعم هنا بنوا على ان هذا الامكان امكان استعدادي وقلت لكم ان الامكان الاستعدادي كممر وممكن سيأتي اه خاص بالمواد الإمكان الإستعدادي غير موجود في المجردات فقط في المواد يعني قابلية التطور والتكامل جيد اذا كانت هي قابلة للعدم يعني في قابلية يعني في استعداد ان تكون معدومة والاستعداد يحتاج الى مادة اه هذا هو المحل المحل يعني مادة فاستدلوا بان النفس ولو عدمت يعني انتفت لكان امكان عدمها. يعني هي لا تعدم الا اذا كانت امكنت العدم اذا استحال العدم لا تعدم واذا امكن اه يحتاج الى محل لانه امكان استعدادي لكان امكان عدم النفس محتاجا الى محل يعني مادة مغاير لها طبعا المادة مغاير للنفس لها. لان القابلة يجب وجوده مع المقبول القابل يعني الاستعداد يجب او القابل اه القابل نعم الاستعداد بامكان الامكان ان كان العدم. يجب وجوده مع المقبول نعم يعني مع النفس النفس تأتي وتتعلق ببدن وهذا البدن يكون عنده هذه القبيلة قابلية ان تكون النفس معدومة. ولا يمكن وجود النفس مع العدم فلذلك المحل وهو المادة هنا صرح انه المادة. لان المادة هي التي تحمل القابليات. فتكون النفس مادية. فتكون مركبة. هذا خوف الى المادة مركبة مادة مركبة من اه هيولة واه  وامتداد على ان تلك المادة يستحيل عدمها لاستحالة التسلسل وادي المادة لا تكون معدومة لانها اذا كانت معدومة لها محل يقبل الاستعداد يعني مادة اخرى تقبل الاستعداد ثنائها والمادة الثانية لها محل اخر يقبل اه امكان استعداد ثنائها وهكذا يلزم التسلسل هذا هو برهان برهان برهان الفلاسفة مبني على اصل وهو ان امكان العدم امر ثبوتي ويحتاج الى مادة تحمله فتكون النفس مادية وهذه الحجة ضعيفة لان الحجة مبنية على ثبوت الامكان ثبوت الامكان يعني هذا الامكان الاستعداد نعم واحتياجه الى على ثبوت الامكان وعلى ثبوت احتياجه الى المحل يعني المادة المحل الوجودي وهو ممنوع نعم الشيخ لا يؤمن بهذا لا يؤمن بان الامكان هنا امكان استعدادي نعم سلمنا يقول سلمنا ان هذا الامكان ان كان استعدادي ويحتاج الى مادة لكن ذلك ينتقض بالجواهر البسيطة فانها ممكنة ومعنى امكانها قبولها للعدم فتكون مادية. الجوهر البسيط يعني هي التي لا تنقسم لا تقبل الانقسام سلمنا لكن لم لا يجوز القول بكون النفوس مركبة من جوهرين مجردين احداهما يجري مجرى المادة والاخر يجري مجرى الصورة وبقاء الجوهر المادي لا يكفي في بقاء جوهر الناس ثم ينتقض ذلك بامكان الحدوث فانه قد تحقق ذلك امكان من دون مادة قابلة فهكذا امكان الفساد يعني هنا امكان الحدوث النفس حادثة وانتم تقولون حادثة فكيف حدثت يعني يلزم تكون قابلية سابقة فتكون مادة سابقة النفس لا تكون موجودة الا اذا كانت مادة صادقة. فيلزم قدم المادة وهذا غير صحيح. اذا هنا الامكان ليس بمعنى الامكان استعداد فسروه بالامكان الذاتي الإمكان الذاتي فقط يعني النفس لا تقتضي الوجود ولا تقتضي العدم افاضت عليها العلة الوجود نعم اذا كانت من صنخ الماديات تفنى وتبقى في هذه النشأة اذا كانت من صرخ المجردات اذا تلبست بالوجود تبقى للبقاء خلقتم للبقاء فلا تفنى ابدا اذا ليس امكانها الذاتي الذي يجعلها اه يجعلها آآ لا تفنى وانما نوع وجود نحو وجود وهو التجرد هي ممكنة يعني ممكن اللي الخلق ممكنة لعدم الخلق يعني للعدم لكن هي اذا تلبست بالوجود وكان وجودها مجردا لنحو وجودها لا تفنى وليس لامكانها وليس لي امكانية نعم اما الإمكان لا يقول لا تقتضي الوجود ولا تقتضي العدد. اما الإمكان الإستعدادي كما يقول العلامة الحلي لا معنى له هنا نعم. اذا النفس باقية وان كان هذا الدليل غير تام. لان مجرد لو قال</w:t>
      </w:r>
    </w:p>
    <w:p>
      <w:r>
        <w:t>نفسه مجردة ثبت انها مجردة والمجرد لا يفنى كان الدليل لغاية القوة نعم اذا فسرنا هذا الامكان بالامكان الاستعدادي النفس اذا ارادت ان تنعدم او اعدمتها العلة هذا الإمكان ان كان استعدادي لا يمكن ان يكون الا اذا كانت مادة حاملة لهذا الإمكان الإستعدادي نعم الفسيلة لها امكان استعدادي للنخل. تقول النخلة ممكنة بالامكان الاستعداد اين موجود? موجود في الفسيلة نعم ليس الفسيلة هي التي تصير نخلا العرف يفهم هذا لا الإمكان الإستعداد التي تحمله الذي تحمله الفسيلة. الفسيلة تفنى وتروح تصير ترابا على الامكان الاستعداد هو الذي يتطور ويصير نخلة. اذا النفس على هذا الاستدلال اذا حدثت تحتاج الى امكان استعداد واذا ماتت يعني تفنى تحتاج الى امكان استعدادي وهذا يجعلها ان تكون مادية نعم لكن الدليل هو التجرد. نعم المسألة العاشرة في ابطال التناسق التناسق هو انتقال نفس واحدة من بدن الى بدن نعم  هذا الذي يؤمن به الدروس نعم في سوريا في الشام في ابطال التناسق ولا تصير مبدأ سورة لاخر ولا تصير مبدأ صورة لاخر. يعني لي جسم اخر. ولبدن اخر والا بطل ما اصلناه من التعادل تعادل يعني كل نفس ابدا لا تكون لها اه بدنا لا يمكن نعم اقول اختلف الناس ها هنا فذهب جماعة من العقلاء اذا جاوز التناسق اذا قالوا بالتناسق على من حله كيف تسميهم عقلاء المجانين نعم ذهب جماعة من العقلاء الى جواز التناسق. نعم في النفوس بان تنتقل يعني تعريف المبدأ التصوري بان تنتقل النفس التي كانت مبدأ صورة لزيد مثلا الى بدن عمرو ولتصير مبدأ صورة الله ويكون بينهما من العلاقة كما بين البدن الاولى بينها. يعني البدن الجديد ويكون بينه يعني بين النفس والبدن الجديد من العلاقة يعني من من الارتباط كما كان بين البدن الاولى وبين الناس. نعم العلامة هادشي خاصها زاد املي عندو هنا كلام  جميل ان اذكره. القول الحق المحقق في التناسق هو ما حررناه بعون الفياض يعني بعون الله على الاطلاق في كتابنا المسمى بالف نكتة ونكتة. فراجع النكتتين ويشير الى الصفحة هناك ستمية وسبعة وتلاتين وتمنمية وتسعة ربعين هناك يعني يريد يبين هذه المسألة في تناسق باطل وهذا هو وفيه تناسق برزخي يعني الإنسان انتهى الوقت وانا لم التفت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