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الله يا الله سبحانه اللهم يا الله والحمد لله اعوذ بالله من الشيطان الرجيم. بسم الله الرحمن الرحيم. وبه تعالى نستعين والصلاة والسلام على محمد واله الطيبين الطاهرين السلام عليكم ورحمة الله وبركاته وفقنا الله واياكم لكل خير وصلنا معكم الى المسألة العاشرة ببطلان التناسق. قال ولا تصير النفس مبدأ سورة لاخر. يعني لبدن اخر والا بطلناه من من التعادل يعني النفس تحتاج الى بدن. واحد والبدن كذلك يحتاج الى نفس واحدة التماسخ انتقال النفس من بدني بدني مثلا زيد الى بدني عمر قلت لكم هذا المبنى تتبناه  الطائفة الدروزية في الشام اقول اختلف الناس وها هنا فذهب جماعة من العقلاء الى جواز التناسق في النفوس بان تنتقل مبدأ تصوري تنتقل النفس التي كانت مبدأ صورة لزيدين. مثلا الى بدن عمرو وتصير هذه النفس مبدأ صورة للبدن عمر ويكون بينه وبين النفس وبين البدن الجديد من العلاقة كما كان بين البدن القديم لبدن الزيت والنفس علاقة نعم آآ فقط اشير الى مسألة مهمة جدا الطالب في تعامله مع النصوص مطلق النصوص اه ما عدا الفلسفية والمنطقية كل العلوم ما عدا الفلسفة والمنطق اه اولا بعدما يتفرغ من اللغة يتقن قواعد اللغة في النحو والصرف وفقه اللغة والبلاغة ويتقن قواعد اللغة والمعايير الفلسفية المعايير العقلية العامة يأتي الى النصوص اولا يفرز المبادئ التصورية ثم المبادئ التصديقية يعني ملاكات الاستدلال يفرز الصغرى الكبرى النتيجة ثم يبحث عن الخلفيات التي انطلق منها صاحب المتن صانع المتن وهي المباني يكشف الموقع التأويلي لصاحب النص اذا فرز هذه الامور اه كلها حينها يحيط بالنص ويصل الى المراد الجدي لصاحب النص نعم اذا يجب ان تكون عندنا هذه الملكة افراز هذه الأمور اذا قال اه بان تنتقل النفس التي كانت مبدأ سورة لزيد في مادته. مثلا الى بدن عمر وتصير مبدأ صورة لبدن عمرو ويكون بينهما من العلاقة كما كان بين البدن الاول وبينهما هذا مبدأ تصوري نحن في الاطار المفاهيمي. نعم بينا التناسق فقط وذهب اكثر العقلاء الى بطلان هذا المذهب نعم وليس بمذهب وانما ورأي والدليل عليه يعني الدليل على بطلان هذا المذهب انا قد بينا ان النفوس حادثة نعم حادثة يعني مخلوقة جيد هذي ثبتناها وعلة حدوثها قديمة الى الله تعالى فلا بد من حدوث استعداد وقت حدوثها ليتخصص ذلك الوقت بالايجاد فيه. نعم قابلية لبروز هذه النفس من الفاعل وتتعلق ببدن واحد والاستعداد انما هو باعتباره قابل يعني باعتبار المادة القابلة فاذا حدث وتم وجب حدوث النفس المتعلقة به يعني اذا تعين الاستعداد في المادة يعني البدن النفس تتعين متعلقة بهذا البدن وانتهى وتحققت شخصية زيد نعم فاذا حدث بدن تعلقت به النفس تحدث عن مبادئها. نعم فاذا حدث بدن تعلقت به نفس تحدث عن مبادئها. يعني العلل التي تخلق توجيده في دار البدن نعم فاذا انتقلت اليه اليه الى البدن نفس اخرى مستنسخة يعني خرجت من بدن وجاءت تحل بدل لزن اجتماع ان اثنين لبدن واحد نعم وقد بينا بطلانه ووجوب التعادل في الابدان والنفوس حتى لا توجد نفس لبدن واحد وبالعكس هذا كلام الاعلام الحلي آآ حاله الى ماذا? الى هذا التعادل بين النفس والبدن يعني النفس تحتاج الى بدن وبدن تحتاج الى نفس. اذا انت قبلت هذا ترفض التناسق لكن في دليل افضل من هذا مم ليس فقط التعادل النفس متى تتعين كخلق او تحدث اذا تعينت القابلية في البدن فاذا تعينت القبيلة والاستعداد النفس تتعلق بهذا البدن اذا خرجت من هذا اه اه البدن وراحت الى بدن اخر خروجها خروجها من هذا البدن كيف يتم هي حدوثها بتلك القابلية. خروجها كيف كيف تخرج وهي لا تحدث الا في دائرة بدن حامل لاستعدادها يعني الخروج الخروج الى بدن اخر مستحيل. التناسق يكون مستحيلا نعم. يعني هي صارت الى كمال وهو التعلق ثم تأتيها كمالات ثانية حين التكامل في هذا البدن حتى تتجرد وتروح الى الاخرة هذا بحث اخر لا الكمال الاولي تحقق فتريد ان تحقق نفس الكمال الاولي في بدن اخر هذا لغو تحصيل للحاصل وهذا هو الاستحالة هذا هو يعني ما ثبت انه هناك قابلية لتعين النفس بدن صار غير قابلية ولا اجتماع للناقضين. اذا ما دامت هي انتقلت الى نفس الى بدن اخر يعني القابلية لم تكن في البدن الأول ومعناه يعني النفس لم تحدث حدثت حدثت من اول في البدانة الثاني. في بدن عمرو نعم هكذا الدليل اذا قلت لا ان النفس لها بدن واحد والبدن له نفس واحدة. وبالتالي لا يمكن ان تتخلى عنه ويكون لها بدنا. نعم. هذا دليل. صادرت على ما سبق. ولكن يمكن تبين هذه المسألة بهذه الطريقة. سهلة جدا النفس متى تحدث? اذا كانت لها قابلية في البدن. يعني قابلية البدن استعداد البدن حلول النفس في حلول يعني تعلق النفس البدن هو ملاك حدوث النفس اذا خروجها من هذا البدن باي ملك نقول بملاك قابلية اخرى في بدن اخر اذا القابلية الاولى لم تتب لم تكن قابلية خورتكان فراغ اذن ذهب الى بدن جديد هو ذلك البدن الاول البدنة الاولى يعني ما ثبت انه بدن اول لم يكن اولا كان هراء والبدن الثاني هو البدن الاول وبالتالي لا بدن ثاني هكذا يجب ان نفهم المسألة شيخنا العزيز. المسألة الحادثة عشر في كيفية تعقل النفس وايد راكية هنا دخل في العلم نعم شيء جميل جدا  نعم وسيأتي بالتفصيل قال وتعقل بذاتها وتدرك بالالات للامتياز بين المختلفين وضعا من غير اسناد تعقل بذاتها مثلا تعقل بنفسها. تعقل بذاتها. تعقل الكليات ما عندها علاقة اه بالمادة يعني بالقوة المادية وتدرك بالالات الات يعني القوة القوة الباصرة القوة اللامسة القوة الضائقة نعم للامتياز بين المختلفين يعني المذوق غير المسموع وغير الملموس وظعا يعني في عالم المادة من غير اسناد. اقول اعلم ان التعقل هو ادراك الكليات نعم وتعقل بذاتها ولا تقل نفسها حاضرة عندها وتعقل الكليات التي لا تحتاج الى مادة وهو ادراك الكليات والادراك هو الاحساس بالامور الجزئية. يعني انا المس هنا زجاج اجده باردا  ادرك البروداء للجزئية. وقد ذهب جماعة من القدماء الى ان نستعقل الامور الكلية بذاتها. من غير احتياج لهذا. نعم من امور الكلية ما تحتاج الى الة وتدرك الامور الجزئية بواسطة قوة جسمانية. يعني اللامسة الضائقة السابعة هي هي محال الإدراك محال الإدراك يعني موطن الإدراك والحكم الاول ظاهر يعني التعقل التعقل بدون الات والحكم الاول ظاهر فانا نعلم قطعا انا ندرك الامور الكلية مع اختلال كل عضو يتوهم الة للتعقل انت اثنين زائد اثنين تساوي اربعة حتى لو كنت آآ لا تسمع ولا تبصر واختلت هذه الحواس تدرك اثنين زائد اثنين نصف الاربعة. لماذا من التعقلية وليست</w:t>
      </w:r>
    </w:p>
    <w:p>
      <w:r>
        <w:t>تدرك بالالات وادراك النفس بالعلم حضوري كذلك الا اذا قلنا العلم الحضوري ليس من باب التعقل واما الحكم الثاني وهو افتقارها في الادراك الجزئي الى الالات يعني القوة القوة اللامسة السامعة الباصرة الذائقة الشامة فلان نميز بين الامور المتفقة بما هي المختلفة بالوضع لا غير. كما اننا نفرق بين العين اليمنى واليسرى من الصورة. التي نتخيلها ونميز بينهما اما المتشابهات المختلفين بالوضع او لا المختلفات مطلقا نعم كما اننا نفرق بين العين اليمنى واليسرى من الصورة التي نتخيلها يعني بالوضع ولهذا قال مختلفة وضعا من غير اسناد ونميز بينهما مع اتحادهما في الحقيقة هذه عين وهذه عين واختلافهما في الوضع فليس الامتياز بينهما بذاتي ولا بما يلزم الذات لفرض تساويمها يعني متسويان يعني الامتياز ليس لذواتهما لان هذا عين تلك عين نعم بل بامور عارضة ثم اختصاص كل واحدة منها بعارضها ليس في الوجود الخارجي نعم يعني هذه بالادراك لان المتخيل قد لا يكون موجود في الخارج فليس الامتياز اذا المأخوذ عنه بل للاخذ يعني للمدرك فان كل محل احداهما فان كان محل احدانا وبعينه محل اخرى استحال اختصاص اه اختصاص احداهما بكونها يمنى والاخرى بكونها صلع لان نسبة العرض لالهما واحدة فيبقى فبقي ان يكون المحل مختلفا حتى يكون الجانب الذي تحل فيه احداهما غير الجانب الذي تحل فيه الاخرى. يعني اعلم الحل يرجع هذه هذه الاختلافات نحو الادراك وليس الى المدرك الواقع الواقع الخارجي. انا في تصوري في هذا الكلام خلط بين البعد الكلي والبعد البعد الشخصي نعم البعد الشخصي نعم يعني العين اليمنى والعين اليسرى العين اليمنى والعين اليسرى امور كلية تصدق على كثيرين. يجب ان يقول هذه العين اليسرى وهذه العين اليمنى. نعم بالتشخص الحسي نعم اما مطلق العين اليمنى والعين اليسرى هذه امور كلية نعم هذه تتميز بالادراك نعم اما الجزئية لها تتشخص بنفسها نعم هذا هو خلط بين الكل والجزئي. نعم نعيد نعيد التطبيق واما الحكم الثاني يعني الادراك لادراك الجزئي التي تحتاج النفس فيه الى الات يعني قوة عند المشي هذه القوة المادية مع الاسف الشديد في الحكمة المتعالية قوة مجردة واما الحكم الثاني وهو افتقار النفس في الادراك الجزئي يعني الادراك الشخصيات هذه. امور مشخصة الى الالات الالات هنا بمعنى القوة قوة لامسة قوة الذائقة قوة البصيرة السامعة والشام فلان نميز بين الامور المتفقة بالمهية المختلفة بالوضع لا غير نعم خود مثلا زيت وليلى انسان انسان لكن وضعه زايد غير وضعه ليلا ائتلاف بالوضع نعم يعني هذا زيت وهذه ليلة كما اننا نفرق بين العين اليمنى واليسرى. قل هذه العين اليمنى وهذه اليسرى لانك في الجزئيات اسم اشارة ضروري هنا نفرق بين هذه العين اليمنى وهذه العين اليسرى من الصورة التي نتخيلها قلت نتخيلها يعني جزئية ونميز بينهما مع اتحادهما في الحقيقة. انظر اتحادهما في الحقيقة راح الى الكلي مع ان نحن نتعامل مع الشخص هذا هو القفز من الشخص الى الكل هذه المغالطة نعم والاتحاد في الحقيقة لا يدرك في الخارج يعني انت لا تدرك ان زيد اه ان زين المتحد الحقيقة مع ليلى بالادراك الحسي لان هذا بالادراك العقلي نعم يعني متحد الحقيقة يعني لا لا ندرك ان الزيد الحقيقة ما علينا الا بالعقل يعني الانسانية اما بالحس لا. الحس لا تعرف ان هذه وحدة الحقيقة نعم ونميز بينهما مع اتحادهما في الحقيقة. الاتحاد في الحقيقة اتحاد العقلية. يعني العقل يدركها واختلافهما في الوظع نعم الوظع مختلف يعني زيت له وضع خاص وليلة لها وضع خاص فليس الامتياز بينهم الذاتي. يعني راجع الى الذات ولا بما يلزم الذات لأن لازم الذات واحد عند الإثنين اللوازم الطبيعة موجودة مع الطبيعة في اي موضوع كان لفرض تساويهما يعني تساويهما في اه العين اللي اللي اليمنى والعين اليسرى او زيد وليلى كمثالي انا اه لفرض تساويهما في الحقيقة في الانسانية بل بامور عارضة نعم تتميز بامور عريضة ثم اختصاص كل واحدة منها بعارضها ليس في الوجود الخارجي نعم يقول تميزها بالعارض يعني اختصاصها بالعارض ليس بامر خارجي يعني لامر ادراكي يتبت الادراك الحسي نعم ثم اختصاص كل واحدة منهما بعارضها ليس في الوجود الخارجي لان المتخيل قد لا يكون موجود في الخارج فليس الامتياز اذا المأخوذ عنه بل للآخر. يعني الإمتياز ليس للمدرك وانما للمدرك يعني هذا التميز تميز اثباتي وليس ثبوتيا فان كل محل فانك اه فان كان احسن فان كان محل ايه حداهما هو احداهما هو بعينه محل الاخرى استحال اختصاص اه اعدامه بكونها يمنى والاخرى بكون يسرى. يعني يجب ان يكون هذا عنده وضع هاي الوضع العين اليمنى لها وضع العين اليمنى هنا عندكم يسرى وهذي عندي يسرى عندكم يمنى آآ الوضع يختلف نعم الوضع يختلف نعم والوضع ليس من من اللوازم ليس من اللوازم يعني الوضع يتغير نعم لان نسبة العارض اليهما واحدة يعني نسبة الوضع الى العين اليسرى والعين اليمنى واحد فيبقى ان يكون المحل مختلفا حتى يكون الجانب الذي تحل في احداهما غير الجانب الذي تحل فيه الاخرى يعني يجب ان ندرك العين اليمنى المشخصة بوضعها في محلها  ندرك العين اليسرى المشخصة بوضعها في محلها اذا عرفت هذا فنقول هذه هي كلها المقدمات اه وتعقل وتعقل بذاتها اشارة الى ما ذكرناه من ان التعقل الامور الكلية لذات النفس من غير الة يعني لا تحتاج الى الامسة والضائقة والشامة والسامعة واللامسة وقوله وتدرك بالالات اشارة الى ان ادراك الامور الجزئية انما يكون بواسطة قوة جسمانية نعم قوة جسمانية يعني هذه القوى اللامسة والضائقة وو وقوله للامتياز بين المختلفين نعم العين اليسرى بوضعها تتميز عن العين ليوندي اه وضعها الخاص وظعا يعني على مستوى الوضع. اشارة الى ما مثلناه من الامتياز بين العينين. وقوله من غير اسناد اي من غير اسناد الى الخارج. يعني ليس هذا الامر خارجي نعم فهو اه اثبات نعم اثباتي خلينا الان نؤصل القاعدة المشة عندهم مبنى التشخص بهذه العوارض المتأخرون قالوا لهم انتم خلطتم بين ملاك التميز وملاك التشخص ملاك التشخص والوجود يعني اصل التحقق يعني بمجرد ان زاد يتحقق يتمزع يتميز عن غيره مطلقا بتحققه بتحققه وهذا هو العرف الذي اه العرف يلمسه العرف اللي هو فيلسوف يلمس هذه المسألة بمجرد ان يرى شيئا متحققا يعطيه هوية غير هوية الاخرين اما هذه الاعراض التي تلفه هذه كل التميزات اثباتية تميزات ادراكية نعم. اذا هنا انتقل من تميزات الادراكية حتما يصل الى ان انها ادراكية طبيعة طبيعة الامور اذا الذي يميز هذه العين اليمنى عن العين اليسرى ثبوتا كونها محققة في مرتبتها محققة يعني موجودة انتهت انتهى الامر والموجود لا يتمها في موجود اخر وهذه العين التي هي عند يسرا وعندكم يمنى لأن الكاميرا تعكس</w:t>
      </w:r>
    </w:p>
    <w:p>
      <w:r>
        <w:t>الامور لانها لها وجود خلاص انتهى الامر تتميز عن عن العين اليمنى وعن جميع الأشياء حتى على الانف بوجودها يكفي اما اذا رحت الى المشخصات التي الاعراض التي كما بينها هنا نعم هذه المشخصات ادراكية. يعني اثباتية الوجود يشخص ثبوتا والاعراض تشخص اثبات وهذا التشخص الاثباتي لا يسمى تشخصا. يسمى في الحقيقة تميزا يعني هذه العين تتميز عن العين هذه بالوضع تتميز بالوضع نعم. ولكن تفترق بالوجود يكفي تشخصها حتى نقول لها وجود حقيقي غير العين الاخرى وهذي العين لها وجود يعني لها تعين خاص غير العلم الاخرى. انتهى الامر اما اذا اجينا الى الاوضاع تقول بما من ميزت هذه العين عن هذه العين يعني العين اليمنى على اليسرى تقول بالوضع هذه تموضعت هنا وهذه تموضعت هنا هذا التميز وليس التشخص. نعم. اذا بنينا على التميز نعم. التميز دائما يكون اثباتيا يعني في مقام الادراك فاثبتنا اثبتنا اه الادراك نعم لا نحتاج الى هذا البيان. انا بينت المسألة من قبل. انظر ضع يدك على ثلج كيف يحدث هنا الادراك الحسي هنا ميكانيزم مع جيبوغريب اذا لم تضع يدك في الثلج لا تشعر به لا تشعر ببرودته نعم يجب ان يكون هناك تأثير تأثر ولهذا انت اذا دخلت الى غرفة مجمدة تشعر بالبرد تشعر بالبرودة في تأثير وتأثر يعني البرودة يعني الرطوبة برودة منتشرة في الغرفة لمست جلدك بدون تأثير ومن تأثر الإدراك الحسي لا يكون ولهذا الابصار يكون بتأثر الشعاع انا لماذا ابصر شجرة مقابلي مع انه ما في احتكاك بيني وبين الشجرة لا في احتكاك نوري. النور الشمسي ينعكس على الشجرة ثم ينعكس في ذهني يأتيني خصوصياتها القشرية يعني هذه الامور لونها يعني النور يأتي باللون فقط هذا اللون يأتي وينعكس فارى شجرة ارى الألوان فقط الألوان اعراض تدلني على وجود ذات الشجرة التي هي الجوهر لأن الأعراض بدون جوهر لا يمكن اذا تضع يدك على الثلج فيه التأثير والتأثر يعني النفس يؤثر في جلدك وجلدك يتأثر بدون تأثير ولا تأثر لا يتعين هناك ادراك حسي. النفس هناك بدائرة قوتها اللامسة النفس حاضرة في قوتها اللامسة لان النفس هي التي تدرك تعليم الاكل من خلال القوى اللامسة. تدرك البرودة تدرك البرودة لا تدركوا البرودة فقط لها وعي بادراكها وهذا غير موجود عند الحيوان حيوان اذا وضع اه قدمه على الثلج يدرك البرودة لكن لا يعي بهذه البرودة يعني لا يعي بوعيه بالبرودة يعي فقط بالبرودة لكن لا يعي بوعيه هادي خاصية لمن? خاصية للإنسان عناية الهية بالإنسان ثم يتلقى الى الخيال ما معنى الخيال? حتى لو ذاب هذا الثلج عندي صورة خيالية للبرودة. تقول لصديقك والله الثلج بارد معنا الثلج ذاب كيف تقول صديقك ان الثلج باري? مع ان الثلج غير موجود. اذا الصورة الخيالية هي نفس الصورة الحسية عند غياب المتعلق عند غياب المحسوس يعني غياب الثلج ثم تترقى الى العاقل وهو مفهوم البرودة عقلنة البرودة التي تصدق على كثيرين. الصورة الخيالية لا تصدق فقط على المحسوس المجرب اما مفهوم البرودة يطال آآ جميع مصاديق الثلج او ما يبرد فاذا سافرت من العراق وجربت هذا الثلج الى استراليا ووجدت هناك ثلج تعلم بانه هو بارد. من اين? ليس من الصورة الحسية من الصرل العقلية الصورة العقلية دلتك على الثلج الثلجة عطيتلو خصوصية البرودة يعني تعقلت البرودة فيه فتحكم انه بارد ايضا وضع شخص يده عليه حسب البرودة مع انك انت تثج لم تجربه. ببركة تلك الصورة العقلية. لكن كيف وصلت النفس البشرية الى هذه الصورة العقلية في صميم الثلج من خلال التجرد ترقي تجرد يعني كل خصوصيات المادة محذوفة فيبقى فقط الطاقة البرودة خالصة البرودة خالص نعم هكذا يجب ان نفهم المسألة نعم نعيد المد حتى اه نضع الحروف على النقاط على الحروف وتعقل بذاتها يعني المعقولات لا تحتاج الى الات تدرك الكليات المعقولات الاولى المعقولات الثانية لا تحتاج الى بدات يعني لا تحتاج الى الالات يعني القوة وتدرك بالالات يعني القوة اللامسة الذائقة الحس المشترك للامتياز بين المختلفين. يعني عندك انت واقعات خارجية بينهم امتياز. امتياز ادراكي. حتما يصل الى الادراك بين المختلفين نعم زيد وليلى وظعا زيد في على اليمين وليلى على الشمال وضعا من غير اسناد اسناد هذا التميز اسناد الى الاشياء الخارجية وانما الى القوى الادراكية عن الناس نعم هذا هو اه تمام المتن وصلنا الى المسألة الثانية عشر في القوة النباتية يبدأ يشير الى مصاديق النفوس نفس نباتية نفس حيوانية نفس سانية ياتي ان شاء الله 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