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يا الله سبحان الله الله يا الله والحمد لله الله يا الله سبحانه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مازلنا في بحث النفس ووصلنا الى المسألة الثانية عشر في القوة النباتية. قال وللنفس النفس الانسانية قوة يعني جمع قوة تشارك تشارك فاعل تشارك الناس بها بهذه القوة غيرها. يعني من النباتات وهي هذه القوة الغابية والنامية والمولد كيف وصلوا الى هذه القوى? اولا من الوظيفة ومن المزاج اذا ركزوا على المزاج الذي فيه الحرارة والبرودة واليبسة والرطوبة والوظائف التي تتجلى بها يتجلى بها الانسان اكتشفوا هذه القوة نعم اذا في قوة هي الغابية نعم تجذب ما يناسب البدن من اه غداء وفيه نامية تجعل الانسان ينمو يكن نطفة ثم ينمو ينمو ينمو حتى يصل الى الانسان الذي نراه ثم السمنة والنحافة لا علاقة لها بالنمو كما سيأتي بيانه نعم والمولدة للمثل فالانسان يولد المثل النطفة حتى يبقى النسل وكذلك الفواكه هي البذور حتى تأتي الفواكه الاخرى والاشجار الاخرى سما المولدة للمثل حتى تبقى الاشجار ويبقى الانسان اقول لما كان البدن يشير الى المزاج لما كان البدن الة للنفس قلنا النفس تتعلق بالبدن حتى تتكامل فتجعله الة تستخدمه في افاعيلها وليس في كل افاعيلها في افاعيلها المعرفية الكلية لا تحتاج الى البدن المنوطة به المنوطة بهذا البدن كان صلاح النفس بصلاح البدن ولما كان البدن مركبا من العناصر المضادة قلنا فيه آآ قرار برودة رطوبة يبوسة فيه النار تراب هواء ماء وكان التأثير الجزء الناري فيه يعني الحرارة الاحالة يعني الاحالة يعني فيه شيء في الانسان ينحل نعم ولهذا يقول العلماء الان البدن لا يبقى خمس سنوات يتغير كله يعني في داخل الإنسان امور تنحل وتروح نعم تروح في الفضلات نعم  وكان تأثير الجزء الناري فيه الاحالة احتاج في بقائه يعني في بقاء البدن الى ايراد بدل. ما يتحلل منه. وهذه هي التغذية دخول عناصر جديدة. لماذا نحن نأكل? حتى نغطي ماء انحل منا وضع وراح فاقتضت حكمة الله هذه العناية لو قال فاقتضت العناية الالهية كان افضل نعم لان الحكمة اوسع من العناية. فاقتضت العناية العناية كان افضل ادق واجمل نعم العناية الإلهية ما هي? ان تضع الأشياء في مواضعها وتتناغم فيما بينها توصلك الى الغاية او تصل هي بذاتها الى الغاية فاقتضت الحكمة الالهية بمعنى العناية الالهية جعل النفس ذات قوة القوة يمكنها بها استخلاف ما ذهب من المواد بما يأتي نعم ولهذا كان هناك تمون كان بلعوم كان معدة وكان امعاء هذه كلها لبقاء الفرد نعم والذي يصر على المعاد العنصري المعاد الجسمي العنصري في الاخرة يجب ان يتبنى هذه الامور في الاخرة معنى في الاخرة عندك جسم برزخ جسم اخروي ليس بهذا القوانين ابدا نعم لا معد بهذه الكيفية ولا امعاء بهذه الكيفية ولا فضلات بهذه الكيفية نعم ولكن الذي لا يفكر لا يفكر العقل الديني عقل جامد لا لا يفكر نعم يمكنه يعني للنفس في ذات البدن. بهذه القوة استخلاف ما ذهب بما يأتي يعني من حل من مواد وخرجت من البدن يستخلفها بمواد اخرى. فيجب ان تكون هناك الغابية نعم كما جاء في في المتن الغاضية نعم يعني التي تغذي البدن بالجديد نعم وذلك انما يكون بالغباء. الغذاء يعني مطلق الطعام. الغداء بالدال. الطعام في منتصف النهار ثم لما كان البدن اول خلقته محتاج الى زيادة مقداره يعني النطفة يجب ان تصير اه علاقة ثم مضغة ثم جنين ثم انسان ينمو ينمو نعم على ما يناسب في اقطاره  وعرضا وطولا عرض وطول وارتفاع باجسام تنظم اليه من خارج وجب في حكمة الله يعني في عناية الله تعالى وجب ماذا? جعل النفس ذات قوة يمكنها بها تحصيل جواهر قابلة للتشبه بالبدن تنضم اليه على تناسب ليس على فوضى في اقطاره يعني في الطول والعرض والارتفاع. وهي النامية تنمي البدن بما يدخل من مواد بما وفرته الغاضية ثم لما كان البدن ينقطع نعم ويعدم واقتضت عناية الله ونجاة عناية الله هذا هو الدقيق. قلت لكم عناية الله افضل واقتضت عناية الله تعالى الاستحفاظ بهذا النوع يعني الانسان يفنى يموت اذا بموته ادم تنقرض الانسانية? لا. تأتي النطفة. النطفة هي توليد المس نعم فنحتاج الى آآ قوة اخرى سماها هنا المولدة. مولدة المثل نعم واقتضت عناية الله تعالى الاستحفاظ بهذا النوع يعني يبقى هذا النوع ما يندثر وجب في حكمة الله تعالى او عنايته جعل النفس ذات قوة تحيل بعض الجواهر المستعدة للقبول لقبول الصورة الانسانية الى تلك الصورة يعني تنقل تنقل الانسانية من فرض الى فرض وهي النطفة نعم في في الفواكه الببر. نعم. في في بعض الاشجار الفسيلة وهكذا نعم الى تلك الصورة وهي القوة المولدة. فكانت النفس ذات قوة ثلاث. الغاذية تأتي بالعناصر التي تناسب الانسان انت اذا وضعت الخبز في فمك حديدة في فمك تجد الناس تلفظ الحديد وتستوعب الخبز. لماذا? لان ليس كل شيء يدخل الى البدن يدخل بما يناسب البدن نعم بما يناسب البدن والعجيب ان تعملها بدون وعي منك بدون وعي نعم بدون وعي يعني النفس ترفض تلفظ الحديد وتقبل الخبز بدون وعي منها يعني تحت تسخير اما تسخير الهي او تسخير العاقلة نعم الغابية تأتي بالمواد المناسبة النامية تستخدم هذه المواد وحتى ينمو الانسان من نطفة الى انسان والمولدة هذا الانسان بعدما يكتمل يولد المثل يعني النطفة تأتي بفضل الزواج يأتي النسر الجديد. وهذه الوقوة نعم الثلاث مشتركة بين الانسان والحيوان والنبات حتى النبات الزرع يحتاج ان يمتص بعض المواد والماء ثم ينمو ويولد اما بالبذرة واما بالفسيلة والحيوان كالاسد والبقر والحمر التحليل هو نفسه يصدق عليه. نعم فالغابية هي التي تحيل الغذاء الى مشابهة نعم الى مشابهة المقتضي ليخلف العلة بدل ما يتحلل الشيلي راح تحلل يأتي مكانه الجديد ببركة الغاضية نعم والنامية هي التي تزيد في اقطار الجسم. اقطار الجسم ما هي عندك طول وعرض وارتفاع نعم على التناسب الطبيعي ليبلغ الى تمام النشوء ولهذا الطفل تجده صغير في البطن نطفة ثم علق مضغة جنين ثم طفل صغير ثم ينمو ينمو حتى يصل الى ما تريده العناية الالهية يعني الى تمام النشوء والمولدة هي التي تفيد المني المني بالنسبة الى الانسان اما بالنسبة الى الفواكه البذر وبالنسبة الى الاشجار الفسيلة مرت تفيد المني بعد استحالته في الرحم يعني بعد وضعه في الرحم. نعم في رحم نعم في رحم السور والقوة والاعراض. واعلم ان اسناد التصوير الى هذه القوة باطنة. هذا بحث واعلم بحث مستقل نعم وسيأتي بيانه ان شاء الله. جيد اذا كان</w:t>
      </w:r>
    </w:p>
    <w:p>
      <w:r>
        <w:t>اذا كان يأتي بيانه لماذا تدخل في في في المتن والطالب بعد لم يستوعب هذه القوة هذا هو التشويش البيداغوجي اه عند القدماء. لماذا? لانهما حينما يؤلفون الكتب لم تكن نيتهم طيبة ان هذه الكتب تكون للتدريس ويضعون معلومات ثم يأتي عقلاء العلم فيرون هذا الكتاب له لياقة وعميق ويضعوه متن للتدريس فنحن نتورط بهذا الخلط البيداغوجي كتير من الخلط البيداغوجي موجود في هذه المتون مع الأسف الشديد لكن انت روح الى الحلقات حلقة الشهيد الصدر هذا العبقري الرائع اكاد اقول انه مقدس نعم حلقات نزع كل هذه الأمور غير البيداغوجية وعطاك اللباب الأصول الذي ينفعك في عملية اذا عندنا قوة غاذية قوة نامية وقوة مولدة موجودة في النبات وفي الحيوانات يعني انواع الحيوانات والانسان الغاضية تأتي بالعناصر التي تناسب الانسان تدخلها الى البدن من خلال الاكل ثم قوة اخرى تستخدمها بعدما تمر بمراحل وينمو البدن في اقطاره الثلاثة ارضا وطولا وارتفاعا ثم الانسان يندثر يذهب? هل يبقى الانسان? نعم يبقى بدليل انه اب بقي من ادم الى يومنا هذا. اذا ما هي القوة التي جعلته يبقى المولدة للمثل. في الانسان نطفة في الفواكه والخضر بذور وفي الأشجار مرة بذور ومرة فسائل فسيلة قال واخرى اخص يحصل بها الادراك اما للجزء او للكل اخص هنا اه اخص يعني داء ضيقة الدائرة يعني لا تطال الحجر لا تطال النبات وتطال الحيوان في دائرة ولا تطال الحيوان في دائرة مختصة بالانسان وهو الادراك الادراك الجزئي او الادراك الكلي. اذا قلنا ان الاحجار يعني المعادن لا تدرك والنبات لا يدرك. الحيوان يدرك ادراكات الجزئية  ولهذا اقول اخص اخص من حيث الاطالة من حيث التطبيق المصداقي. نعم اقول للنفس ايضا هو اخص من الاولى يعني من النامية والمغذية والمولدة وهي الادراك يعني الوعي اما للجزئي يعني ادراك الجزئي وهو الاحساس وهذا يطال اه الإنسان والحيوان واما للكل وهو التعقل هذا يطال فقط الانسان. لا يطال الحيوان فالاحساس مشترك بين الانسان وبين الحيوان خاصة فهو اخص من القوة الاولى يعني الغالية والمنمية مولدة المثل هذه ما صديقها متعددة تطال حتى النبات اي نعم فهو اخص من القوة الاولى المشتركة بينها وبين النبات والتعقل اخص من الاحساس لانه لا يحصل للحيوان بل خصم بالانسان نعم بل للانسان اذا عندنا قوة اخرى هي القوة الاحساس قوة الادراك اذن هنا اه بيان فتواي فقط. تصور لهذه القوة فقط قال فللغابي الجاذبة والماسكة والهاظمة والدافعة جيد بعدما القاضية تدخل العناصر هذه العناصر تتبنىها قوى اخرى يسميها الجاذبة والماسكة والهاظيمة والدافعة تخدم تحت هيمنة القاضية نعم قوات تشتغل تحت القضية يعني انزع القاضية هذه تتبخر نعم وزرا لمن? لسلطان القضية. اقول القوة القاضية يتوقف فعلها على اربع قوى ليتم الاغتباء يعني الغاية. فيتغذى البدن وهي الجاذبة للغذاء نعم الجاذبة والدافع يعني تجذب الغذاء وتدفع السموم من البدن انفظلت نعم هذا انتم تريدون ان يكون في الجنة هذا البدن العنصري عجيب يعني عجيب وضع المتدينين يصرون على المعاد العنصري ما عاد جسماني مقطوع به ولكن جسم اخروي ما عنده هذه الامور ما عنده هذه الامور. ما عنده لا ماسكة ولا جذب ولا كذا. ما هو مولانا اصلا هناك شيء اخر يختلف تماما عن هذه الامور يعني في الاخرة في فضلات في طوالات من الدافعة اذا قلت بالجسم العنصري فيجب ان تكون هناك دافعة يعني نعم وهي الجالبة للغذاء يعني تجذب ما يناسب البدن لا تذنب الحديد والزجاج تجد فقط الأغذية المناسبة يعني العناصر المناسبة والماسكة له لتهضمه الهضمة نعم تمسكه نعم لتهضمه الهضمة فاما في في قوة هاضمة والهاضمة هي التي تحيل الغظاء الى آآ الذي جذبته الجاذبة نعم اجعله ما يسمى في الطب القديم الخلط. هذا هو الذي يروح الى البنكرياس وو ثم يتوزع على ماذا? يتوزع ببركة الدم يتوزع على الأعضاء. فالأعضاء اذا انحل فيها شيء نعم تستورد من الخارج اه هذه المواد فيبقى فلا تتلف تبقى ولا تتلف. والهاظمة وهي التي تحيل الغباء الذي جذبته يعني تحيله ترجعه ماذا? خيرت اه جذبته الجاذبة وامسكته الماسكة الى قوام. قوام يعني خير يتهيأ لان تجعله الغاضية جزءا بالفعل من المغتاب يعني من الاعضاء. والدافع للفضلات يعني بعد ما تنحل الأمور في الإنسان لأن الحرارة تؤدي دورا هذه الفضلات كلها تدفعها الدافعة من خلال مجاري البول ومجاري غير البول. تخرج هذه السموم من البدن. اذا بقيت في البدن يموت نعم قال وقد تتضاعف هذه لبعض الاعضاء. مم يعني تتجلى اكثر في وظائف اكثر نعم اقول قد تتضاعف هذه القوى يعني هذه الجاذبة والماسكة والهاضمة والدافعة لبعض الاعضاء كالمعدة التي تجذب بقوتها غظاء كلية البدن. يعني كل غظاء البدن يمر على على المعدة والتي تمسكه هناك والتي تغير الى ما يصلح لان يصير دما. قلت لكم يصير دما لان الدم هو الذي ينتقل في البدن ويغذي آآ يغذي الاعضاء والتي تدفعه الى الكبد نعم يعني الدم يروح الى الكبد ولهذي الكبد حوض الدم وفيها ايضا قوة جاذبة لما تتغذي به المعدة خاصة وقوى ماسكة وقوة هاظمة وقوة دافعة يعني حتى بعد في المعدة في هذه القوة حكمة الله تعالى سبحان الله. نعم قال والنموم غير للسم قد يقول قائلون ما الفرق بين النمو والسمنة? لا السمنة خلل في النمو انه مو كمال لكن الصم خلل فيه انه اقول النمو هو زيادة الجسم بسبب اتصال جسم اخر يأتي من التغذية اه به من نوعه من نوعه يعني يناسبه وتكون الزيادة مداخلة في اجزاء المزيد عليه وهو مغاير للسنة وكذا الذبول مغاير للهزال فان الواقف في الواقف في النمو قد يسمن كالشيخ يعني بعد الانسان يصل الى درجة لا ينمو والا يصر يصعد الى القمر في نموه لا يصل الى حد يتوقف ما زاد على الحد يسمى السونة. نعم فان الواقف في النمو قد يسمن كالشيخ اذا صار سمينا فان اجزاءه الاصلية قد جفت وصلبت. فلا يقوى الغظى على تفريقها فلا يتحقق النمو. وكذلك النامي قد يهزل. نعم يصير ضعيف نعم اذا النمو السمين والنحيف هذه خلل في البدن قال والمصور هذا هو اللي قلت لكم اه لماذا اتى بي هناك خلط بين جاء محله وخليه في محله حتى لا يتشوش الطالب. قال والمصورة عندي باطلة لاستحالة صدور هذه الافعال المحكمة المركبة عن قوة بسيطة ليس لها شعور اصلا يقول هذه المصورة يعني عندك انت كبد عندك بنكرياس عندك كثير من الاعضاء لكل عضو صورة خاصة نعم انت اذا ذبحت الشاة وقطعت هذه الشاة تجد هذه الاعضاء مختلفة في الصور من صورها هكذا اه المبنى الذي يرفضه المحقق التونسي قوة. يعني قوة مادية. يقول هذه القوة المادية اولا واحدة بسيطة كيف يصدر عنها هذه الاعضاء الكثيرة المختلفة بالصور</w:t>
      </w:r>
    </w:p>
    <w:p>
      <w:r>
        <w:t>ثانيا انها ليست شاعرة. معنى هذه الاعظام محكمة متقنة كل يؤدي دوره بشكل غريب. الان علماء الفيزيولوجية و المتخصصون في هذه آآ الأمور وصلوا الى ان هناك قوة آآ قوة خارجة عن البدن تسير هذا البدن بهذه الدقة يستحون ان يقولون الله تعالى الى ادخال مفردات الله تعالى في العلوم ليس علميا عندهم هم. يعني التعليل بالمبهم يقولون القوة وبهذه القوة كذلك مبها مبهمة ما هي مبهمة? قول الله تعالى بهذه المواصفات احسن نعم قال والمصورة عندي باطلة لاستحالة الدليل صدور هذه الافعال المحكمة في هذه الاعضاء. بنكرياس عنده ضوء رائع جدا للكبد عنده دور رائع جدا. والامعاء وو نعم المحكمة المركبة صدورها عن قوة بسيطة ومادية لا تشعر ليس لها شعور اصلا اقول اثبت الحكماء للنفس قوة يصدر عنها التصوير. والتشكيل عطش تفسيري. بشكل شكل نوع ذقوة. والحق ما ذهب اليه المصنف من ان ذلك محال. لماذا? لان هذه القوة بسيطة كيف صدر عنها الكثير نعم من حيث هي وحده يصدر البنكرياس يصدر الكبد يصدر اه هذه الاعضاء المتعددة لان هذه الاشكال والصور امور محكمة متقنة فلا تصدر عن طبيعة غير شاعرة بما يصدر عنها نعم بل تصدر من ماذا? الغربيون يقول قوة قوة قوة مبهمة قوة خارقة عالمة دقيقة يجب اسنادها الى مدبر حكيم. نعم وايضا فان هذه التشكيلات امور مركبة ليست بسيطة. والقوة البسيطة لا تصدر عنها اشياء كثيرة بل شكلها في محلها البسيط هو الكرة. فتكون هذه المركبات على كل الكرات شكل الكرات وهو باطن بالضرورة. يعني انت اذا شرحت بدن الانسان تجد الكبد في شكل كورة والبنكرياس في شكل كرة الامعاء في شكل الكرة هذا خلاف الشهود وخلاف الوجدان اذا المصورة ليست من من القوة المادية وانما هي راجعة الى الفاعل بالتسقير يعني قوة عليا وهي الله تعالى نعم والمطالب جميلة جدا وبنحو الفتوى وليست مسائل استدلالية الى الان. يعني جاء الفيزيولوجي هذا بحث فيزيولوجي وليس بحثا فلسفيا يأتي ويبحث الوظائف ويركز على المزاج ويكتشف هذه القوة آآ بمعونة العقل نعم المسألة الثالثة عشر في انواع الاحساس ونأتي الى الاحساس يعني الادراك الادراك الحسي نعم اه هذه الإدراكات خمسة لامسة ذائقة سامعة الحس المشترك والخيال قال واما القوة واما قوة الادراك للجزئي يعني الاحساس فمنه اللمس وهو قوة منبثة في البدن كله والبدن كله يحس ما في منطقة ما في ادراك حسي اذا غرست الانسان بابرة في اي بقعة من بقع بدنه يشعر. اذا القوة الحسية منتشرة في جميع البدن سيالة منبسطة في جميع البدن. نعم هذه حقيقة وتجريبية جربها انت سهلة اقول لما فرغ من البحث من عن الامر العام اعني القوة النباتية شرع الان في البحث عما هو اخص منه وهو القوة الحيوانية. اعني الاحساس المشترك بين الانسان وغيره من الحيوانات وبدأ باللمس لان باقي الحواس يراد لجلب النفع وهذا لدفع الضرر. نعم يقول كل الحوس لجبع النفع ولكن لجلب النفع ولكن الحس لدفع الظرر لا لدفع ضررنا اه بروز الادراك بالاحساس ممكن اه دفع الضرر اه هو الشاخصة البارزة على اللمس اللمس كذلك آآ ضروري لماذا? لبروز الادراك لادراك الحسي والادراك الخيالي والادراك العقلي ليس فقط للدفع لدفع الظرر ولما كان دفع الضرر الاولى من جمع جمع جلب النفع يعني الانسان يحافظ على ذاته وان قل اه النفع لا جرم قدم البحث فيه على غيره من القوة الحساسة يعني ملكات التقديم هنا يعني مسألة بيداغوجية فقط واعلم ان اللمس كيفية قائمة بالبدن. نعم كيفية قائمة بالبدن لكن بدون نفس هذا اللمس لا معنى له اذا الادراك اللمسي ما معناه? النفس تدركه ليس البدن. البدن لا يدرك. النفس تدرك ولكن بشرط العضو بشرط العذر يعني العضو يعني البدن. نعم واعلم ان النمسا كيفية قائمة بالبدن ممبثث فيه ظاهره اجمع يدرك بها المنافي والملائم. يعني ما يلائم النفس وما لا يلائم النفس. يعني امام النار ادراك حسي خاف اه الماء مثلا يريد يشرب يقدم. النهر متلاطم يغرق يمتنع. لاحظت? هذه كلها ببركة الادراك اللمسي نعم قال وفي تعدده النظر يعني فيه اه كلام اقول اختلف الناس في ان اللمس هو هل هو قوة واحدة او قوة كثيرة المحقق التونسي يقول فيه نقاش يعني في تعدد القوى اللامسة. فالجمهور على انها قوة اربعة. الاولى الحاكمة بين الحر والبرد يعني آآ عندك حار وبارد وهذه الحاكمة بين تقول هذا حار وهذا بارد هذا وهذا فاتر ثانيا الحاكمة بالنطبي واليابس. ثالث الحاكم ما بين الصلب والليل. الرابعة الحاكمة بين الخشن والألمس. لأن القوة الواحدة لا يصدر عنها اكثر من امر واحد. لاحظت? هذه الخلفية العقلية خلفي العقلية قاعدة الواحد الواحد لا يزرع منه الا الواحد انظر المحقق الطوسي والعلم الحلي رفض هذه القاعدة بقوة هناك والا ان هنا لان هذا بحث فلسفي محض ليس بحثا كلاميا علم الكلام اصلا ما عنده علم النفس علم الكلام لا لا يهتم بعلم النفس نعم هو مستغرب كلشي هو هو عندو كلشي المتكلم عندو كلشي نعم مع الاسف الشديد اه ما خرب الامة كعلماء الكلام نعم ربوا فيهم الخشونة واللبوسة والتكفير والزندقة نعم وهذا حقيقة لكنهم يخفوها نعم لان القوة الواحدة لا يصدر عنها اكثر من امر واحد. قال ومنه الذوق ويفتقر الى توسط الرطوبة. نعم انت لا تتذوق اه شيء الا باللعاب ولهذا بمجرد ان يدخل الخبز وانت جائع حتى تلتف به اذا لم تفرز هذه الغدد اللعاب هذا الخبز يبقى شيئا خشنا في داخلك لا تستذوقه ولا حتى تتحمله اللعاب يأتي ويرققه يرطبه حينها الذائقة تلتف. نعم ومنه الذوق ويفتقر الى توسط الرطوبة اللعابية. الخالي عن المثل والظد. طبعا اه اذا كان اه هذا اللعاب مخلوط بالحلاوة لا تشعر بالعسل. لذة العسل نعم او مثلا كان حارا لا تشعر بالمواد الحارة لعن المثل والضد يعني لمثل الذي يشبه الحلاوة والذي يضاد الحلاوة لانه الضد يرفض اقول الذوق قوة قائمة والذوق لا الذائقة هي القوة. الذوق هو فعل فعل يعني تجلي الذائقة حين الفعل هو قوة قائمة بسطح اللسان لا يكفي فيه الملامسة. يعني اذا ادخلت الخبز في فمك لا يكفي هذا الامر. يجب ان الغدد هذه تفرز سبحان الله تحت عناية الهية سريعا اذا دخل ما يناسب البدن. تفرز هذه هذا اللعاب حتى تأتي الرطوبة فالخبز يصير مستساغا ولذيذا. بل لا بد من متوسط من الرطوبة اللعابية الخالي عن الطعوم. لازم تكون خالية صافية فليسافية انت تأكل شيء اه في حلاوة ثم تشرب آآ عصيرا لذيذا لا لا تشعر بلذة هذا العصير لماذا? لان الحلاوة استولت على اللعاب في انه الرتبة السابقة لانها اذا كانت ذات طعم مماثل يعني يشبه العصير كالحلاوة للمدرك لم يتحقق الادراك نعم هذه شهودية. لان الادراك انما يكون بالانفعال نعم الادراك يعني فيه تأثير وتأثر كما قلنا. والشيء لا ينفعل عن المماث</w:t>
      </w:r>
    </w:p>
    <w:p>
      <w:r>
        <w:t>نعم. وان كان ذات طعم مضاد لم تؤدي الكيفية على صرافتها لصحة كما في المرضى اه بصحة كما في المرظ. المريظ عنده امر ليه التذبيب بالاكل? لماذا عنده امر يضاد هذه المأكولات فلا يتحمل المأكولات عادة المريض لا يأكل اصلا ولهذا ينحف القوة التي تحلل المواد وتخرج من مجاريها البدن لا يقبل نعم نكمل البحث ان شاء الله في الحصة القادمة. واللهم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