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للخير. وفقط اريد منكم شيئا تحملوا انتقادات انا عندي عندي غيرة على هذا الدين وغيرة على اهل البيت عليهم السلام نريد للطالب ان يتطور اكثر ويكون اعمق في بحوثه نعم فاذا انتقدت فلغيرة وليس للتسقيط نعم قال ومنه الشم ويفتقر الى وصول الهواء المنفعل او ذي الرائحة الى الخيشوم جيد كنا في الحصة السابقة قلنا المريض لا يلتذ بالاكل وبالتالي لانه فيهم ما يضاد ما هو داخل القاضية تدخل المواد من خارج ما يناسب البدن في المريض عندو شيء في داخله ضاد ثلاث لا يتحمل الاكل والحرارة تحلل المواد في بدنه وهادي المواد المحللة يعني لا تصلح للبدن سموم اذا بقيت في البدن يهلك البدن فتخرج من مجاري المعروف ولا يأكل القضية تأتي وهو يرفض فهذا هو سبب انه يصير نحيفا نعم لان  الذي يعوض من حل غير موجود. نعم وصلنا الى الشم بعد ما اتكلمنا عن اللامسة وانها تطال جميع البدن. الشملة الشم فقط في الخيشوم نعم لا يمكن ان تشم انت من يدك ليس كاللامسة. نعم. ولهذا اه اللامسة هي الاساس في الادراك الحسي مع الباصرة نعم ومنه الشم ويفتقر الى وصول الهواء المنفعل او ذي الرائحة الى الخيشوم. يعني انت لا يمكن ان تشم بدون هواء ينقل ما تشمه او رائحة الذي يأتي يأتي برائحة نعم يعني الهواء والرائحة عل المعدة لتعين الشم اقول الشم قوة في الدماغ تحملها الزائدتان شبيهتان حلمتيه الثدي نابتتان من مقدمة الدماغ. هذه لا علاقة لها بالفلسفة ولا علاقة لها بعلم الكلام ولا علاقة لها بالدين مسألة فيزيو روجية الان في الفيزيولوجية يدرسها دراسة اه عميقة هو فقط يريد يبين ان القوة هذه المادية اين نعم حسب اللوزيولوجية القديمة وقد فارقتا اه لين الدماغ قليلا يعني فيها نوع من اليبوسة ولم تلحقهما صلابة العصب. يعني بين الصلابة والليونة ليونة الدماغ الدماغ لين جدا في برودة ويفتقر الى وصول الهواء. اشارة الى العلل المعدة. متى يتعين الشم كادراك? يقول ويفتقر. يعني يحتاج الى وصول الهواء المنفعل عن ذي الرائحة الى الخيشوم او وصول اجزاء من ذي الرائحة اليه. لانه انما يدرك بالملاقاة نعم. ملاقاة الهواء وهذه الذرات التي فيها الرائحة وقد ذهب قوم الى ان الشم انما يكون بان تتحلل اجزاء الجسم ذي الرائحة وتنتقل مع الهواء المتوسط الى الحس لان الدلك هو التبخير يهيج الرائحة ويزكيها راني مباني مقاربات. وقال اخرون ان الهواء المتوسط يتكيف بتلك الكيفية لا غير والا لنقص وزن الجسم ذي الرائحة مع استنشاقها. والمصنف رحمه الله قد نبه بكلامه على تجويز الامرين. فان الشم قد يحصل بكل واحد منها في المتن ماذا قال? قال بوصول الهواء المنفعل واوذي الرائحة. يعني اشارة الى المبنيين. هذه امور فسيولوجية لا تهم آآ الفيلسوف والمتكلم. قد يوظفها الفيلسوف اذا اخذها كأس الموضوع من الفيزيولوجي الفسلجة علم الفسلجة ومن والمتكلم كذلك قد يوظفها لصالحه ويأخذها كاصل موضوعي من الفسلجة. الفسلجة الان آآ علم تطور تطورا عجيبا صار آآ هذا العلم علم وظائف الاعضاء. وقال اخرون ان الهواء المتوسط يتكيف بتلك الكيفية لا غير قلنا هذه آآ آآ بيناها قال ومنه السمع يعني بعدما بين اللامس والشامة يأتي الى السمع ومنه السمع كذلك هذا لا يعطى للجميع البدن. نعم. ويتوقف على وصول الهواء المنضغط على  سبحان الله هادي الحكمة الإلهية والعناية الإلهية تخيل انت تسمع من كل بدنك فتسمع كل شيء تتأذى لا ترتاح ابدا لا ترتاح مع الحكمة الإلهية سبحان الله تعالى يقول ذهب قوم الى ان السمع انما يحصل عند تأدي الهواء المنظبط بين القارع والمقروع. القارع المقروء يعني انت اذا سحبت بضربة اه حجر من جبل تسمع تسمع الصوت نعم تسمع الصوت دائما هناك القارئ والمقروع جيد. هذه الهواء الذي ينتقل من القارع والمقروع يعني من هذه العملية في الهواء ويصل الى الصمغ هذا هو السمع. يعني هذا تهيئة النفس لتعينها بالسماء ولهذا تدرك الجهة جميل هذه هذه النقطة حينما تسمع تلتفت يعني تدرك الجهة من اين جاءت. جاء من القرع القارع والمقروع نعم ويتأخر السماع عن الابصار لتوقف الاولى على حركة الهواء دون الثانية. دعا دائما الابصار اقوى من السمع نعم ولهذا في البرق نحن نرى البرق ثم بعد آآ ثواني نسمع نسمع الصوت نعم لان السماع يحتاج الى الهواء اما الابصار الضوء اسرع من سورة سورة اه الصوت سورة الضوء عجيبة وغريبة والمصنف رحمه الله مال الى هذا الى هذا ها هنا نعم يعني اذا عندنا قارع ومقروع مثلا عندك انت هذا الرعد كهرباء موجب مع السالب. يحدث بينهما اندكاك يأتي البرق  تسمع انت آآ الصوت وتارة حتى ترى وتسمع لكن الإبصار يكون اسرع لأن سرعة الضوء اكثر من سرعة ان الصوت يقول المصنف تبنى هذا المبنى ويقول وفيه نظر لان الصوت قد يسمع من وراء الجدار مع امتناع بقاء الشكل على حالي لو امكن نفوذ الهواء لا حبيبي الصوت الصوت عبارة عن ذبذبات وذبذبات اه اكثر حتى الاثرية ليست اثيرية. كانوا يقولون بالاثير في الماضي. في الاثير يعني مادة اه شبه شفافة تحمل ماذا? تحمل الكهرباء ويعني تحمل الضوء وتحمل الصوت حتى هذا الاثير نزعوه بعد ما جاء اينشتاين قالوا له السلام عليكم اذن ما عنا علاقة السور كان او لم يكن سور الصوت يأتي ايها العلامة الحلي نعم قال ومنه البصر يعني سمعا شامة سامعة الابصار ومنه البصر ويتعلق بالذات بالضوء واللون يعني بدون لون الضو ولاو الما الفرق اللون هو انحلال الضوء انحلال الضوء يعني حالة جمعية وحالات تفصيلية فقط نعم اقول المبصرات اما ان يتعلق الابصار بها اولا وبالذات او ثانيا وبالعرض والاولى هو الظو واللون لا غير والثاني ما عاده من سائر المبصرات كالشكل والحجم والمقدار والحركة والوضع والحسن والقمح وغيره غير ذلك من اصناف المرئيات. يعني كلها بالعرظ. يعني انت لا تدرك الحجم ولا تدرك المقدار ولا تدرك الحركة ولا الوظع ولا الحسن والقبح ابدا يعني انت بعدما تدرك بالضوء في شيء تأتي بعض القوى الاخرى تساعدك على ادراك ماذا? ادراك هذه الامور. على الشكل. الشكل امر عدمي كيف يدرك بالبصر والحجم امر عدم والمقدار امر عدمي والحركة سيالة مقطعة اجزاءها غير مجتمعة والوضع كيفية والحسن القبح هذه في الافعال الا الا كان الحسن يعني بمعنى الجمال مع الحسن عندو علاقة بالافعال الا اذا قلنا الحسن يعني الجمال وغير الجمال نعم اذا الابصار لا يتم الا بالضوء</w:t>
      </w:r>
    </w:p>
    <w:p>
      <w:r>
        <w:t>اذا انحل الضوء الى الالوان يعني بالضوء والالوان قال وهو راجع فينا الى تأثر الحدقة. يعني ما هي القوة المادية التي تساعدنا على الابصار والحدقة. اقول الادراك عند جماعة من الفلاسفة والمعتزلة راجع الى تأثر الحاسة. نعم يعني الظوء ينعكس في مادة فبالابصار فبالابصار بالعين معناه تأثر الحدقة وانفعالها عن الشيء المرئي نعم هذا في حقنا نحن ولهذا قيده المصنف رحمه الله بقوله فينا. ومنه الابصار ويتعلق نعم. وهو راجع فينا الى تأثر الحدقة نعم حتى الحيوان كذلك تأثر الحدقة لا فرق. حتى الحيوان لان الادراك ثابت في حقه تعالى ولا يتصور فيه التأثر. نعم الله تعالى ما تدخله هنا بيداغوجيا اذا كان الائمة عليهم السلام لا يقاس بهم احد فكيف بالله تعالى القيد السينالي اخراج الذات المقدسة لانها تبصر بدون حدقة هذا انا في تصوري حشو بحال نعم نعم لان الادراك ثابت في حقه تعالى ولا يتصور فيه التعثر. هل هذا الادراك ادراك حسي ايها المحقق التوصي هل هو ادراك حسي من هذا الصنخ لا اله الا الله وذهبت الاشاعرة الى انه معنى زائد على تأثر الحدقة نظرية المعاني عند الاشعة لا تأتي في باب الصفات ان شاء الله الصفات يقولون معاني زائدة على الذات نعم اذن هذه كلها امور على نحو الفتوى ما فيها الدليل وحتى المباني التصورية اذا لاحظتم غائبة لم يعرف شيئا فقط وصفه بحث وصفي كأنه فيزيولوجي يتكلم. عالم الفزلجة يتكلم. ولهذا لا نتوقف اه كثيرا فيها لا دليل ولا تعريف قال ويجب حصولهم على شرائطه نعم الابصار شروط عندك الضو عندك الذبذبات عندك او خليني ابين المسألة بشكل ادق عندنا اه بعد فيزيائي المرحلة الأولى بعد فيزيائي انعكاس الظوء على المبصر يعني على الشجرة في مقابلك انت الان شجرة في مقابلك ينعكس الضوء على هذه الشجرة يتحلل بلون اخضر بغير الاخضر حسب الشجرة. اذا كان ورقها احمر ينحل الى الاحمران يعني شجرة مصنوعة بنحو تجعل الضوء ينعكس الى الاخذ ينحل الى الاخضر والاحمر وممكن الاصفر فهذه الذبذبات كلها بعد فيزيائي ثم تأتي الى الحدقة خرجنا من البعد الفيزيائي الى البعد الفيزيولوجي. الفيزيولوجي هنا له مرحلتان. مرحلة الحدقة ومرحلة الدماغ لان الدماغ هو الذي اه هو الذي يرتب الادراكات الحسية تحت هيمنة النفس الناطقة اذا اذا دخل الى الاذن يعني الى حدقة يعني هذه المادة الباصرة المادة التي اذا اختلت تروح الى الطبيب هنا خرجنا من البعد الفيزيائي الى المرحلة الفيزيولوجية المرحلة الفيزيولوجية لها تستطيع ان تقول ثلث مراحل الحدقة ثم الأعصاب ثم الدماغ هذه كلها مراحل ماذا? مراحل فسيولوجية وليست فيزيائية. ثم مرحلة رابعة ميتافيزيقية لا علاقة لها لا بالفيزياء ولا علاقة لها بالفيزيولوجية هذه كلها معدات حتى يبرزوا تبرز النفس ادراكا تشرق بادراك والادراك شجرة. الشجرة الفلانية في مقابل يعني الشجرة الحسية ثم ترقى الى شجرة خيالية حتى لو زالت الشجرة في مقابلك ثم ترقى الى الادراك الكلي. الشجرة مطلقا. يعني هذا المفهوم الكلي طبيعة الشجرة هكذا تأتي العملية نعم ويجب حصوله مع شرائطه هذه الشرائط قد تكون فيزيائية قد تكون فيزيولوجية بمراحلها متعددة ثم لا نرقى الى الادراك الحسي الذي هو في الحقيقة مجرد. لكن آآ المحقق التوصي ولعل من حل في ذلك الزمان يتحركون في المدرسة المشائية. يؤمنون بان الادراك الحسي مادي اقول شروط الادراك سبعة سنرى ما هو الفيزيائي وما هو الفيزيولوجي عدم البعد وهذا فيزيائي. شرط فيزيائي لان اذا ابتعد الامر كثيرا لا يبصر عدم القرب المفرط اذا قربت المسألة الشيء الى العين لا يدرك هذه كلها ابعاد في معدات فيزيائية ولهذا لا يبصر ما يلتصق بالعين. الثالث عدم الحجاب بعد فيزيائي. الرابع عدم الصغر المفرط بعد فيزيائي. الخامس ان يكون مقابلا او في حكم المقابل حكم المقابل يعني ينعكس في المرآة او في حوض هذا بعد فيزيائي. السادس وقوع الضوء على المرء بعد فيزيائي اما من ذاته او من غيره يعني اما هو يشع او لا الضوء يأتي وينعكس عليه? السابع ان يكون المرء كثيفا بعد فيزيائي يعني لا يكون شفافا لان الشفاف لا يرى. انا سألت مشايخ في جلسة علمية قلت لهم ملأت آآ كوبا بلاستيكيا بالماء وآآ سألتهم قلتم ترون الماء كلهم اجزموا انهم يرون الماء. لا يرون الماء نعم لانهم غير غير متخصصين في في المعقول كلهم جزموا انهم يرون الماء. لا الماء شفاف من شروط الرؤية ان يكون كفيفا. الشفاف لا يرى. المرآة كذلك اتحداك ان ترى المرآة  تقف في في مقابل المرآة وترى المرآة ابدا. لماذا? لانها مصقولة شفافة. ترى ما ينعكس في المرآة نعم الاشياء الخارجية المنعكسة في المرآة. نعم تراها اما المرآة بما هي مرآة لا يمكن. بدليل انك اذا جئت بمرآة صافية مصقولة تماما مئة بالمئة. وبمرآة مصقولة مئة بالمئة اين تنعكس المرأة في الاولى في التاريخ والثانية في الاولى ابدا لا تدرك نعم وهذا امر عجيب وغريب من الحكم الالهية والعناية الالهية الخارقة. نعم ان يكون المرء كفيفا لا يكون شفافا بمعنى وجود الضوء اللوني له نعم اذا عرفت هذا فنقول يعني هذه كلها المعدات الفيزيائية عند المعتزلة والاوائل يعني الفلاسفة. ان عند حصول هذه الشرائط الفيزيائية يجب الادراك بالضرورة. لم يذكر الشروط الفيزيولوجية من الحدقة والاعصاب والدماغ فان فان سليم الحساء يشاهد الشمس اذا كانت على خط نصف النهار بالضرورة ولو تشكك العقل في ذلك جاز ان يكون بحضرتنا جبال شاهقة واصوات هائلة. وان كلنا ندركها وذلك سفسطة. نعم المهم هذه شروط فيزيائية الآن لأن الفيزيولوجية تطورت ففهمنا هذه الامور معدات فيزيائية ذكرها كلها جزاها الله خير ومعدات فيزيولوجية تنتمي الى الفسلجة نعم وهي الحداقة والأعصاب والدماغ. هادي كلها معدات معدات خارجية معدات داخلية حتى تتشأل النفس بامر لا ينتمي الى المادة ابدا امر ميتافيزيق معنوي وهو الادراك الحسي ثم تحافظ على هذا الادراك الحسي في قوة الخيال ثم ترقى الى ادراك ادراك ارقى هو الادراك العقلي وهو كلي الشجرة طبيعة الشجرة لا لا علاقة لها بهذه الشجرة نعم اما الاشاعرة فلم يوجب ذلك وجوز حصول جميع الشرائط مع انتفاء الادراك نعم ايه معجزة هذه المعجزة الشاعرة العقل الديني عقل ديني اه العقل الديني ما معناه? العقل الديني يؤمنون باله وينزعون الحكمة الى مهيمن ومسيطر يفعل ما يشاء. الحكمة اين? الحكمة تكلمنا عن الحكمة لا ما تحدثني عن الحكمة يجوز تقديم المفضول على الفضل انتهى الأمر اي الله تعالى نصب آآ الشيخ الاول والشيخ الثاني والشيخ الثالث هوما ينسبوها الى الله تعالى. يمسحوها على الله تعالى. لان الامة مؤمنة صادقة فتتحرك في ما يريده الله تعالى. فالله اراد نقول هذا مفضول فيه الفظل يقول لا ما تكلمني انتهى الامر مع الامر اي نعم يجوز تقديم المفضول على الفضل حكمة ما موجودة ابدا. وهذا هو العقل الديني</w:t>
      </w:r>
    </w:p>
    <w:p>
      <w:r>
        <w:t>حتى انت حتى انت ايها الطالب العزيز اذا انت بلغت لاله يتجلى في القدرة بالقدرة والارادة والمشيئة بدون حكمة انت تتحرك في العقل الديني نعم وانا في تصوري علماؤنا الابرار لم يتحركوا في هذا الامر بدن وهذا هو العدل. العدل جاء لاسترجاع الحكمة الالهية في العقائد لماذا نحن نركز على الحسن والقبح وعلى العدل لادخال الحكمة في دائرة في دائرة الله تعالى? نعم ولهذا انت لو كنت بعقل ديني فتصدقه بماذا? بتقديم المفضول على الفاضل. ما رأيك في بالحديث? شارح نهج البلاغ هو يقول علي افضل الجميع. لكن في السلطة يجوز تقديم المفضول على الفاضل. تعس لك وتبا لك. هذا هو العقل الديني. خرب الانسانية وجعل شبابنا يميلون الى الالحاد نعم الله تعالى حكيم حكيم لا يتصرف الا بحكمة. ما معنى الله تعالى يقدم المفضول على الفضل يعني هذا المفضول قد لا يوصلك الى الغاية وهي الهداية لانها مفضول لا يدري اذا الله تعالى يعبث يعبث اذا قدم المفضول على الفاضل والذي لا يوصلني الى الغاية وللهداية فالله لغو يعني يحبث ولخلاف الحكمة الالهية حاولوا دائما في اقوالكم وفي فكركم وفي بيانكم وفي تبليغكم. الحكمة الالهية التي تسيطر على الجميع الأشاعرة اه المصداق الارقى للعقل الديني والوهابية ذابوا في العقل الديني. المعتزلة لا اقتربوا الى ماذا? اقتربوا الى العقل الالهي. انا اسميه العقل الالهي في مقابل العقل الديني الاشاعرة لا ما عندهم علاقة بهذا الامر نعم ويؤمنون بالعادة يعني ما فيه ضرورة بين العلة والمعلوم. يعني النار لا تحرق بالضرورة بالعادة فقط يعني الله تعالى جعل النار بجنبها الاحتراق في علاقة تكوينية بين النار والاحتراق لا ظربوا السنخية ظربوا الظرورة. واما الاشاعرة فمن لم يوجبوا ذلك لمبناهم مبناهم العادة ذلك وجوزا حصول جميع الشرائط مع انتفاع الادراك لا اله الا الله. يعني الله تعالى يعبث واحتجوا بان نرى الكبير صغيرا نعم والسبب فيه رؤية بعض اجزاء دون البعض مع تساوي الجميع في الشرائط وهو خطأ لوقوع التفاوت بالقرب والبعد. يعني رد عليهم الاعلام الحلي انا في تصوري الان يعني في المتن التدريسي هذا كلام الاشاعرة نخرجه من المتون نضعه في تاريخ علم الكلام نعم يعني انت الان تعلمني الظعف والخطأ نعم. فلهذا ادركنا بعض الزاوية القريبة دون الباقي ويتحقق التفاوت بخروج خطوط ثلاثة من الحدقة الى المرء مخروط نعم اه احدهما عمود والباقي ظلعان. نعم. عمود وباقي ضلعان مثلث قاعدته المرئي يعني من المرء من الشجرة يخرج ماذا? يخرج ظلعان وعمود اساسي. طبعا العمود يكون اقرب من الضلعين في العمود اقصر يعني اقرب لانه يوتر الحد والظلعان اطول لانهما يوتران القائمة حسب المخروط اذا تعلم بالمخروط. لانهم يقولون الابصار شكل مخروط يأتي الى اذنه قال وبخروج الشعاع اه مبنى مبنى شيخ الاشراق ان الابصار هو خروج الشعاع من من العين نعم شيخ الاشراق يؤمن بهذه المسألة نعم انا اقول المسألة في هذه يجب ان نفهمها هكذا في الأمور الطبيعية هذا المبنى لا يجري الابصار هو انعكاس الضوء على الماديات ثم رجوع هذا الضوء من الماديات الى الحدقة الى الاعصاب الى المخ. ثم النفس تشرق بادراك حسي. تدرك هذه الشجرة في في مقابلها هذا هو الأمر الطبيعي اذا تلقت النفوس في الدرجات الالهية والعرفانية هي تكون قوية تشرق نعم هذا ممكن هذا جدا ممكن. هذه نفوس قوية لكن هذه خارجة عن الطبيعة خارجة عن الطبيعة. اقول اختلف الناس في كيفية الابصار. قال قوم انه بخروج شعاع متصل من العين الى المرء. على هيئة مخروط رأسه عند الحدقة وقاعدته عند المرء. مخروط هكذا يخرج هكذا حتى الشجر في مقابله وهو اختيار المصنف وهو مبنى شيخ الاشراق وقال ابو علي بن سينا ان الابصار انما يكون بانطباع صورة المرء في الرطوبة الجلدية. يعني بعدما الضوء ينعكس من الواقعيات المادية. يذهب الى ماذا? اه الى الرطوبة الجليدية. يعني في العين والقلل عندي باطنا العلم الحل ينفي الاولى يعني الاشراق الابصار الاشراقي او الابصار الانطباعي عندنا ابصار اشراقه هو شيخ الاشراق وعندنا ابصار انطباعي مبنيان. يرفض الاثنين والقولان عندي باطنا. اما الاول فلان الشعاع اما جسم او عرظ والثاني يستحيل عليه الانتقال دققوا جيدا في المتون. بينت لكم اه اه فيما سبق كيف تتعاملون مع المتن اه تعينون اه عرضي المتن من ذاتي المتن ذاتي المتن يقسم الى قسم ذاتي اساسي ذاتي عاضد خادم بعد المتن يتفكك ما هو العرضي? ما هو الخادم? ما هو الاساسي ثم تأتون الى المنهجية المنطقية آآ المبادئ التصورية تعريفات تفصلوها ثم الاقيس من اي نوع اقيس حملية من اي نوع من الحملية اقصي قياسي استثنائي شرطي شرطي منفصل ثم المباني والاخطر هي المباني ليس هذه الادوات هذه الادوات لا بشرط خنثى اذا جاءت المباني تفعل هذه الاليات المنطقية تولد المعرفة المعرفة تابعة للمباني ليس لهذه الادوات هذه الادوات قنثرة بشرط نعم تعطيها تعطيك تعطيها تعطيك انظر هنا يقول اه والقولون عندي باطنا يعني الانطباع والاشراق باطلا. اما الاول فلان الشعاع اما جسم او عرظ. مبنى شعاع اما جسم او عرب يعني هذا مبنى يعني حصرك في مبنى انطلق من مبنى. انت لا تسلم يجب ان تناقش هذا المبنى انا اتكلم بصفة عامة ليس فقط مع العلامة الحلي هذا المبنى تضعه جانبا بين قوسين وتناقشه هل حقيقة الاشاعة جسم او عرض نعم والثاني يعني العرض يستحيل عليه الانتقال مبنى لان الاعراض لا تنتقل كما يقولون لماذا? لان العرب اذا انتقل في الوسط يعني بدون جوهر فصار عرضا وليس بعرف نعم والاول باطن يعني كونه جسم جسما باطن. لامتناع ان يخرج من العين على صغارها حجم متصل منها الى كرة الثوابت يكون الثوابت يعني الفلك تنظر الى الشمس تنظر الى الكواكب فيخرج شيء من من النفس من الناس يعني من العين هي تبرز ذبيبات يعني ذبذبات تروح الى اه تروح الى الكواكب يعني هذه الناس تكون قوية الى درجة عجيبة حتى توصل هذه الذبذبات الى الشمس التي هي في منظومتها يقول نعم والاول باطن يعني كون هذه الاشراقات من النفس لامتناع بيان ذلك. الامتناع ان يخرج من العين على صغرها حجم متصل منها من الناس الى كرة الثوابت كرة في في المجرات. وايضا فان حركة الشعاع ليست طبيعية لعدم اختصاصها بجهة دون اخرى ليست طبيعية اذا ما هي؟ هذا مبنى ان حركة الشعاع ليست طبيعية نعم فلا تكونوا قسريا نعم وظاهر انها ليست ارادية ولان سعاد جسم لطيف جدا. نعم. جسم لطيف نعم. شفاف فيلزم تشوشه عند هبوب الرياح فلا يحصل الابصار المقابل. واما الثاني يعني الانطباع فلانه يستحيل الانطباع العظيم في الصغير لا اله الا الله محمد رسول الله يعني انت اذا ادركت الشجرة يعني الشجرة هي بتأتيك الى الحدقة. لا. ذبذبات تأتي. هذه الذبذبات ذبذبات تثير الحدق</w:t>
      </w:r>
    </w:p>
    <w:p>
      <w:r>
        <w:t>ثم تثار الأعصاب ثم يثار الدماغ فتحدث صورة ليس من سلخ آآ الشجرة المادية صورة علمية صورة ادراكية حسية نعم اذا خروج من النفس شيء في الحالات الطبيعية له الا في الحالات الالهية عند الاولياء? نعم هذا معقول لان راجع الى قوة النفس الالهية. هذه قوة قدسية خارج تخصصا انا اتكلم عن الامور الطبيعية لا الادراك ليس خروجا من العين الى الواقع الخارجي بل هو انطباع يعني اشعة تأتي وتنعكس على الاشياء المادية او الاشياء المادية هي تشع في ذاتها. اما بذاتها اما بغيرها ثم الذبذبات تصل الى الحدقة وتمر بالأعصاب تصل الى الدماغ هادي كلها امور فيزيولوجية وفيزيائية سابقة فالنفس اذا ابتعدت تهيأت هذه المعدات تشرق بادراك. الادراك اشراق وليس خروج من العين شيء. نعم. قال فان انعكس الى المدرك ابصر وجهه. يأتي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