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مع هذه القوة القوة النفسية وصلنا الى الرؤيا او البصر. وقلنا هناك مقاربتان ان الابصار يحدث بخروج شعاع من العين الى اه الشيء المرئي في شكل مخروط رأسه في الباصرة العين ويخرج كمخروط يقع على الشيء المرئي هادي مقاربة تبناها الشيخ الاشراق اه المحقق الطوسي لأن ذوقهما اشراقي والنظرية المعروفة عند المشاة وحتى الان لا زالت حاكمة الرؤية البصرية تحدث هكذا. النور نور الشمس او الشيء في حد ذاته هو نور بعض الاشياء نورانية في حد ذاتها تشع او تنعكس عليها انور الشمس الاشعة فتأتي في شكل ذبذبة فيزيائية ثم تتصل بالحداقة والأعصاب الى المخ هذه حالات فيزيولوجية حينها النفس اه تدرك الامر المحسوس الذي يقع في مقابلها نعم عند المشة هذا الاحساس مادي وعند صدر المتألهين حكمة متعالية لا مجرد لان الناس مجرد تشرق هي فاعلة وليست منفعلة نعم هذه الامور الفيزيائية والفيزيولوجية حالة انفعال كعلة معدة اللي هي تشرق يعني توجد بإذن الله هذه الصورة العجزية هادي بيناها ثم يقول فان انعكس الى المدرك ابصر وجهه نعم يعني تخيل انت في مقابل مرآة فيخرج منك اه تخرج منك اشعة في شكل مخروط تصطدم بمرآة مرآة طبيعتها مصقولة ترد هذه الاشعة تردها تردها اليك تبصر نفسك. اقول الشعاع اذا خرج من العين على مبنى من يقول بخروج الشعاع من العين واتصل بالمرء كالشجر مثلا في مقابلك وكان سقيلا في هذه الحالة اختار المرآة كالمرآة ثقل يعكس الاشعة ليس كثيفا انعكست عنه الى كل ما نسبته الى المرء كنسبة العين اليه ولهذا وجب تساوي زاويتي شعاع والانعكاس يعني اذا جاءك شعاع هكذا وكانت الزاوية ثلاثين درجة فينعكس كذلك في ثلاثين درجة نعم  ولهذا وجب التساوي زوايتي الشعاع والانعكاس ووجب ان يشاهد الشخص الذي يخرج منه هذا المخروط يشاهد بالمرآة كلما وضعه اليها كوضع الرائي. يرى الأشياء فاذا انعكس الشيوع الى الرأي يعني رجع الى الراعي الرائي نفسه ادرك وجهه في مقابل المرآة طبيعة يعني هذه الاشعة تنعكس عليه وبتنعكس على الاشياء فيراه واذا انتفت الثقالة كشرط يعني المرآة ليست مصقولة. كالاشياء غير المثقولة لم يحصل الانعكاس مع كالأشياء الخشنة التي نشاهدها فانه لا ينعكس عنها شعاع الى غيرها لعدم الملسة ليست ملساء هذه امور تنتمي الى الان الى علم المناظر وهذه العلوم تطورت كثيرا وهذه المطالب التي يذكرها الاعلام الحالي قد تكون صحيحة من وجه وكنت قد تكون خاطئة من وجوه ومن وجوه. اذا هذه لا تمت بصلة الى الفلسفة ولا علم الكلام نعم هذا علة اصحاب الشعاع في رؤية الانسان وجهه بالمرآة. واما القائلون بالانطباع وهذا هو المبنى في تصوري والصحيح آآ خروج الشعاع قلنا هذه في حالة ترقي العرفاني والالهي اما في الحالة الطبيعية مثلي ومثلكم مثل جميع البشر هي الانطباعات واضحة جدا الشيعة تأتي وتنعكس على الاشياء و آآ تمر الى الحداقة يحدث هناك امور فيزيولوجية ثم الناس تشرق بصورة حسية نعم يعني هذا الامر الخارجي آآ يكون له وجود في افق النفس ليس هو هو وجود يناسب افق النفس نعم ويعكس حقيقة الواقع الخارجي فقالوا انه تنطبع في المرآة اه صورة الرائي ثم تنطبع في العين من تلك الصورة صورة اخرى. صورة اخرى لاحظت يعني بما يناسب افق النفس وهو باطن عند الحلامة الحلوة باطل لان الصورة لو انطبعت في المرآة لم تتغير بتغير وضع الرأي الا لشيخنا العزيز هذا هو الصحيح لكن مع هذا الفارق ما هو? ان الصورة التي نراها في العالم الخارجي تنتمي الى قانون العالم الخارجي والصورة في افق النفس تنتمي الى افق النفس منها مثلا مجردة نعم اه فحقيقة واحدة لها مرتبتان مرتبة في افق النفس تسمى الصورة المحسوسة الصورة المحسوسة مرتبة للخارج تسمى المرتبة الوجودية نعم قال وان عرض تفرق السهمين تعدد المرء يشير الى هذا الانسان الذي يرى يرى اه شيئين وانت اذا ظغطت على هذا المكان وسحبت ترى ترى الشي شيئين نعم السبب ما هو? اقول هذا اشارة الى علة الحول عند القائم بالشعاع لماذا الانسان يرى اه والسبب في الحول عندهم ان النور الممتد من العين خارج من العين على شكل مخروط كما بيناه قوته في سهم المخروط كلما كان هذا المخروط قوي قويا كان كان اذكى الابصار قوي. فاذا خرج من العينين مخروطان والتقى سهمهما عند المبصر واتحدا شرط الاتحاد ادرك المدرك الشيء كما هو يعني في تداخل بين الاشعة نعم اذا انا عملت هكذا فهذا التداخل اه ابيده نعم افصل بين المخروطين فالمخلوط الأول يعطيني الشكل الأول والمخروط الثاني يعطيني الشكل الأول فأرى الشيء واحد شيئين نعم فاذا خرج من العينين مخروطا والتقى سهمهما عند المبصر واتحدا ادرك المدرك الشيء كما هو وان لم يلتق السهمان عند شيء واحد بل حصل الادراك بطرف المخلوط المخلوط لا بوقوع السهم عليه رأى الرائي الشيء الواحد شيئين ظاهرة الحول يعني رؤية الشيء واحد شيئين اما القائلون بالانطباع هذا بالنسبة الى خروج الشعب من العين. اما اذا جاء الشعاع من الخارج كما يقول بالإنطباء اما القائلون بالإنطباع فإنهم قالوا الصورة تنطبع اولا في الرطوبة الجليدية الحالة الفيزيولوجية الصورة يعني ذبذبات صورة هنا في حال ذبذبة نعم ليس السورة هي تأتي هكذا لا ذبذبات نعم الآن في هذه الكاميرا هذه الآن كيف انا صورتي تنطبع في فيها ثم تسجل عن الاشعة لاحظت هذه الاشعة لماذا هذه الاضاءة? هذه الاضاءة على هذا هو السبب يعني هذه الاظاءة اه تأتي اشعة ما تنعكس علي انا الاشعة عبارة عن ذبذبات ثم تنتقل الى الكاميرا كشكل ذبذبات ثم الكاميرا مصنوعة بطريقة ما تعكس هذه الذبذبات وتصير الصورة نعم اما القائمون بالانطباع فانهم قالوا الصورة تنطبع اولا في الرطوبة الجليدية في الحدقة كذبت وليس الادراك عندها والا لادركنا الشيء الواحد شيئا ما لان عندنا عنان كما اذا لمسنا باليدين كان اللمسين لكن الصورة التي في الجلدية تتأدى بواسطة الرحل اه المصبوب في العصب. العصبيتين المجوفتين الى ملتقاهما على هيئة مخروط فيلتقي المخروطا هناك وعند الملتقى روح مدرك وحينئذ تتحد عند الروح من السورتين سورة واحدة على تفسير حالة الانطباع هادي كلها حالة فسيولوجية الادراك بعد لم يتحقق حالة ادراك شأن النفس اذا تمت هذه الامور الفيزيولوجية النفس تعد للاتصال الصورة الحسية اللي هي مجردة لا وان لم ينفذ المخروطا نفوذا على سبيل التقاطع يعني لم يندمج المخلوط الاول مع المخروط الثاني لان هذه العين عندها مخلوط وهذه عندها مخلوط تستقبل المخروط وهذه تستقبل المخلوط اذا الصورة تكون سورتين لا</w:t>
      </w:r>
    </w:p>
    <w:p>
      <w:r>
        <w:t>يعني فيه اندماج داخلي. نعم وان لم ينفذ المخروطا نفوذا على سبيل التقاطع انطبع من كل شبح ينفذ عن الجليدي الجليدية خيال بانفراده وهو ترى صورته هذه الامور كلها الان تدرس في الفيزيولوجيا وعلم المناظر نعم فقط هو مناسبة فذكر الحول قد يقول قائل كيف نرى الشيء شيئين في بعض الحالات يعني الحول يقول يفلسفها اما عن طريق المبنى الاول الاشراقي او المبنى الانطباعي المسألة الرابعة عشر في انواع القوة الباطلة المتعلقة بادراك الجزئيات. هنا يخرج من ادراك الادراك الحسي حين الاحتكاك بالامر الخارجي الى الباطن. ما هي القوة التي تتفعل في الادراك الحسي يأتي هنا بقوة متعددة. اولا الحس المشترك تسميه بين اليونانية حصن مشترك الخيال الحافظة الذاكرة الوهم المفكرة المصورة هذه كلها قوة اكتشفوها باعتبار الوظائف بدون الوظائف لا يمكن ان اه يصل اليها. اذا علم النفس عنده جنبة تجريبية ليس فقط جنب ميتافيكزيقة. لا عندو جنبة تجريبية وهذا جمال فيه. لان هذه الامور تحدث في على مستوى المادة من دماغ وهو فيجب على الانسان ان يعاين هذه الامور والا لا يصل الى الحقيقة قال ومن هذه القوى منطاسيا منطاسيا تعريب تعريب لي فنتازيا من اليونانية من امس في الكتب اذا ترجم شخص كتاب من الفارسية الى العربية والانجليزية العربية او الفرنسية العربية يقول تعليم خطأ ترجمة غير التعريب التعريب هو ان تأتي بكلمة من اللغة الاجنبية من الفارسية والفرنسية او اليونانية او اللاتينية او الانجليزية تأتيها بها بها. تبقى هي هي وتدخلها في لغتك. هذا يسمى التعريب نعم التعريب نعم كالقسطاس مثلا الفارسية نعم يعني الهندسة الهندسة فارسية هذه كلها تعريب اما ارجاع الكتاب الى اللغة العربية بترجمة وليس بتعليم. تجد كلمة تعريب فلان خطأ ومن هذه القوى يعني اه الحاكمة بين المحسوسات. دقق جيد على كلمة الحاكمة يعني انت الان عندك تفاحة تدرك بالادراك الحسي شكلها ولونها وطعمها وو ومن الادراكات الحسية كل في بابه يعني كل لوحده جيد من جعلهما او جعلهم لانها ادراكات متعددة من جعلهم وحدة واحدة متماسكة قوة اخرى هذه القوة الاخرى تسمى الحس المشترك نعم اقول اثبت الاوائل للنفس قوة جزئية خمسة باطنية جزئية يعني تدرك فقط الجزئي ليست قوة كلية الاولى اه هنا العلامة حسن زاده اموني عندو حاشية ويقال لها الخيال ايضا ممكن الخيال بالاشتراك اللفظي مع قوة الخيال والاطباء يسمونها المصورة تفصل البحث يطلب في عيون مسائل النفس. عيون مسائل مسائل النفس مجلد ضخم العلامة حسن زاد اموري من انفس ما كتب في علم النفس عن النفس القديم يعني علم النفس الميتافيزيق منتصية ما هي? وهي الحس المشترك يعني حس مجموع. نعم ليس مفرقا ليس الشكل لوحده واللون لوحده والطعم لوحده وهو المدرك للصور الجزئية التي تجتمع عنده. يعني في حالة الاجتماع مثل المحسوسات. نعم اذا هذا كذلك قوة تجتمع فيها اه المحسوسات يعني يقول اه تفاحة حمراء لذيذة ادرك التفاحة المحسوسة اللذيذة والحمراء كلها مجتمعة مع بعض اذا من القوة التي جمعت هذه القنوات كلها في قناة واحدة هي الحس المشترك من كلمة المشترك يعني المجتمع نعم. الثانية خزانته هي الخيال نعم الخيال ما هو? هو المحسوس اذا غاب المتعلق يعني الان امام الكاميرا على ادراك حسي غابت الكاميرا او انا خرجت من القاعة قاعة استوديو  كاميرا تبقى في افق نفس تبقى بالخيال وليس بالحسن من الحس مشروط بوجود المتعلق هذا بالاتفاق خزانة هذه البنتازية اين تقع هذه الامور في النفس وهي الخيال. الثالثة الوهم وهو قوة تدرك المعاني الجزئية يعني حب الأم خوف من الاسد المتعلقة بالمحسوسات كالصداقة الجزئية صداقة علي حب امي والعداوة الجزئية عداوة الذئب للشاة الرابعة خزانته وهي الحافظة نعم آآ خزانة هذه الوهم الوهميات اه ولهذا الخروف بمجرد ان يبصر الذئب ينفر يعني عنده حافظة كذا الخوف من الذئب الخامسة القوة المتصرفة في السورة الجزئية والمعاني الجزئية بالتركيب والتحليل فتركب صورة انسان يطير وجبل ياقوت هذه المصورة وهذه القوة تسمى متخيلة ان استعملتها القوى الوهمية الدانية ومتفكرة ان استعملتها القوة الناطقة يعني القوة العقلية هذه كلها وصلوا اليها من خلال التجربة نعم اذا عرفت هذا فنقول التجربة مع مبدأ العلية والمعنوية ما بدار عليا والمعنو لا اساسي جدا في كل العلوم لماذا? لان المعلول لا يصدر من العلة الا الا بمسالخة بمصالحة. اذا عندي هنا ادراك ما هو انسان يطير غير ادراك الإنسان والطيران اذا في قوة اخرى ادركت هذا الأمر نعم اذا عرفت هذا فنقول دليل على ثبوت الحس المشترك هنا يشير الى مقام الاثبات يعني البعد المعرفي وجوه يأتي بادلة احدهما اننا نحكم على صاحب لون معين بطعم معين تقول التفاحة الحمرا لذيذة نعم انت هنا حكمت ولهذا في المثل ماذا قال? قال الحاكم بين المحسوسات نعم هذا هو الدليل احدهما اننا نحكم على صاحب اللون المعين بطعم معين فلابد من حضور هذين المعنيين لان الحكم يستدعي الموضوع المحمول نعم تفاحة حمراء لذيذة يعني اذا اللون الاحمر حاضرون والذين حاضرون. من جمع بين الاثنين قوة حاكمة نعم ولكن جزئيا نعم فلا بد من حضور هذين المعنيين عند الحكم عند الحاكم. لكن الحاكم وهو النفس انما يدرك الجزئيات بواسطة الالات على ما تقدم فيجب حصولهما معا في الة واحدة. وليست شيء من الحواس الظاهرة الخمس التي ذكرناها لذلك فلا بد من اثبات قوة لابد حكم العقل نعم من اثبات قوة باطنة هي الحس المشترك. والى هذا الدليل اشار بقوله الحاكم بين المحسوسات راه كيما بين الله عز وجل والا اذا بقينا بدون هذه القوة تبقى التفاحة معزولة في الادراك والاحمرار معزول اللذة معزولة مشتتة فلا يحدث هذا الادراك الجمعي. هذا الادراك الجمعي لا يمكن هذه التفاحة بجميع شؤوناتها لا تنعكس بذهنك نعم تنعكس مشتتة نعم. قال وليرؤيتي القطرة خطا والشعلة الشعلة دائرة في نزول الغيث والمطر تجد انت لا ترى قطرة قطرة قطرة ترى خط خطا واحدا وكذلك الشعلة اذا دارت ترى دائرة واحدة لا ترى نقطة نقطة نعم مع انه نحس يعكس لك نقطة نقطة فقط طبيعة الحس هكذا من جعل هذه النقاط مشتركة او هذه الشعلة في شكل الدائرة هذه القوة قوة الحس المشترك. اقول هذا دليل ثان على اثبات الحصن المشترك. وتقرير الدليل ان نرى القطرة النازلة خطا مستقيما. في حالة الغيث والمطر والشعلة التي تدار بسرعة دائرة مع انه ليس في الخارج كذلك. ليست دائرة في الخارج. ولا في القوى الباصرة. لان البصر انما هذه هي هذه هي القاعدة انظر. لان البصر انما يدرك الشيء على ما هو عليه. نقطة نقطة نقطة الشعلة كذلك نقطة نقطة نعم ولا النفس لانها لا تدرك الجزئيات فلابد من قوة اخرى يحصل بها ادراك القطرة حال حصولها في المكان الاول ثم ادراكها حال حصولها في المكان الثاني</w:t>
      </w:r>
    </w:p>
    <w:p>
      <w:r>
        <w:t>ويرتسم الحصول الثاني قبل ان محاء السورة الاولى. سبحان الله عن القوى الشاعلة فتتصل الصورتان في الحس المشترك فترى النقطة كالخط والشعلة كانت دائرة معنى انت النقطة الاولى انتفت لان المطر ينزل مع انك انت ترى خطا آآ مستقيما خطا متصلا. والشعلة كذلك تراها دائرة نعم المفروض الشعلة اذا تحركت انتفت الاولى الى نقطة كيف يجتمع هذا اه الكل كخط مستقيم او كدائرة. ببركة من? قوة اخرى وهي القوة ديال الحس المشترك الناس تدرك الكليات وتحتاج الى قوة واسطة وهي الحس المشترك قال والمبرسم ما لا تحقق له المريض هنا يقول على من حل اه العلماء حسن زاد امري وكذلك درس اه قانونتي بالفارسية يعني مختصر لقانون ابن سينا في الطب وكان محيطا اه الطب ابن سينا نعم المبرسم على هيئة المفعول معرب ماضي كلمة معرب يعني جاء به من اه لغة اجنبية. من كلمتين فارسيتين احداهما بر بمعنى الجنب والاخرى سام بمعنى المرض وفي البورصة من بحر الجواهر الهروي قال نفيس انه قد خالف جمهور القوم في تعريف هذا المرض فانه متفق على انه ورم في الحجاب الحاجز اه نفسه هو الحجاب المعترض الذي بين القلب والمعدة نعم انا لا يهمنا هنا الطب هنا هنا مرض نعم اقول هذا دليل ثالث على اثبات هذه القوة. وتقريره ان صاحب البرصام يشاهد صورا لا وجود لها في الخارج والا لشاهدها كل ذي حس سليم لماذا هذا يتميز بهم? لانه عنده مرض فلا بد من قوة ترسم فيها تلك ترسم فيها تلك الصورة حال المشاهدة وكذا النائم يشاهد صورا لا تتحقق لها لا تحقق لها في الخارج والسبب فيه ما ذكرناه يعني في قوة تجمع هذه الأمور وهي البانطازيا او الحصن المشترك وقد بينا ان تلك القوى لا يجوز ان تكون هي النفس. لان النفس الكليات فلا بد من قوة جسمانية ترتسم فيها هذه الصور. وهذا هو الحس المشترك نعم. ادلة عقلية بالاستعانة مع معطيات تجريبية قالوا والخيال ينتقل الى الخيال الخيال من اروع اروع القوة في الانسان. عناية الهية خارقة نعم لا تقلوا جمالا من العقل كل هذه الفنون التي ترونها اساس هذه القوة نعم انزع هذه القوة الفنان يصير بطالا هذه القوة الرائعة جدا وتنقسم الى خيال انفعالي وخيال فعلي. خيال فعلي هو الابتكارات الفنية والهندسة وو اشكال هندسية اقصد نعم وفي الخيال الانفعالي حينما تصلي الله اكبر تجد نفسك في السوق نعم تشتري الكتب او تشتري الخضر والفواكه والدجاج هذا الخيال الانفعالي اذا لم تسيطر عليه لا مستقبل لك قال والخيال لوجوب المغاينة بين القابل والحافظ ده دليل نعم اقول هذه القوة الثانية المسمى بالخيال الان كتب كلها بالخير. انا عندي كتب باللغة الفرنسية مختصة فقط بالخيال شي روعة شي جمال وهي خزانة نعم تخزن نعم الحس المشترك نعم الحافظة لما يزول عنه بعد غيبوبة الصور التي باعتبارها تحكم الناس بان ما شوهد ثانيا هو الذي شوهد اولا يعني عند غياب الحس اين تقع هذه المحسوسات تقع في مرتبة تسمى الخير واستدلوا على مغايرتها للحس المشترك بان هذه القوة حافظة والحس المشترك قابل الحس المشترك منفعل اما تيك لا حافظة هذا هو في المثل قال والخيال لوجوب المغايرة بين القابل وهو الحصن المشترك والحافظ الذي هو قوى اخرى سماها الخيال. نعم والحافظ مغاير للقابل لامتناع صدور الاثرين العلة واحدة. انظر لامتناع صدور الاثرين عن العلة واحدة يؤمن على منحل ويؤمن المحقق التونسي ان الواحد لا يصدر عنه الا واحد هناك رفض هذه القاعدة هنا يوظفان هذه القاعدة. انظر لامتناع صدور الاثر عن علة واحدة. لماذا لا يصدر للكثرة عن واحدة لاحظت يعني انتم تؤمنون بهذه القاعدة ولا مناص من الايمان بها. والا هذه المطالب كلها تتبخر. نعم. ولان الماء فيه قوة القبول وليس فيه قوة الحفظ. نعم انما لا يحفظ ولكن يقبل فدل على المغايرة بين القابل والحاضر. وهذا كلام ضعيف بينا فهو في كتاب الاسرار. من يريد ان يرجع يرجع الى كتاب الاسرار للعلام العالي نعم. لكن هذا لا يعني ان قوة الخيال باطلة. لا قوة الخيال موجودة وهي اساس حياة الانسان الحيوانية هذا القطيع من الغنم لا يرجع الى زريبة الا بالخيال. انت انت كانسان تذهب الى السوق بالخيال تعود الى بيتك بالخيال. ليس بالعقل لان العقل ما عنده بعد قرب ما عندو بيت بيتي هناك والسوق هناك هادي كلها عند العقل غير موجودة العقل حيث حيثية جمعية. اذا هذا والبعد والابعاد والرجوع والذهاب كل هذه الأمور ببركة هذه القوة القوة الخيالية قال والوهم ان مدرك للمعاني الجزئية حب الام خوف الذئب وو هذه قوة ادراكية الا انها دون العقل لا تصل الى مستوى العقل. اقول هذه القوة الثالثة ان القوة الثالثة مدركة للمعاني الجزئية نعم وتسمى الوهم وهي مغايرة للنفس الناطقة لما تقدم من ان الناس لا تدرك الجزئيات في ذاتها يعني بواسطة الحواس نعم اما لذاتها لا. واشار اليه بقوله الجزئيات. نعم في المتن يقول والوهم المدرك للمعاني الجزئية نعم الباقي يأتي ان شاء الله اللهم صلي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