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يا الله سبحان الله يا الله والحمد لله الله يا الله سبحانه يا الله والحمد لله اعوذ بالله من الشيطان الرجيم. بسم الله الرحمن الرحيم. وبه تعالى نستعين والصلاة والسلام على محمد واله الطيبين الطاهرين نزلنا معكم مع قوى نفس ووصلنا الى هذه الفقرة قال والوهم المدرك للمعاني الجزئية. قلته لكم الوهم دون العقل يدرك المعنى الجزئية. الخروف يخاف من الذيب خوف من الذئب خوف كلي مقيد بالذئب. فهذا هو ادراك الوهمي. لكل مقيد نعم قوة ادراكية وهذا غير الوهم بالادراك. هنا نتكلم عن القوة. وعندنا وهم في الادراك اه عند حينما نقسم العلم الى اه متحققون وغير متحقق غير متحقق الجهل البسيط متحقق اه موجود كاشفية ثم يقسمون هذه الكاشفية الى كاشفية اه اه كاشفية اه مئة بالمئة يعني اليقين او كاشفية دون المئة بالمائة يقسمونها فوق الخمسين خمسين تحت الخمسين فوق الخمسين ظن خمسين بالخمسين خمسين يعني شك الشهادة الإدراك الشك ولادراك الظني دون خمس ادراك وهم. ذاك ادراك هذه قوة ثم اليقين بحسب تقسيماته سيأتي ان شاء الله في باب العلم بالتفصيل هذاك وهم ذاك ادراك هذه قوة نميز بين الامرين والوهم المدرك للمعاني الجزئية. يعني في قوة ادراكية في الانسان تدرك المعاني الجزئية. حب الام حب كلي نقيده بامي جزئي فيأتي الادراك الوهمي اقول هذه القوة الثالثة المدركة للمعاني الجزئية وتسمى الوهم اذن هادي قوة انظر الوهم قوة ذاك اللي بيناه في تقسيم العلم ادراك وهي مغايرة للنفس الناطقة قد يقول قائل لماذا لا تكون النفس? النفس لا تدرك الجزئيات يعني العقل بما تقدم من ان النفس لا تدرك الجزئيات لذاتها. نعم باعتبار قواتها تدرك. يعني بالعرظ واشار اليه بقوله في المتن الجزئي. وللحس المشترك لان هذه القوة تدرك المعاني والحس يدرك الصور المحسوسة يعني اه بقوله وللحس المشترك نعم لان هذه القوة يعني الحس المشترك تدرك المعاني والحس اه القوة الوهمية تدرك كل المعاني وآآ الوهم يدركوا ان مع الكل المقيد نعم معنى ليس محوسا نعم فهي مغايرة للنفس الناطقة لان النفس الناطقة يعني القوة العقلية. لا تدرك الجزئيات بذاتها تدرك الجزئيات من خلال قواها وكذلك مغايرة هذه القوى قوى قوة الوهم للحس المشترك، لماذا؟ لان هذا هذه القوة الحس المشترك. لان هذه القوة يعود الى الوهم، لان هذه القوة يعني الوهم تدرك المعاني والحس المشترك يدرك الصور المحسوسة يعني الجزئيات واشار اليه بقوله للمعاني انظر والوهم مدرك للمعاني الجزئية بالجزئية اخرج النفس الناطقة يعني الكليات والمعاني اخرج الحس المشترك  واشار بقوله للمعاني كقيد يخرج الحس المشترك آآ الجزئية يخرج النص الناطق وللخيال لان الخيال شأنه الحفظ والوهم شأنه الادراك نعم فتغايل كما قلنا اه كما قلنا الحس والخيار والخيار والخيار واشار الى به بقوله المدرك والوهم المدرك يعني كلمة المدرك اخرجت الخيال لان الخيال اه حافظ انا لا اتصور ان الخيار حافي حافظ فقط. لا خيال حافظ نعم ولكن له اه له اه وظائف اخرى الفن كلها ناتجة من الخيال والوهم المدرك بالكلمة المدرك اخرج الخيال لان الخيال عنده حافظ فقط للمعاني اخرج الحس المشترك لأنه لا المعاني يدرك المحسوسات الجزئية الجزئية خرج لنفس الناطق نعم ولهذا يقول اه واشار اليه بقوله الجزئية وللحس المشترك لان هذه القوة تدرك المعاني والحس يدرك الصور المحسوسة. واشار اليه بقوله المعاني. وللخيال لان الخيال شأنه الحفظ والوهم شأنه الادراك. فتغاير يعني تغاير الوهم مع الخيال كما قلنا اه فتغاير كما قلنا الحس والخيال واشار اليه بقوله المدرك نعم قالوا والحافظة الحافظة هي الذاكرة اسمها الذاكرة او الحافظة لا ادري الحافظة غير الذاكرة الذاكرة لها حيثية اخرى وهي انها تتذكر تتذكر الماضي يعني الماضي يكون حاضرا عندها. اذا تحتاج الى الحافظة اقول هذه القوة الرابعة المسماة بالحافظة وهي خزانة الوهم ودليل اثباتها كما قلنا في الخيال سواء نعم الخيال حافظة للمحسوسات وآآ الحافظة حافظة للوهميات لماذا? لانه يحكم نعم في حكم اذا الحكم يستدعي ماذا وجود الموضوع المحمول تقول مثلا حب الام غير خوف الذئب اه من اين انت جمعت بين الطرفين بالحافظة بدون حافظة لا يمكن نعم نعم اقول هذه القوى الرابعة المسماة بالحفيظة وهي خزانة الوهم كما كان الخيال خزانة للمحسوسات ودليل اثباتها كما قلنا في الخيال سواء الخيال قلنا اه اذا حكمنا بالتفاحة الحمراء انها لذيذة كيف اجتمعت الحمرة مع اللذة? يحتاج الى ظرف اه تشترك فيه الحمرة مع اللذة. والا الحمرة لوحدها ادركت واللذة ادركت لي وحديها حتى القنوات تختلف اللذة بالذائقة الاحمرار بالباصرة كيف اجتمعتا بقوة اخرى تسمى الخيال. كذلك في الحافظة. تقول حب الام غير حب الخوف من الذئب نعم وهذه تسمى المتذكرة باعتبار قوتها على استعادة الغائبات نعم قلت لكم الحافظة قد تكون هي الذاكرة او المتذكرة باعتبار قوته على استعادة الغائبات يعني ما مر وراح ولهم خلاف في ان المتذكرة هي الحافظة او غيرها. انا اتذكر انا اتصور ان الذاكرة غير. الذاكرة عندها علاقة بالماضي تستحضره في افق النفس اذ حفظنا فقط الحفظ نعم كلازم موجود لا معنى للذاكرة بدون حافظة قال والمتخيلة المركبة للصور المعاني بعضها مع بعض. اقول هذه القوى الخامسة المسماة بالمتخيلة باعتبارها استعمالا حس لها والمتفكرة باعتبار استعمال العقل لها نعم يعني اذا العقل استخدمها تسمى المفكرة واذا استخدمها  آآ استخدمها الخيال تسمى المتخيلة نعم هذه القوة الخامسة المسمى بالمتخيلة باعتبار استعمال الحس لها والمتفكرة باعتبار استعمال العقل. قلت لكم المتخيلة هي نتاج الفنون كلها. نعم. نتاج الفنون كلنا باعتبار استعمال الحس الحس يعني المحسوسات يقصد بها هنا. او القوة الحسية لا والمتفكرة باعتبار استعمال عقلها العقل بدون اه بدون اه بدون هذه القوة اه المتخيلة لا يمكن ان اه يشتغل حتى انت الان مثلا تريد ان تشكل قياسا منطقيا نعم تقول الله عالم وكل عالم حي النتيجة ما هي? الله حي قياس يقيني تواجد الصغرى في دائرتها متموضعة والكبرى متواضعة والنتيجة متموضعة بشكل التسلسل المنطقي هذه امور ليست عقلية العقلية ما عنده هذه التحيزات والتموضعات هذه وظيفة من? وظيفة المتفكرة بدون هذه لا يمكن ان توت تشكل هذا القياس في ذهنك نعم لا يمكن طبيعة الانسان هكذا نعم اقول هذه القوة يعني المتخيلة اه القوى الخامسة المسماة بالمتخيلة باعتبار استعمال الحس لها والمتفكرة باعتبار استعمال عقلها. وهي التي تركب بعض الصور مع بعض كما تركب صور جذعة جذعة اللي هي رأس انسان وتركب بعض المعاني مع بعض. كالقياس كما بينت لك وتركب بعض الصور من بعض المعاني نعم ويدل على مغايرتها لما تقدم من القوى صدور هذه هذا الفعل عنها دون غيرها من القوة لامتناع صدور اكثر من فعل واحد عن قوة واحدة انظر المبنى الاساسي هو قاعدة الواحد ايها العلامة الحلي اذا رفضت قاعة الواحد هناك هذه كلها الابحاث لا قيمة</w:t>
      </w:r>
    </w:p>
    <w:p>
      <w:r>
        <w:t>لا اذا ادراك هذه الامور اولا بالمعاينة التجريبية وبهذه القاعدة العقلية ان البسيط لا يزعم الا واحد وهو يكون بسيطا كذلك نعم اذا اذا كنا في دائرة الحس هناك تتجلى المتخيلة. اذا كنا في ذات العقل هناك تتجلل متفكرة وهذه الامور امور اه عند المشة مادية مطلقا. اما عند صدر متأنين كلها مجردة. كل قوى الادراك مجردة ما عندنا قوة ادراكية مادية عند صدر متألين. جيد. هذا انتهى البحث هنا اه هذا القسم من علم النفس اسم هزيل ينتمي الى تلك الحقبة. الان لا علم النفس تطور تطورا كبيرا عند المسلمين وعند الغرب كذلك. تطور الان صار علما قائما بنفسي. خرج من الالهيات بالمعنى اخص. صار يدخل تحت الفلسفة بالمعنى الاعم فلسفة عندنا انطولوجيا ندرس الوجود وعندنا تدرس العالم وعندنا اه السيكولوجيا تدرس النفس وهذا علم النفس وعندنا علم النفس التجريبي كذلك وعندنا ميتافيزيقية الذهن يعني الناس في دائرة الادراك المحض وعندنا فلسفة الاخلاق وعندنا علم الانسان نعم هذه العلوم انا في تصوري الحوزاوي اذا كان ضعيفا فيها لا يمكن ان يعيش في المجتمع نعم يبقى في سردة به يأتي الناس يأخذون الفتوى من عنده وانتهى الامر. اما انه يؤثر في المجتمع لا اعتقد ذلك. نعم يعيش العزل المطلق. نعم انتهى هذا الفصل ندخل في الفصل الخامس وهو طويل وعارض وكلهما هوي هذه المطالب كلها في الحكمة المتعالية تبخرت لان هذه الاعراض عبارة عن ماهيات متعينة بحث نووي بامتياز صدر المتعلم هذا البحث اذا بحث في كتب الحكمة المتعالية بالعراظ ما عندنا هناك الماهية بعد انتهى ان الوجود الرابط ما عندنا هذه الاعراض  آآ التاسع او التسعة نعم لكن نحن ندرسها الان لان الكتاب ينطوي عليها وتنحصر في تسعة وظاهر هذا الحصر استقرائي اقول لما فرغ من البحث عن الجوهر انتقل الى البحث عن الاعراض وفي هذا الفصل مساءي المسألة الاولى في ان الاعراض منحصرة في هذا رأيه اكثر الاوائل يعني الفلاسفة فانهم قسموا الموجود الى واجب وممكن نعم والممكن يعني مهية. نعم مهية ليس الامكان الصدرائي يعني لوجود الرابط لا الإمكان يعني الماية والواجب هو الله تعالى لا غير يعني هنا لعل مالحين صرح ان واجب الوجود الفلسفي هو اله الدين نعم والممكن اما غني عن الموضوع وهو الجوهر واما محتاج اليه هو العرض واقسامه تسعى اذا الجوهر والعرق ما هي? لان الماهية اذا كانت قائمة بنفسها جوهر واذا كانت قائمة بالجوهر فالبحث بحث مهوي نعم ما هي هذه التسعة? الكم والكيف والاين والوضع والملك والاظافة وان يفعل وان ان ينفعل والمكان والمتكلم اللي منحصروه دعنا من المتكلمين الان. اشير الى مسألة مهمة جدا. لماذا اثار ارسطو هذه البحوث? لماذا بحث? بحث ارسطي بامتياز لسببين في تصوري انا حسب اطلاعي لان انا مطالعاتي انجليزية فرنساوية عربية فارسية وطالع الكثير الكثير خصوصا بالإنجليزية والفرنسية. مطالعتي واسعة جدا في حقول معرفية متعددة. وطالع كثيرا ولا امل المطالعة يعني كتاب في خمس مجلدات اطالعه كله. اذا كان حتى في عشر مجلدات يطالعه يتصل بالحقول التي انا متخصص فيها غرست هذي استفدتها من تاريخ الفلسفة ارسطو اثار هذه الاعراض والجواهر. جواهر الاعراظ يعني المقولات. المقولات العشر لسببين اولا حتى يدرج كل الواقعيات تحت عناوين كلية بعد اذ لا يدرس الجوهر في السمكة وفي الحديد والذهب والزجاج والكواكب ابدا يدرس هذه الواقعات كلها تحت عنوان واحد وهو الجوهر والاعراض كذلك كل الالوان يدرسها واحدة بعد واحدة لا الوقت يتأتى له ولا القوة النفسية لا الزمان ولا القوى النفسانية نعم تستطيع ان تبقى تدرس كل الاعراض في البحار وفي السماء وعلى وجه الارض. لا لا يمكن فضل ادرج كل الواقعيات تحت الجوهر والعرب اذا استثنينا واجب الوجود فيسهل عليها اه عليه دراستها اذا درس احكام الجوهر كل جوهر في العالم الخلقي تطاله هذه الاحكام سهل عليه ماذا دراسة هذه الواقعية انا اذا ادرس الجوهر واجد انه له حيثية قائم بنفسه السمكة قائمة بنفسها. الحديث قائم بنفسه وهكذا. الشمس قائمة بنفسها. اذا درست الالوان كلها تحت الكيف المحسوسة فكلما وصلت اليه من احكام في الكيف المحسوس يطال كل هذه الكيفيات المحسوسة من الوان وغير الالوان وهكذا هذا السبب الأول السبب الثاني السبب الثاني اللغة اللغة في حقيقتها وفي مجازيها وفي استعاراتها وفي تمثيلها عرج وشرق وغرب لا تخرج عن هذه المقولات العشر نعم لا تخرج عن المقولات نعم الله نور السماوات والارض. الله فوق المقولة واجب الوجود النور نور كيف كيفية من الكيفيات على مبنى المقولات العشر ليس على صدر المتألين نعم نور السماوات والارض السماوات والارض دخل فيها الجواهر ودخل فيها الاعراف نعم زيد ضرب عمرا. زيد جوهر. ظرب ان يفعل عمر الجوهر نعم والمه ان يفعل عمرو تألم من ضرب زيد عامر الجوهر تألم ان ينفعل ان ينفعل مقولة ان ينفعل من ضرب ضرب ان يفعل مصدر لان عنده روح الفعل زيت جوهر كل تركيبات اللغة اللغات عربية وغير عربية لا تخرج عن هذه المقولات. وانما هي ترتيب لهذه المقولات حتى في الاستعارات والتمثيل والمجاز لا يخرج من هذه المقولات. نعم. نعم. زيد في البيت زيد جوهر في البيت وراه هادي مقولة الأين نعم نعم وانت تأمل في اللسانيات في اللغة تجدها لا تخرج على هذه المقولات العشر مطلقا. نعم نعم هذا هذا امر تكويني تكويني. اذا اللغة خاضعة لهذه المقولات وكذلك دراسة الواقعية تندرسها بنحو كلي. يجب ان ندرجها تحت مقولات محدودة هي المقولات العشر هذا هو السر الذي جعل ارسطو يتحرك ويكشف هذه المقولات العشر في اي تركيب لغوي لا يخرج عن هذه المقولات ابدا نعم وتركوك قائما وتركوك قائما يقولون فيه مصري اه جربوه عدة مرات بمجرد ان يبصر شيئا في الوجود يأتي بشاهد قرآني فالعقاد يحكي عنه ويقول تعجبنا من هذا الرجل فشفنا باخرة تمشي في النيل قلنا له لا ما عندك ملف من القرآن منها. وهي مكتوب عليها كوك مكتوب على هذه الباخرة باللون الكبير كوكي. قال وتركوك قائما وتركوك قام وتركوك يعني السفينة هذه قائمة لتتحرك نعم نعم ترى اه ان يفعل كوك جوهر قائمة ان يفعل نعم هادي كلها مقولات لا يمكن آآ تجاوزها في اللسانيات. لماذا? لان اللسانيات الانسانية على المبنى القديم تحكي الواقعيات نعم المبنى الجديد له تحكي فكرا فكر فكر الانسان حتى لو حكت فكر الانسان فكر الانسان كذلك لا يمكن ان يخرج اه عن هذه المقولات هذا فقط معلومة لكم اعزائي حتى تعلمون من اين جاءت هذه المقولات العشر والمتكلمون حصروا في احد وعشرين في احدى وعشرين هي الكون الكون اذا بمعنى التحقق يعني جوهر اذا بمعنى التموضع يعني وضع. اذا بمعنى اه حيز يعني الاين ارجعناها الى المقولات فلسطين. اللون كيف محسوس. الطعوم كيف? محسوس. الرواح كيف محسوس? الحرارة كيف. البرودة كيف. الرطوبة كيف واليبس كيف. والتأليف والاعتماد. التأليف اضافة. الاعتماد اضافة. الحياة</w:t>
      </w:r>
    </w:p>
    <w:p>
      <w:r>
        <w:t>يكايفون القدرة كيفون الاعتقاد كيف كيف نفساني الظن كيف نفساني النظر كيف نفساني الارادة كيف نفساني الكراهة كيف نفساني الشهوة كيف نفساني النفرة كيف نفساني والالم كيف نساني واللذة كيف نفساني كفر المصاديق فقط كلها تندرج تحت الاظافة او الكيف واثبت بعضهم اعراض اخرى يأتي البحث عنها وهذه الاعراض التي ذكرها المتكلم مندرجة تحت تلك العشر. كما بينت لكم كل هذه مصاديق فقط آآ مقولة ارسطو لان الكون يبين على ملح لان الكون هو الاين الكون هو نفس السره بالتحيز. واذا فسرت بالكون يعني الكينونة التحقق التحقق يعني آآ الجوهر عندهم او ما يقاربه وباقي الاعراض التي ذكروها مندرجة تحت الكيف كما بينت لك فلأجل هذا بحث المصنف رحمه الله عن الاعراض التسعى لدخول هذه تحتها. ومع ذلك فالاوائل لم يوجد لهم دليل على حصري الاعراض في التاسعة يعني دليل استقرائه فقط وبعضهم جعل اجناس ممكنات منحصرة في اربع. الجوهر والكم والكيف والنسبة. هذا شيخ الاشراق داخل الاشراق اختزل طبيعته انه عقل اختزالي يختزن. وبالجملة فالحصر لم يقع عليه برهان استقرائي. ليس اه يقينيا لا يهم المهم آآ نعرف ان هذه المقولات من اين جاءت؟ ولماذا جاءت؟ وكم عددها؟ وهي عاش الجوهر وتسعى من الاعراض المسألة الثانية في قسمة الكم يبدأ الكم نعم كم منفصل وكم متصل. نعم. كم منفصل وكم متصل الاول والكم فمتصله القار جسم وسطح وخط يعني انت اذا اخذت علبة فتجد قارة يعني اه غير زمنية ولهذا يقول القار لاخراج الزمان الزمان كم سيال تجد هذه العلبة لها اه جسم هنا بمعنى حجم وسطح وخط لان الجسم ليس عرظا الجسم جوهر. اذا المقصود بالجسم هنا الحجم وجد لها حجم ولها السطح ولها خط نعم اه الحجم نهاية الجسم والسطح نهاية الحجم والحجم والخط نهاية السطح نعم وغيره الزمان يعني الكم غير القار سيال ومنفصلو العدد يعني كم متصل ومنفصل منفصل هي الاعداد متصل قار غير قار قار حجم آآ سطحن خطه غير قارصية اللي هو الزمن هذا تقسيم فقط تقسيم ينتمي الى البعد التصوري. يعني المعنى فصلناه حتى ندرسه في تفاصيله لا ندرس في ذاته فهي تأتي المطالب متداخلة ومبهمة اقول الكم واما متصل ومنفصل دائر بين النفي والاثبات ونعني بالمتصل ما يوجد فيه جزء مشترك يكون نهاية لاحد القسمين. يعني انت هكذا هذا جزء مشترك ووهمي هذا هو الاتصال وبداية للاخر كالجسم اذا نصف فان موضع التنصيف حد مشترك بين النصفين هو نهاية لاحدهما وبداية للاخر نعم هذا خذ نقطة في الوسط واضحة جدا وخذ خط هكذا ضع يدك في الوسط فهذه النقطة نهاية لهذا الخط وبداية لهذا الخط هذا هو الانفصال اه الاتصال هذا هو الكم المتصل. سواء كان حجما او كان سطحا او كان خطا او كان زمانا سيالا والمنفصل ما لا يكون كذلك كالاربعة المنقسمة الى اثنين واثنان فانه ليس بينهما حد مشترك نعم وهذا الذي آآ اه في العرف يدركون هذه الامور. العرف يدرك كثير من الامور لا يعرف يفلسفها فقط ما يعرف العلمية مثلا عندك اربعة اربعة شوكولاطات. وعندك بنت وولد ذكر فهذه البنت تاخذني وهو ياخذ اثنين انفصال ما فيه اه ما فيه اه شجار وعراك اما اذا جئت انت الشوكولاتة هكذا شوكولاتة بشكل متصلة الذكر باعتباره عنده عضلات ورجولة وذكورة والعرب ذكوري بامتياز. ياخذ اكثر من يكسر الشوكولاتة وياخذ اكثر من اختي. فيأتي النزاع في الكم المنفصل ما في نزاع. لماذا? لانه ما في جهة مشتركة. فهل الشوكولاتة المتصلة لانها فيها جهة مشتركة يأتي الظلم فاذا اراد الاب ان يعدل بين الذكر والانثى يقسم من الوسط. هذه النقطة التي ينتهي منها الاول ويبدأ منها الثاني بالايه? بالعدالة ويقسم ويعطي للانت و للانثى والذكر. اما اذا قسم طبق القرآن الذكر مثل حظ الانثيين يقسم بطريقة اخرى نعم هذه امور تكوينية يدركها يدركها العرف. فالاب حتى يخلص من هذا العراك يشتري الكم الكم المنفصل ولا يشتري الكم المو المتصل نعم كالاربعة المنقسمة الى اثنين واثنين واثنين فانه ليس بين الاثنين الاولى والثانية حد مشترك البنت تاخذ شوكولاطتين الذكر ياخذ شوكولاتة وارتحنا وكذا الثلاثة ولهنا الثلاثة مشكل. هنا الثلاثة مشكل. اذا جاء ثلاث تفاحات مشكلة. الى ما تنقسم الى قسمين. ماذا يفعل الاب? يعطي واحدة اه شوكولاتة للبنت وشوكولاتة للذكر وواحدة عطيها للأم خلصنا من المشكل ولا يتوهم ان الوسط نهاية لاحد القسمين وبداية للاخر لا هادي خاصية الكم المتصل. لانه ان عد فيهما صارت ثلاث اربع. وان اسقط منها صارت اثنين ولا اولوية لاحدهما دون دون الاخر. هنا ما ما يصلح التقسيم ما يصلح التقسيم. ما تقول اعطيت الاثنين للبنت واثنين للولد لان التفاحة المقسومة هذه ليست تفاحة نصف تفاحة نعم فحتى تخلص من العراق اعطيها للزوجة وانتهى الامر نعم. اذا الكم الكم المتصل السي الفردي في الفردي ما عنده اه شيء مشترك كالكم المتصل مع هذه لا اذا عرفت هذا فنقول المتصل اما قارون يأتي الى القسمة الثانوية المتصل اما قار الذات وهو الذي تجتمع اجزاؤه وهذا تعريف المتصل القار التي تجتمع اجزاؤه في الوجود كالجسم كالحجم اه والزمان لا الزمان متصل الا ان الاجزال تجتمع. الماضي انتفى والحاضر حاضرون والمستقبل بعد لم يأتي. سيانه في الاجزاء لا تجتمع. فلا يكون قارا يكون صيانا نعم او غير القرار الذاتي وهو الذي يكون كذلك كالزمان. فانه لا يمكن ان يكون احد الزمن مجامعا للاخر. لا الاول راح الامس راح اليوم اليوم وغدا العيد ان شاء الله. والقارة الذات ايمائية ينقسم في جهة واحدة وهو الخط يعني الخط ينقسم في جهة واحدة او في جهتين وهو السطح او في ثلاث جهات وهو الجسم الخط ها خط مستقيم انتهى السطح لا السطح ها هذا فيه باسمين الحجم له فيه اه خصوصية الخط في خصوصية السطح وعنده عمق او ارتفاع نعم مسائل يدرك العرف سهلة جدا نعم وهو السطر او في ثلاث جهات وهو الجسم التعليمي. الجسم التعليمي يعني الحجم وغير قار الذات وهو الزمان لا غير والمنفصل هو العدد خاصة لان تقومه من الوحدات التي اذا جردت عن معروضاتها كانت اجزاء لعدد لا غير. يعني انت افصل بينها لا تسمى عدنا. عندك تفاحة في استراليا. والتفاحة في كندا وتفاحة في البرازيل. ما تقول عندي ثلاث تفاحات نعم ما يصدق عليها العدد العدد مشروط بالقرب والبعد قرب بعد اه نعم بدون قرب بعد لا يمكن ان يكون هناك عدد قرب وبعد قليلا اما التفاحة في تفاحة في استراليا او سكن في استراليا او سكن في كندا وسكن في البرازيل. تقول عندي ثلاثة هذا التسامح آآ تسامح لان العدد يجب ان يكون بينهما قرب. المسألة الثالثة في خواصه خواص الكبد و آآ انتهى الوقت نعم. واللهم صل على محمد وال محمد</w:t>
      </w:r>
    </w:p>
    <w:p>
      <w:r>
        <w:t>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