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المسألة الثانية في خواص الكم المسألة الثانية في خواصه يعني في خواص الكم ويشملها قبول المساواة وآآ قبول عدم المساواة وقبول القسمة وان كان وجود العد عبارات المحققة التونسي مغلقة تحتاج الى اضطراب الفهم طبعا الكم بشقيه المتصل منفصل يقبل الانقسام هو الذي يقبل الانقسام بالذات. اما الجسم يقبله بالعرض فهذه الزجاجة اذا كسرناها الى قطعتين قسمناه الى قطعتين ليس الزجاج هو الذي ينقسم وانما الامتداد يعني باعتبار امتداده الذي هو الكم المتصل نعم انفصل وكسر الى قطعتين. طبعا قد نقطعه الى قط قطعتين متساويتين قد لا التساوي لا يكون فتكون قطعة اكبر من قطعة او اوسع من قطعة ولهذا اذا جئت قطعة شوكولاطة وقسمتها على التساوي بين البنت والولد الولد يرضى يعني الذكر يرضى اذا اعطيت للبنت اكثر لا يرظي نعم يعمل عركة كبيرة اذن الكم المتصل يقبل القسمة الى التساوي او غير التساوي نعم والقسمة وامكان وجود العد لامكان هذه دقيقة جدا يعني قد قد التي تدخل على المضارع اقول ذكر للكم ثلاث خصال  او ذكر للكم ثلاثة خصال مفعول به الاولى قبول المساواة وعدم اه قبول المساواة يعني عدم الملك فان احد الشيئين انما يساوي غيره او يفارقه يعني يزيد عليه باعتبار مقداره لا باعتبار ذاته. قلت لكم الزجاج اذا كسرناه اذا كانت القطعة الاولى الف تساوي القطعة باء في الامتداد في المقدار فهذه القسمة لانه ممتد وليس لانه جسم. ولهذا يقول فان احدى الشيئين انما يساوي غيره في الكمية طبعا او يفارقه يزيد عليه او ينقص باعتبار مقداره لا باعتبار الزجاج او النحاس او الحديد ذاته فان كل جسم وآآ فان كل جسم وبعضه متساويان في الطبيعة. نعم هذا جسم زجاجي وهذا جسم زجاجي متفاوتا في المقدار هذا حجمه كذا هذا حجمه كذا مقداره كذا هذا مقداره كذا. هذه مسألة بينة بالشهود ثانية قبول القسمة وذلك لان الماية انما يعرض لها الانقسام والاثنينية بواسطة المقدار. نعم. المقدار هو الذي ينقسم بالذات والشيء الذي يحمل اه المقدار يحمل الكم وهو الجوهر المادي يقسم بالعرض وهذا الانقسام قد يعني به كون الشيء بحيث يوجد فيه شيء غير شيء وهذا المعنى يلحق يلحق المقدار لذاته. يعني شيء ممتد يلحقه ماذا امر جديد انه ينفصل ينفصل في حالة التساوي او في حالة غير التساوي. نعم. ولهذا يقول اه وهذا الانقسام ماذا يعني? قد يعني به كون الشيء بحيث يوجد فيه شيء غير شيء وهذا المعنى يلحق المقدار لذاته ويلحق الجسم بالعرض نعم اذا عندنا قطعة شوكولاتة يعرضها شيء وهو الانقسام التفتت ولهذا يقول اه يعني به كون الشيء بحيث يوجد فيه شيء غير شيء غير شيء. وهذا المعنى يلحق المقدار لذاته. يعني يكون حالة واحدة يصير مفككا نعم. والثاني قبول الافتراق نعم قبول الافتراق ولكن ليس الافتراق الذي يفقد هوية الكم لا مثلا في الكم المنفصل اعداد قلت لكم عندك سكن في استراليا وفي كندا وفي البرازيل لا تقول عندي ثلاثة تسامحا لان العدد من خصوصيته القرب والبعد قرب وبعد. نعم. القرب حتى يتحقق هوية العدد والبعد حتى الاندماج لا يكون ما كان ثلاثة يكون واحدا لا نعم والثاني قبول الافتراق وهو من توابع المادة. نعم. لماذا تقول الافتراق والانقسام لماذا الكم ينقسم? لان هذه خاصية المواد. المواد هي التي تتكمم المجردات عندهم حالة جمعية تقطع ماذا? ما في حالة جماعية نعم قد الخيال لا يتصور المجردات جيدا لأنه ما عندو ذات مادية يعاينها الا انها حالات جمعية والحالات الجمعية تعرفون انت يخرق هذا الجدار ويخرق السماوات اريحية وسهولة هادي هي خاصية الحالة الجمعية والثاني قبول الافتراق وهو من توابع المادة عندهم عند الحكماء على ما سلف البحث فيه ومرادهم هنا الاول نعم اذا الافتراق يعني التفكك الكم قابل للتفكك  اذا الذي يقبل التفكك المقدار وليس ليس الجسم ولهذا يقول ومرادهم الاول يعني ما يلحقه التفكك لذاته. نعم ثالثة يعني الخاصية الثالثة ان كانوا وجود العد نعم. تأخذ انت اه خشبة وفيها مثلا متر واحد قسمها الى عشرة كل قطع عشرة سنتيمتر فتقول عشر وحدات مثل هذه فهذه الوحدة عشر سنتيمات عدت هذه المسطرة الكبيرة او ذي القطعة الكبيرة عشر مرات فهي عاد وكذلك العدد خمس تفاحات واحد يتكرر خمسة يعني عدوا ولهذا الخاصية هادي هي العادة الثانية ان كانوا وجود العد. لماذا قال ان كان سيتبين لك يعني قد وذلك لان المنقسم اينما انما ينقسم الى احاد هي اجزاؤه فتلك الاحاد عدة له كما بينت لك قطعة قطعها الى عشرة اه قطعة كل قطعة عشرة سنتيمتر هذه القطعة تعد تعده عشر مرات او خمس تفاحات تفاحة واحدة للسكر. يعني العدد واحد يتكرر  فتلك الاحاد عادة له ولما كان الانقسام قد يكون بالفعل كما في الكم المنفصل يعني الاعداد وقد يكون بالقوة كما في المتصل كان اللازم لمطلق الكم هو امكان وجود واحد عادلة الوجود بالفعل ولهذا قال الامكان يعني هذه القطعة ليست لها عد بالفعل اذا قطعتها انت الى اقسام ولهذا تكون يمكن نعم هذه هي سر كلمة امكان انقطع العد ليس بالفعل مندك بالقوة في القطع. اذا قطعتها الى عشرة تقولها ايضا هادي عشر مرات لاحظت? قولك عشر مرات هذه القطعة الصغيرة يعني صارت هذه القطعة الكبيرة عندها عاد يتعدد عشر مرات قال وهو ذاتي وعرضي واضحة جدا بالنسبة الى المقدار الانقسام الذاتي بالنسبة الى ما يعرظ يعرضه المقدار من جسم اه يكون بالعرض. اقول الكم منهم منه ما هو بالذات كالاقسام التي عددناها له نعم ومنهم ما هو بالعرظ وهو معروظها معروض الكم المتصل والمنفصل من هو معروضها? كالجسم الطبيعي نعم هذا الجسم الطبيعي ينقسم بالعرض او لا تقل اه عندي القماش طويلة جدا نريد نلف عمامة وهذا القماش عشرين متر لا تقطع منه قطعة وهذا القماش ابيض او اسود فهنا الإمتداد انقسم بالذات لأن الإنقسام ذاتي له لكن القماش انقسم بالعرظ واللون الاسود او الابيض للعمامة كذلك بالعرظ لان اللون لا مال لانقسامي نعم ولهذا يقول ومعروضها كالجسم الطبيعي هذا ينقسم بالعرض وعارضها عارض ادي هذا الجسم او حتى الكم. كالسواد الحال في السطح نعم فانه متقدر بقدرته بقدرته بقدرة. فكميته عرضية لا ذتية لان لا معنى للسواد ان يكون اه خمس خمسة او عشرة او خمسين سنتيمتر او ما يجامعه في المحل كل ما يجامع المحل اذا انقسم ينقسم بالعرض او ما يتعلق بما يعرظ له كقولنا قوة متناهية او غير متناهية بسبب تناهي</w:t>
      </w:r>
    </w:p>
    <w:p>
      <w:r>
        <w:t>المقوي عليه في العدة والمدة والشدة وعدم التناهي. اذا خذ جسما له امتداد الجسم تعرضه كثير من الأمور ينقسم فقط بالذات في مقداره بذاته كجسم بالعرظ الوانه اشكاله كل ما فيه من خصوصيات تنقسم بالعرظ وليس بالذات يعني بالتبع انقسام الكم ولهذا انت لا معنى ان تذهب الى السوق وتقول لي بائعة الفواكه اعطني نصف اللون الاصفر. لا معنى لهذا ايه الكلام? نعم او ما ما يجامع ما يجامع هذا المقدار او العدد في المحل يعني في الجوهر في الجسم او ما يتعلق به بما يعرض له كقولنا قوة متناهية او غير متناهية مع الإنسان امير المؤمنين يقرع هذه الباب باب الكبيرة فهذا قوته غير متناهية. اما صحابي عادي اصلا لا يمكن حتى يهزها لا يمكن ابدا له تقول غير متناهية او متناهية. بسبب تناهي المقوى عليه العدة والمدة والشدة وعدم تناهيه. نعم المسألة الرابعة في احكامه يأتي الى احكام الكم ويعرض ثاني القسمين فيهما لاولهما. هذه العبارة تبقى قرن ولا تفهمها لا ادري لماذا هذا الاسلوب في الكتابة نعم طبيعته القدماء الان الجامعات لا الجامعات  يكتبون بلغة سهلة جدا نعم هذه للمتون والتدريس وتفتيق الذهن وتقوية الذهن شيء جميل ويعرض ثاني القسمين فيهما لاولهما انت اذا قلت الكم اما متصل او منفصل نعم واما ذاتي وعرضي هنا قسمة اولية متصل هو منفصل وكذلك ينقسم الى ذاتي وعرضي ويعرض ثاني القسمين يعني اذا قلنا متصل ومون فاصل ويعرض ثاني القسم فيهما لاولهما يعني المنفصل من منفصل العدد يعرض المتصل علي قطعة قسمها الى اقسام قولوا هذه القسمة نعدها بهذه الاقسام خشبة مقسمها هي كم متصل نقسمها فيعرظها مثلا اقسام تقول اقسام عدد من الخشب اذا العدد عرظ على ماذا? على المنفصل المنفصل على ظهر متصل والثاني من القسمين في القسمين معا يعرض للأول منهما فإن الجسم التعليمي يعني الحجم يعرض له الإنقسام فيحصل له التعدد  علبة وتقسمها نتا الى اقسام متعددة الى احجام متعددة. فقل كل قطعة عندي عشرين قطعة سوت هذه العلبة. هذه القطعة الصغيرة هي عادة لمن عد لي اه هذا الحجم. حجم كم متصل العد ينتمي للكم المنفصل. فالكم المنفصل يدخل في الكم المتصل ويعده. ولهذا يقول ويعرض ثاني القسمين فيهما لاولهما. يعني اذا قلنا الاول هو المتصل يعرض الثاني هو المنفصل. نعم نعم وقد بينا ان الكم اما متصل واما منفصل وايضا اما ذاتي وعرضي هذا بينه والثاني من القسمين يعني المنفصل يعني العاد في القسمين معا يعني الذاتي والعرضي يعرض للاول يعني يعرض للاول يعني يعرض للمتصل منهما فان الجسم التعليمي يعني الحجم يعرض له الانقسام فيحصل له التعدد فيصون معدودا كيف يصير معدودا? قلت لكم خشبة تقسمها الى عشرة قطع متساوية فهذه القطعة تعده فيصير معدودا العاد من الكم المتصل منفصل ما دخله بالمتصل هذا هو هذه هي المسألة. يعرضه ذلك ان نعم فيصير معدودا قد عرض له النوع الثاني. النوع الثاني يعني المنفصل. من الكم وهو المنفصل وكذا الزمن يقسم الى الساعات والشهور والايام والاعوام والآن الى العشر الى الثانية فيحصل له التعدد? نعم وايضا الزمن متصل بذاته ويعرض له التقدير بالمسافة ايضا كما يقال زمان حركة فرسخ فظهر معنى قول اليه ويعرض ثاني القسمين فيهما لاولهما يعني المتصل قد يعرضه المنفصل يعني يصير معدودا اذا قطعناه الى اجزاء ساهلة هادي مسألة قال وفي حصول المنافي وعدم الشرط دلالة على انتفاض ضدية. هنا المحقق التونسي يقول من طبيعة من خواص الكم مطلق المتصل منفصل لا ضد له ينوضو ديما ضدية دائما عربا يعرضان على موضوع واحد يعني يجب ان يكون هناك اه جوهر او جسم يعرضان بينهما غاية الخلاف اذا كان الاولى يكون الثانية. الظدية هذي ظدان الظد المقولي السواد اذا حل في العمامة لا يحل فيها البياض. واذا حل البياض لا يحل السواد فهما من معرضان يندرجان تحت مقولة للتضاد اقول يريد ان الكم لا تضاد فيه والدليل عليه وجهان احدهما ان المنافي للضده حاصل نعم يعني في العدد موجود ما ينافي الظدية فلا تكونوا الظدية موجودة احزاب حتى لا تتآكل وهذا يسقط هذا ذاك اجعل لهم حالة ذاتية في نفوسهم تنفيذ التضاد السلبي ام المنافسة جميلة تنافس على الخير جميل لا هذه المضادة السلبية كما نراها في بعض البلدان اجعل له في ذاته ما ينافي ضدي الاخلاق الراقية وجه الله الاخلاص اداب التضاد السلبي يرفع الكم المتصل والمنفصل يعني الكم مطلقا في داخله ما ينافي الظدية. كيف يقول آآ احدهم يعني الدليل الأول ان المنافي للظدية حاصل في اصل الكم فلا تكون الظردية موجودة. بيانه يريد يبين ما معنى هذا في ذاته? شيء يضاد الظدية او ينفذ الدية. بيان ان انواع الكم المنفصل المنفصل يعني الاعداد يتقوم بعضه ببعض. نعم فحد النوعين اما مقوم لصالح صاحبه او متقوم نعم يعني انت الان شي يقومك لا يضادك لا يضادك يقومك يعني يقويك مثلا العشرة تاخذ اثنين زائد اثنين زائد اثنين زائد اثنين زائد اثنين خمس مرات يكررها بتعطيك عشرة اذا اثنين لا يمكن ان تظاد العشرة بل هي تقومها تقومها نعم ولهذا يقول يتقوم ببعضها بعض احد النوعين اما مقوم لصاحبه او متقوم يعني تقول انت اثنين تقاوم الأربعة والأربعة تقاوم من? تقاوم ثمانية ثمانية ويستحيل تقوم احد الظدين بالاخر. الظد لا اذا كان ينفي الثاني مطلقا. اذا في طبيعة الاعداد لا تظاد. واما المتصل هذا بالنسبة الى الاعداد اما المتصل يعني المقادير فلان احد النوعين اما قابل للاخر كالسطح للخط السطحة ما هو? يقولون الخط اذا انبسط او السطح اذا تناها مثل الحجم السطح يتكرر او الحجم اذا تدهور تقهقر نعم فلان احد النوعين اما قابل للاخر كالسطح للخط. الخط الخط الخط قائم بالسطح والجسم للسطح. نعم اه الصد قائم بالجسم. الجسم هنا طبع الجسم التعليمي يعني الحجم او مقبول له له كالعكس نعم هو يقبله يعني مثلا تقول آآ الخط يقبل السطح والصوت يقبل الجسم والظد لا يكون قابل لظده بالعكس ولا مقبول له. اينما يكون ينتفي الثاني فحصول التقويم نعم يعني يقوم ذلك والقابلية للمنافيان والقابلية فللظدية يقتضي انتفاض ضدية. هذا الدليل الأول اذا فيه مانع في طبيعة العدد او طبيعة المقدار لا يكون له في داخله ضد الثاني ان الشرط في التضاد مفقود في الكم في المتن يقول هو عدم الشرط لحصول المنافي يعني في طبيعة الكم متصل كان او منفصلا حضور المنافي. لماذا? لنفي دائرة المقدار او العدد هناك المقوم وليس المضاد وعدم الشرط يعني الجوهر من الاعراض تحتاج الى جواب ويقول ان الشرط في التضاد مفقود في الكم ولا تضغط في بيان ان الاتظاد شرطين احدهما اتحاد الموظوع يعني متى يكون السواد ضدا للبياض اذا اتحد في موضوع</w:t>
      </w:r>
    </w:p>
    <w:p>
      <w:r>
        <w:t>ولا يمكن ان يتحد اذا كان البياض لا يكون السواد اما البياض في عمامة وسواد في عمامة اخرى ما في نعم يجب ان يكون الموضوع واحدا نعم والاعداد والمقادير لا يكون لها موضوع واحد ابدا الثاني ان يكون بينهما غاية التباعد بالعكس الاعداد هذا يقوم ذاك نعم بينهم غاية التآلف وهما منتفيان هنا يعني في الكم اما عدم اتحاد الموضوع في العدد فلانه ليس لشيء من العددين موظوع قريب مشترك اتنين موضوعها غير موضوع ثلاثة غير موضوع الأربعة نعم اتنين يعني تفاحتان لا تاكلوا تفاحات الموضوع يتغير لا ما في موضوع مشترك. وكذا المتصل هذا بالنسبة الى الاعداد. وهذا كذب متصل يعني المقدار فان الجسم الطبيعي معروض للتعليم نعم. طبعا جسمه الطبيعي يعني هذه الواقعية الجسمية قبل الاعراض التي تتمدد فتتمدد اولا اه بحجم هذا الحجم المتناهي يعطي السطح. ويعطي الخط نعم فان الجسم الطبيعي معروض للتعليم يعني الحجم. الحجم يعرض الجسم الطبيعي ذلك الامتداد الطبيعي وللسطح بواسطة التعليم. السطح يعرض الجسم الطبيعي بواسطة الحجم والخط بواسطة من السطح بواسطة السطح واما عدم كونهما في غاية التباعد فانه لا مقدار يوجد الا ويمكن ان يفرض ما هو اكبر منه او اصغر. فلا غاية في التباعد وكذا العدد العدد تنين تحتاج الى ثلاثة. يمكن ثلاثة يمكن اربعة يمكن خمسة ما فيه بينهم غاية غاية الخلاف غاية الخلاف يعني انت تكون في الطرف الأول ويكون في الطرف الثاني خلاص. ما في درجة اخرى. في نهاية الطرف العدد لا دائما تزداد. طبعا تزداد بالقوة والمقادير كذلك اذا هذه الادلة على ان الكم بشقيه المتصل منفصل لا يقبل الظد يأتي ويرفعه لا ابدا قال ويوصف بالزيادة والكثرة ويوصف بمقابلهما دون الشدة والظعف مو قبل يعني الظاء شدة هناك تبقى قاعدة ان لا تشكيك في الماهية المهيات لا يقال عليها بالتشكيك لا لا تتصل بالتشكيك. شدة وضعف الماليات لا. بيناها في الجلسات السابقة بالتفصيل قلنا اذا اشتدت الانسانية في في بلال ونقصت في ليلة ليست بايزر لم تصل الى المرتبة الانسانية لان الزيت شديد في انسانيته يعني زائد عليها بدرجة او بدرجة فليلة لا تكون انسان معناها هي انسان اجتماعي نعم واذا ليلة نقصت عن بلال في الانسانية فبلال الزايد الذي له ليس انسانية مع انه انسان اجتماع الماضي المهم الماهية لا يمسها التشكيك. التشكيك في الوجود. وهذا على مبنى صدر متألي اذا الكم بشقيه المتصل منفصل. يقولوا يوصف بالزيادة يزداد يتسع والكثرة يتكفر والزيادة النقص والكثرة في مقابل الكثرة يعني الوحدة هذه تقول عشرة الواحدة معقول وحدات كثيرة معقول العشرة تزيد بالزيادة تصير حداش طناش او تنقص من عشرة الى تسعة اما الشدة في شدة مطلقا في المقولات الجوهر والاعراض لا تجري اقول الكم بانواعه يعني المتصل والمنفصل يوصف بان بعضا منه زائد على بعض اخر نعم فالعشرة زايدة على التسعة نعم والمتران اه زائدا على المتر الواحد فان الستة مثلا ازيد من الثلاثة وكذا الخط الذي طوله عشرة عشرة ازيد من الذي طوله خمس فيصدق عليهم وصف الزيادة ومقابلها يعني النقصان لان الزايد انما يعقل بالقياس الى النقص اذا زاد حتما ينقص وكذا يوصف الكم بشقيه بالكثرة والقلة ويمتنع اتصافه بالشدة والضعف تشكيك لا يجري في المعيات نعم وبيانه ظاهر فانه لا يعقل ان خطا اشد من خط اخر في الخطية يعني انت عندك خط وخط في المقدار يعني في الزيادة والنقصان نعم. لكن لا في اصل الخطية هذا شديد وهذا ضعيف. اذا هذا اذا كان ناقصا في الخطية ليس بخط نعم او تقول له خط اذا تلك الزيادة في الخط الثاني ليست خطا نعم زيادة من نوع اخر تخرج عن الخط نعم ولهذا يقول فانه لا يعقل ان خطا اشد من خط اخر في الخطية ولا ثلاثة اشد من ثلاثة اخرى في الثناء هي غير معقول والفرق بين الكثرة والشدة ظاهر. نعم الكثرة هي تعدد المكونات اما الشدة لا شدة في نفس ما هي فيها زيادة وكذا بين الزيادة والشدة فان الكثرة والزيادة انهما تتحققان بالنسبة الى اصل الموجود لا يتغير فصله يعني العدد تقول خمسة ستة انت ما زلت في العدد شد الكثرة وزيادة ونقص اه نعم يتصل به العدد. اما تقول لا في الثلاثة عندك ثلاث تفاحات وثلاث تفاحات وثلاثة موزات. تقول في ثلاثة في تشكيك يعني في الشدة والله لا يعقل لا يعقل تأتي بالعرف تقول له هناك كم? يقول ثلاثة. هناك كم? ثلاثة الشدة هذي غير موجودة والاصل يرجع الى ان التشكيك في الماهية محال نعم فان الكثرة والزيادة انما تتحققان بالنسبة الى اصل موجود لا يتغير فصله. يعني حقيقة واحدة تتصل بالزيادة وبالنقصان. يعني شي واحد في مرتبة زائد في مرتبة ناقص اما الشدة والضعف لا بسبب الزيادة او النقصان ولا حقيقته بخلاف الشدة اه يعني اه ولا حقيقته بخلاف شدة نعم يعني العدد عدد حقيقة واحدة لكن يزداد وينقص اما الشدة في اصل الحقيقة لها هذا خلاف للعقل وخلاف للعرف نعم تخيل انت الآن عندك شيء تحتاج الى ثلاث مكونات. ثلاث اشياء حتى يسوي هذا الشيء قولو جيب لي ثلاث كتب تنفع تريد تعمل مستند لشيء ثلاث علب يمشي نعم لما تريد الثلاثة لا تريد نوعية الثلاثة يعني زجاج او كتب وكذا اذن الثلاثاء لها يجري فيها التشكيك قال وانواع متصلة وانواع وانواع متصله يعني في الكم المتصل قد تكون تعليمية ان شاء الله ابعثوها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