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هذا المقطع قال وانواع متصله قد تكون تعليمية انواع متصلة يعني المختص بالمختصة اه الكم المتصل يعني المقادير حجم والسطح والخط والنقطة له انواع هذه الانواع اذا اخذناها في ذاتها تصير اه علما وعلم الهندسة نعم اقول الانواع الثلاثة للكم المتصل القارة الذات لاخراج الزمان لان الزمان كم متصل? يعني انه سياء قد تؤخذ باعتبار باعتبار فتسمى تعليمية. تعليمية يعني هندسية الرياضية وقد تؤخذ باعتبار اخر. مثلا اذا اخذ المقدار باعتبار ذاته لا من حيث اقترانه بالمواد يعني يجرد عن المواد ويدرس في حالة التجرد نعم آآ لا من حيث آآ اقترانه بالمواد واعراض المواد نبين من من الالوان وغيرها يعني نخرج فقط المقدار لوحده سواء كان حجما او سطحا او خطا او نقطة كان ذلك مقدارا تعليميا كالسطح التعليمي والخط التعليمي والجسم التعليمي وكذا النقطة وانما سميت هذه الانواع تعليمية لان علم التعاليم يعني الرياضيات انما يبحث عنها مجرد عن المواد وتوابع المواد من الوان واشكال وو اذا الرياضيات باقسامها المتعددة علم مجرد نعم في الواقع يوجد في الماديات والا هو في علم مجرد نعم اذا عندنا الحجم وعندنا السطح نهاية الحجم وعندنا الخط نهاية السطح. وعند النقطة نهاية الخط وبالتالي تكون امور عدمية الحجم هو نهاية الجسم الطبيعي والسطح نهاية الحجم تعليمي والخط نهاية السطح والنقطة نهاية الخط كلها امور تعليمية يلعن امور عدمية. نعم والا لا يمكن تجريدها ملاك تجريد هذه الامور عن المادة لان لا هوية له فقال وان كانت تختلف بنوع ما من الاعتبار يعني فيه اختلاف بين الحجم والسطح والخط ولين النقطة. كيف انا يظهر لي ان العلامة الحلي قارب المسألة لم يصل الى مغزى اقول الظاهر ولهذا قال الظاهر الظاهر من هذا الكلام ان كون الجسم تعليميا يفارق كون السطح والخط كذلك. يعني في اختلاف بين اه اختلاف بين هذه الأقسام الأربعة الحجم والسطر والخط والنقطة نعم وبيان ان الجسم يكون الجسم يعني الحجم. قد يكون اه يمكن ان يؤخذ لا بشرط غيره. يعني تنظر اليه لوحده. نعم قابل ان يحمل عليه شيء. نعم. بشرطية. لا بشرطية يعني قابل للحمل يأتي الحمل اهلا وسهلا به لا يأتي اهلا وسهلا نعم يقول الحجم يمكن ان يؤخذ لا بشرط غيره او بشرط لا. يعني ينغلق لا لا يقبل شيء واما السطح والخطف فلا يمكن اخذهما الا بالاعتبار الاول يعني باعتبار لا بشرطية نعم بشرطي لا بشرطي لا لا يمكن انا في تصوري مسألة بشرط لا يمكن انها امور لا هوية لها لا هوية له فلهذا اختلف الانواع بنوع من الاعتبار. نعم لكن كلام لا يثلج القلب لهذا الاختلاف بنعمة من الاعتبار نعم لا بشرطية وبشرط لا لا بشرط يعني قابلة الانفتاح على غيره يمكن ان يحمل عليه شيء بشرط لا لا يرفض ما عنا نحنا خط لوحده بشرط لا الامر امر عدمي الحجم لماذا? الحجم باعتبار باعتباره تعينا للجسم الطبيعي لا يمكن ان يلحظ عليه يلحظ عليه بشرطنا يعني لان هو اقرب الى الجسم الطبيعي قال وتخلف الجوهرية عما يقال في جواب ما هو في كل واحد يعني في الحجم والسطح والخط هو حتى النقطة. يعطي عرضيتها يريد يبين هذا النيل كم عرظ وليس اه وليس جوهرة. بعد ما ثبت ما هو واقسامه كذا وكذا ثم يسأل هل هو جوهر ام عرب? طبعا الكم بشقيه المتصل والمنفصل من الاعراظ ليس من الجوار لكن هذه يجب ان يثبتها اقول يريد ان يبين ان هذه الانواع باسرها عراضون يعني الحجم والسطح والخط والنقطة واستدل بطريقين يقول التخلف الجوهرية دليل عما يقال في جواب ما هو في كل واحد يعطي للأراضي نعم يعني لا يصدق عليها حد الجوهر احدهما عام في الجميع والثاني مختص بكل واحد واحد من هذه المقادير اما العام يعني الدليل العام فتقريره ان معنى الجوهرية يعني القائم بنفسه ذات قائمة بنفسها ما هي قانون نفسها اه ان معنى الجوهرية في حد كل واحد واحد يعني في تعريف السطح والحجم والخط والنقطة من من بيانية من السطح والخط والجسم التعلمي والزمن والعدد غير داخل في جواد ما هو اذا سئل عن حقيقته فتكون الجوهرية خارجة عن الحقيقة فيكون كل واحد من هذه عرضا اذا انت ظابطة كما هي? ظابطتك هي هو التعريف الحد مثلا تأتي الى العقل كيف عرفت انه جوهر? قائم بذاته. ما هي قائمة بذاته? الزجاج ما هي قائمة بذاته هذا واحد الجوهر اذا جيت تعرف الأعراض يعني كل الأعراض لكن هنا البحث من الحجم والسطحي والخط والنقطة. لا تجد هذا التعريف موجود في اه في تعريف هذه الاقسام اذن التفت الظابط في هذه الواقعيات المهوية فلا تكونوا من سلخ الجواهر. تكون من صنخ المتكئ على غيره يعني الاعراض هذا هو دليل دليل المحقق التونسي قال والتبدل مع بقاء الحقيقة وافتقار التناهي الى برهان وثبوت الكرة الحقيقية والافتقار الى عرض والتقوم به يعطي عرظية الجسم التعليمي والسطح والخط والزمان والعدد يعني الكم المتصل القار وغير القار كالزمان هو الكم المنفصل يعني العدد الكم المتصل حجم سطح خط النقطة نعم هنا هذه ادلة على العربية كذلك الدليل العام كان هو حد الجوهرية غير موجود في حد هذه الاعراض بهذه الواقعية تنقل اعراض ثم نثبت بانتفاء الحد الجوهري انها عرب ونأتي بالدليل والتبدل ما بقاء الحقيقة وافتقار التناهي الى برهان. وثبوت الكرة الحقيقية والافتقار الى عرض والتقوم به يعطي عرضية الجسم التعليمي والسطح والخط هنا اكتمل الكم المتصل للقار والزمن والكم المتصل سياء. والعدد هو الكم المنفصل هادي ادلة ادلة على العربية غير الدليل العام وهو انتفاع ضابطة الجوهر لدائرة هذه الواقعيات اقول هذا هو الوجه الدال على كل واحد واحد بخصوصيته هناك تكلمنا بنحو عام لم نجد ضابطة الجوهر فقلنا كل هذه الامور من الاعراض. الان لا نأتي الى كل واحد واحد نعم يقول والتبدل والتبدل ما هوما عندهم قاعدة فلسفية خلفية فلسفية ان الجوهر لا تتغير جواهر ثابتة لا يؤمنون بالحركة في الجوهر وهذه الامور تتبدل تتغير اذا اذا كان الجوهر ثابت وهذه تتغير قياس من الشكل الثاني فليست بجوار تقول آآ العارض متبدلون الجواب غير متبدل اذا العارض غير الجوهر انتهى الامر فقد تثبت التبدل في هذه الاقسام. نعم. لماذا الجوهر لا يتغير يقولون به منيار سأل ابن سينا قال له هل تؤمن بالحركة في الجوهر فقال اسأل ابن سينا الذي سألته ويجيبك لاني انا تغيرت من السؤال الى الان في ثانية تغيرت هويتي</w:t>
      </w:r>
    </w:p>
    <w:p>
      <w:r>
        <w:t>اذن بقاء الهويات وثبات الهويات ينفي التبدل والتغير في الجواهر نعم ولهذا انت ترى الشجرة التي يراها ادب التي يراها ادم هي هي ثابتة في هويته اقول هذا هو الوجه الدال على عرضية كل واحد واحد بخصوصيته. يعني الجسم التعليمي والسطح والخط والنقطة والزمان والعدد اما الجسم التعليمي فهن عرض لماذا? لان الجسم قد يتبدل. كبر القياس. الجسم التعليمي يتبدل والجسم لا يتبدل يعني الجوهر لا يتبدل اذا الجسم التعليمي ليس جبارا لان الجسم قد يتبدل في كل واحد من ابعاده الجسم هنا طبعا اه الجسم التعليمي قد يتبدل في كل واحد من ابعاده نعم انت تجد آآ قطعة في ميترو وقطعة في ميترو تبدل نعم لكن هوية الشيء لا تتبدل آآ لان الجسم يعني الجسم التعليمي يعني الحجم قد يتبدل في كل واحد من ابعاده والحقيقة باقية فان الشمعة نعطي مثال حسي تجربة حسية فان الشمعة تقبل الاشكال المختلفة. الاشكال يعني الاحجام مع بقاء حقيقتها الشمعية فزوال كل واحد من الابعاد وبقاء الجسمية التي هي الشمعية يدل على عراضية الابعاد اعني الجسم التعليمي. هنا يتكلم في الجسم بتاعنا يروح الى السطح. واما السطح فانه عرض لماذا? لان ثبوته للجسم انما هو بواسطة التلاهي نعم لان السطر ما هو نهاية اه نهاية الحجم. يعني نهاية جسم التعليم انما هو بواسطة التلاهي العارض للجسم التعليمي لافتقاره الى برهان كما يحتاج الى برهان يدل عليه معنى اجزاء الحقيقة لا تثبت بالبرهان اجزاء الحقيقة قاعدة كلية كليات تيساغوزي لا يجري فيها الدليل تحسينهم الحاصل كليات يعني المادة والصورة او الجسمون الجنس والفصل تقول تعالى نبرهن لك على ان الانسان حيوان. حبيبي هو في التعريف حيوان انت عرفته في مبدأ الهوية في التعريف هو حيوان ناطق كيف تبرهن? تبرهن يعني تأتي بمحمول جديد محمول جديد وهو موجود في الذات يعني جديد وليس بجديد ذاتي وليس بذاتي اجتماع النقيضين. ولهذا يقول التناهي ليثبتوا السطح يحتاج الى برهان مع ان اجزاء الحقيقة لا تثبت بالبرهان. اكتب اجزاء الحقيقة هنا طبعا الكلام في الجسم الجوهر الجسمي تعني الصورة والمادة اذا تكلمت بالبنيان الخارجية او الجنس والفصل اذا تكلمت بالبنية المعرفية المنطقية واذا كانت تناهي عارضا كان ما يثبت بواسطة اولى بالعربية اذا كان التناهي عارضا والتناهي من اقسامه السطح كان ما يثبت بواسطته كالسطح اولى بالعربية ايمان الصدر كذلك عرب واما الخط فانه عرض لانه غير واجب الثبوت للجسم. نعم اذا كان الخط جسما جوهرا ليس عرضا يعني من مقومات من مقومات الجسم اذا كان من مقومات الجسم كل الاجسام يكون عندها السطح سطح هذا المسطح السطح الهندسي تقول واين المانع واعطينا واقعية ليس لها سطح مسطحة هكذا نقول الكرة الكرة الحقيقية الكرة الحقيقية يعني الكرة الأفلاطونية المختومة بدقة ما فيها سطح هكذا دائما اه محدبة نعم واما الخط كقسم الأقسام الكم المتصل فانه عرظ ليس اه جوهرا. لانه غير واجب الثبوت للجسم مادام انه ينفك عن الجسم ليس من مقوماته اذا ليس بجسم وما كان كذلك ان عرضا وبيان عدم وجوبه انه انما يثبت للسطر بواسطة تناهيه والصوت قد لا يفرظ فيه النهاية كما في الكرة الحقيقية. الكرة الحقيقية ما عندها نهاية سطحية. نعم الساكنة فانه لا خط فيها بالفعل. الساكنة يعني كرة ساكنة ما عندها خطوط مجرد تدورها هي تعير القطب القطب الافقي والقطب العمودي فتكون عندها خطوط بخطوط وحتى احجام اه حتى سطوح بالقوة وليس بالفعل نعم واما الزمان يأتي الى الزمان كيف يكون عرضا? فانه يفتقر الى الحركة يعني الزمان مقدار الحركة نعم لانهم مقدار الحركة والمقدار مفتقر الى المتقدر والحركة عرظ الحركة على ظلم في عند المشاة عندها نحو وجود. تخرج من العربية نحو وجود نعم والحركة عرض والمفتقر الى العرضة الاولى بالعرضية فالزمان عرض اذا كانت الحركة هي قوام الزمان والحركة عرض فالزمان يكون اولى بالعربية واما العدد فلانه متقوم بالاحاد تقول عشرة ما هو? واحد زائد واحد زائد واحد زائد واحد الى عشرة على ما تقدم بينا والاحاد على ظلم فالعدد كذلك هو عندو الوحدة اه عرب معنى الوحدة كذلك عند صدر مفهوم فلسفي حتى تفهمون المباني اذا دخلتم في الحكم المتعالية هناك ثورة ثورة فكرية عجيبة وغير غريبة. نعم اذا ثبت ان الحجم عرض والسطح عرض والخط عرض ونهاية الخط النقطة تابعة للخط فهي عرظ والزمان يعرض الحركة فهو عرظ لان الحركة عرظ والعدد لانه آآ متقوم بالاحاد والاحاد عرض فتكون الاعداد كذلك على ظلم قال وليست الاطراف اعداما وان اتصفت بها مع نوع من الاظافة هنا السؤال يسأل الحجم له هوية السطح لهوية الخط لهوية النقطة اللغوية في مبنيان مبنى يقول له هوية هو نتبناه المحقق التونسي والاعلامي مبنى يقول لا يكفي نهايات نهايات يعني اعدام الحجم ونهاية الجسم. السطح نهاية الحجم. الحجم الختم هو نهاية السطح النقطة ما هي نهاية الخط امور عدمية. يشير الى هذه النقطة وليست الاطراف يعني الحجم وو اعدامن وان اتصفت بها مع نوع من الاضافة. نعم يقول تتصل بالاعلام مع نوع من الاضافة ليس ذاتية فيها. وانما هي ليست اعدام اقول ذهب جماعة من المتكلمين الى ان السطح الذي هو طرف الجسم يعني نهاية الجسم هنا لم يقل النهاية انني لو قال النهاية يتخذ مبنى عدمي وطرف يقول وطرف الجسم والخط الذي هو طرف السطح والنقطة التي هي طرف الخط اعدام مال المتكلم اعدام صرفة لا تحقق لها في الخارج من الاعدام لا شيء حتى تستحق الفرج والا لانقسمت لانقسام محلها ولان الطرف عبارة عن نهاية الشيء التي هي عبارة عن ثناء وعدمه ولان السطحين اذا التقيا دليل اخر اذا هنا يرى تأمل تجربة شهودية ان هذه امور امور عدنية وصح هذا هو المبنى الصحيح. هذا هو المبنى الصحيح ثم يأتي بدليل متكلم اخر ولأن السطحين اذا التقيا عند تلاقي الاجسام ان كان بالاصل يعني تلاقي الكلي لازم التداخل نعم والا فالانقسام نعم لان التراقي يؤدي الى الانقسام وكذا الخطب النقطة يصدق عليها هذا الامر اذن اذا جا التلاقي الاصلي كاملا والتماهي كاملا قضايا اه تداخل اذا لا ماجدت معي يأتي الانقسام. واحد زائد على الثاني نعم وهذا يصدق على الخط ويصدق على السطر وعلى النقطة وهذه الوجوه لا تخلو من دخل يعني على منحه لا يقبلها نعم لا يقبل هذه المقاربات يعني للمتكلم يؤمن بان الحجم والسطح والخط والنقطة امور وجودية وليست امور عدمية وهذه الوجوه التي ذكرها المتكلم بانها امور عدمية لا تخلو من دخل يعني من اشكال اما الأول فإنما يلزم ذلك في الأعراض السارية اما غيرها فلا الاعراض السارية يعني الاعراض التي تتغير وتنتقل كالزمن واما الثاني فلان النهاية ليست عدم المحضن النهايات لا يؤمن بان النهايات</w:t>
      </w:r>
    </w:p>
    <w:p>
      <w:r>
        <w:t>آآ انها عدم ولا ثناء صرفا لان العدم لا يشار اليه والاطراف يشار اليها بل ها هنا امور ثلاثة الاطراف يشار اليها لا على ما الحل يشار اليها باعتبار الجسم الحقيقي ليس باعتبار ذاتها لو لم يكن هناك جسم لا يمكن الاشارة اليه. اذا الاشارة باعتبار ما تعرضه وهو الجسم. الجسم يعني الجوهر نعم هنا اه مغالطة من على من حلي من قسم اخذ ما بين عرظ مكان ما بين ذات. نعم فالاشارة ليس هذه الاحجام والسطوح والنقطة والخط بالذات للجسم للجوهر للجوهر الاشارة للجوهر بالذات ولهذه المقادير بالعرظ. خلط بين اخذ ما بين العرض مكان ما بالذات نعم ولهذا يقول احدهما السطوح وهو مقدار ذطول نعم اه بل ها هنا امور ثلاثة احدهما السطح وهو مقدار طول وعرض معروفة جدا عندو بعدان فقط قابل للاشارة موجود? لا لا يقبل الاشارة بالذات شيخنا العزيز يقبلها بالعرب تاني ثناء الجسم بمعنى انقطاعي في جهة معينة من جهة الإمتداد وليس بعدم صرف بل هو عدم احد ابعاد الجسم وهو ثقل اذا الأمر يرجع الى الجنس وليس الى الى السطح او الخط والثالث اضافته تعرض تارة للسط فيقال سطح مضاف الى ذي السطح وطالت الانفناء فيقول نهاية للجسم من ذي نهاية والاظافة عارضة لهما متأخرة عنهما وقد يؤخذ السطح عاريا هذه الاضافات فيكون موضوع لعلم الهندسة. نعم يأخذ يأخذ عاريا من هذه الإضافات بالإدعاء وليس في الحقيقة نعم يعني اذا اخذت انت كموضوع الجسم التعليمي يعني عنده واقعية ما بازاء خارجي لا لا لا عنده ما خارجي كجوهر يعني باعتباره يعرض الجوهر يعني ليس ما عندنا جسم وعندنا سطح زائد على الجسم. لا لا لا عندنا الجسم اذا تناهى بنحو ما يسمى سطحا بنحو ما يسمى خطا بنحو ما يسمى نقطة بنحو ما يسمى حجما نعم يعني انحاء الوجود وليست واقعيات كما يدعي الاعلام الحلي اذا اخذها كموضوعات للهندسة هذا لا يدل على انها له وجود يلعن من حلي نعم وقد يؤخذ السطح عاريا عن هذه الاضافات فيكون موضوعا لعلم الهندسة. وكذا البحث في الخطة والنقطة في الخط والنقطة لا لا لا واما الثالث فان الجسمان اذا التقيا يعني الدليل المتكلم الثاني واما الثالث فان الجسم اذا التقيا عدم السطحان عدم السطحان وصار جسما واحدا ان اتصل وان تماسا فالسطحان باقيا نعم التماس فقط يعني السطح الأول باقي والثاني باقي هذا الدليل على ماذا? دليل على ان السطح الأول امر ثبوتي والسطح الثاني امر ثبوتي اما اذا التقيا واندكى يقول آآ اذا التقيا آآ عدم السطحان وصار جسما واحدا نعم عدو السطح الكيف يعني شي ثبوتي يعدم يعني في كلام العلامة الحلي كثير من الاشكالات نعم والجنس معروض التناهي ومعروض عدم التناهي اقول يريد بالجنس الكم لان الكم له جنس هو جنس ينقسم الى نوعين النوع الأول المتصل والنوع الثاني المنفصل يريد الجنس الكم يعني والكم معروض التناهي وعدم التناهي يريد الجنس الكم من حيث هو فانه جنس لنوعه المتصل والمنفصل المتصل نوع والمنفصل نوعا تقول كم متصل كم منفصل وهو الذي يلحقه لذاته التناهي وعدم التناهي يعني عدم الملك للعدم المطلق للعدم المطلق يعني لعدم الملكة يقولون لها حظ من الوجود مثلا كالعمى باعتباره ملتصق ملكا يا البصر غاب يعني يعقل بالملكة فان العدم المطلق الذي يصدق على الشيء الذي سلب عنه ما باعتباره اه باعتباره يصدق انه متناهكا مجردا وانما يلحقان اعني التناهي وعدم التناهي آآ العدم الخاص مع ما عدا الكم بواسطة الكم نعم. فيقال للجسم انه متلاهي او غير متناهي باعتبار كمه يعني باعتبار مقداره. نعم وانما يلحقان يعني التناعد عدم التناهي العدم مفعول به عدم الخاص ما عدا الكم بواسطة الكم. يعني يعرضان الشيء ببركة الكم اه التناهي والتناي يعرضون الشيء تقول شيء متناهي الشيء غير متناهي باعتبار الكم لا يعرضان الكم يعرضن الشيء باعتبار الكم يعني الكم واسطة. فيقول للجسم انه متناهي او غير متناهي. باعتبار مقداره يعني باعتبار الكب ويقال للقوة ذلك باعتبار عدد الاثار. وامتداد زمانها وقصوره ويقال للبعد والزمان والعدة انه متناهي او غير متناهية. لا باعتبار لحوق طبيعة الطبيعة بها. بل لذاتها. يعني امور عربية يعني ليست امور اه متنية يعني انتزاعية. اذا اه الذي يعرظ التناهي وعدم التناهي هو الكم واذا عرظ الكم التناهي الكم يعرظ ماذا? يعرظ الجسم. فالجسم يكون متناهيا وغير متناهيا. الجسم لا بشرط من التناي وعدم التناي. اذا من يسلب لو من يجر له كان يعلم التناهي هو الكم لان طبيعة الكم هي تزداد وتنقص. نعم والجنس معروض التناهي وعدم التناهي يعني الجنس ويريد بالجنس الكم من حيث ما هو فانه جنس لنوعين متصل ومنفصل هذه واضحة وهو الذي يلحقه لذاته التناهي وعدم التناهي عدم المنك وعدم التانية عدم الملكة شرح لعدم التناهي لا لعدم المطلق لان ما عندنا عدم مطلق انا مطلق له شيء فان العدم المطلق الذي يصدق على الشيء الذي سلب عنه ما باعتباره يصدق انه متناهك المجردات نعم المجردات آآ هناك مطلق لهذا التناهي غير موجود. لا التناهي ولا عدم التناهي اينا حالة جمعية? ليست حالة يعرضها لكم اذن ثم تقول مطلق الكم معدوم هناك لا التمايل عدم التمايل في المجربات. السر ما هو الحالة الجمعية؟ الحالة الجمعية يعني حقائق حالتها جمعية. يعني انت ما تستطيع ان تعطيها امتداد بمجرد ان تعطيها امتداد تستقر تصير كالاجسام نعم كالاجسام انت عندك جسم ضحوا في مكان اعزل كل المؤثرات الخارجية. يبقى الى يوم القيامة هاكا اما الحالة الجمعية الحالة الجمعية طبيعتها تملأ الوجود. سبحان الله تملأ الوجود. تقول كيف تملأ الوجود? لان انت عندك الملء في ذهنك هو الامتداد نعم هذا الملء الملء من نوع اخر منع ليس ولهذا يتعجب الناس كيف جبرائيل يملأ مثلا الكون بذاته المقدسة. هناك ما في هذا الامتداد انت تروح تفهم جبرائيل في ذات مقولتك انت ما قلت ماذا? ما قلت الامتداد فتلصق الشي بشيء يأتي التناقض يأتي التناقض نعم. نعم هو يظهر انه ملأ الكون ولكن هو في الحقيقة ليس من صنخه ايه المقادير? نعم انتهى الوقت نكمل ان شاء الله في الحصة الاتية.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