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هذا المقطع والجنس معروض التناهي وعدم التناهي يعني الكم قد يكون متناهيا وقد يكون لا آآ متناهي وانا في تصوري هذه النشأة المادية بدون التناهي لا تتعين تخيل انت الشمس غير متناهية فكيف نعيش نحن صون المكان لا يتسع  جمال هذه النسوة هذا هو التقدير اعطي لكل شيء مقداره الخاص به حتى يتعين وينفصل اذن بدون التناهي هذه النشأة لا معنى لها على الاقل في المفردات قد تكون هذه النشأة في مجموعها غير متناهية. لكن في مفرداتها يجب ان تكون متناهية وبالتالي الكم ظروري في العناية الالهية بدون الكم العناية الالهية لا تكون قال والجنس معروض يعني الكم معروض للتنائي وعدم. فتقول كم متناهي يعني حجم المتناهي سطح متناهي خط متناهي نعم اقول يريد بالجنس الكم من حيث ها هو يعني الكم قبل انقسامه الى متصل ومنفصل فانه جنس لنوعه المتصل والمنفصل وهو الذي يلحقه لذاته التناهي وعدم التناهي. ما هو عدم التناهي? قل عدم الملكة. لا لعدم المطلق نعم عدم الملكي يعني من شأنه ان يزداد فان العدم المطلق قد يصدق على الشيء الذي سلب عنه من ما باعتباره يصدق انه متناهي. يعني المجردات سلب عنها ما باعتباره يكون متني يعني التناهي فتقول المجردات مطلقا غير متناهية مطلقا غير متناهية انها مطلقا غير متناهية. صحيح نعم لان هناك لا معنى للكن سلب بانتفاء الموضوع وانما يلحقان يعني من? التناهي وعدم التناهي انما يلحقان اعني التلاهي وعدم التناهي انعدم الخاص نعم ما عدا الكم بواسطة الكم يعني الكم اه لا يعرضه التناوع التناي بواسطة الكم. لا فيقال للجسم يعني للحجم انها متناهية او غير متناهي يعني منبسط باعتبار مقداره يعني الجسم متى يكون متنام باعتبار الكم؟ نعم وانما يلحقان اعني التناهي وعدم التناهي لو كان الان الاخراج الفني الان بعلامات العبارات تأتي واضحة لدى الطالب. يعني هكذا وانما يلحقان اعني التناهي وعدم التناهي ما بين خطين وانما يلحقان العدم الخاص العدم مفعول به العدم الخاص ما عدا الكم يعني من العدم الخاص؟ يعني غير الكم نعم بواسطة الكم يعني يعرضن اجسام فيقال للجسم انه متناهي او غير متناهي هنا الجسم الطبيعي متناهي وغير متناول يعني الزجاج الذهب النحاس باعتبار مقداره وليس باعتبار غير ما يقدر ويقال للقوة ذلك باعتبار عدد عدد الاثار تقول قوي علميا عندو ستين الف كتاب وباعتبار امتداد زمانه وقصر زمنه ويقال للبعد والزمان والعدد انها متناهية او غير متناهية. لا باعتبار لحوق طبيعة بها بل لذاتها. يعني الكم يكون متناهم بذاته غير متناهي بذاته لكن الجسم يعني الجسم الطبيعي يكون متناهيا او غير متناهي ببركة المقدار. او ببركة العدد يعني الكم قال وهما اعتباريا نعم من كان يعلم التناي بمجرد تسمع من العلامة الحلي او المحقق التونسي في الماتن كلمة اعتبار يعني ليس لهما متنا مستقلا ادعائيا يعني انت تأتي الى هذا هذا الزجاج متناهية نعم هل عندك زجاجة متن والتناهي متن او عدم التناهي ما تقول لا وانما الجسم اذا امتد ولا لم يتوقف يسمى اه لا تنهي. اما اذا توقف يسمى التناهي اذا هما نحو وجود وليس انحاء وجود وليست متونا واقعيات مستقلة فتكون من المعقولات الثانية الفهل سفيان اقول يريد به ان التناهي وعدم التناهي من الامور الاعتبارية لا العينين يعني ليس لها متن واقعي فانه ليس في الخارج ما هي يقال لها انها تناهي او عدم تناهي. بل انما يعقلان اكتب تحت اي عقلان معقولات ثانية فهل سفيان? عارضين. عارضا لغيرهما في الدين. في الدين يعني ان تتفكك بين الجسم والتلاهي فتقول جسم منتبه اما في الواقع الخارجي ما عندك الا الجسم بنحوه نعم قال الثاني اه الثاني الكيف يرسم واه ويقال الثاني الكيف الثاني الكيف اه كنا في الكم الثاني الكيف ويرسم يعني كملنا البحث عن الكم الآن الكيف. كيف مثلا الألوان الكيف محسوس يأتي اربع مصاديق له سيأتي يبدأ بالتعريف فقط التعريف الرسمي الثاني الكيف ويرسم قيود عدمية تخص تخصه جملتها بالاجتماع. جيد خلينا ننفتح على بحث كل التعريفات بدون استثناء ما عندنا جنس وفصل ما عندنا جنس واصل يعني اذا رتبنا تعريفا بالجنس والفصل من صنع الذهن ما عندنا في الواقع هكذا امر نعم من صنع الدين كل الاشياء كانت ما هي جوهرية او ما هي تعرضية استثني واجب الوجود كل المخلوقات جوهرية كانت او عرضية. كلها تعرف باللوازم ما عندنا واقعيات اه اه واقعيات نصل اليها في كونها في جنسها الحقيقي وجنسها وفصلها الحقيقي ابدا. شوف الإنسان انسان عندو واقعية اه بدن يعني مادة ونفس ناطقة يعني نفس ناطقة ويقولون حيوان ناطق. تعال للحيوان الناطق الحيوانة مية فككها اه جسم نام حساس متحرك بالارادة والناطقية الناطقية فالتعريف ماذا يكون جسم نام حساس متحرك بالارادة ناطقه. ارجع الى الجسم ما هو? جوهر ممتد جوهر ممتد روح الى الجوهر ماهية قائمة بنفسها ممتدة رجعت الى الما هي ما هي ما هي اه انت راك في صدد تعريف هذه المائية فاخذت المعية ما هي حتى الماهية مفهوم فلسفي اذا ما هي? مفهوم فلسفي يعني حيثية القيام بالنفس حيثية الإمتداد حيثية النمو حيثية الحركة حيثية حساسية حيثية الناطقية علم علم عرض ليس من مكونات الانسان من شؤونات الانسان وليس منكم مكوناته يعني حقيقة الانسان ليس علم علما يتعلم نعم العلم على انظر عرفنا الإنسان كله بلوازم لماذا? لان الحقائق لا نصل الى كونها. لا نصل الى كونيا انا دائما اقول هذه القاعدة في التعريفات نعرف بالجيران. الجيران يعني ما يلف الشيء من امور ثبوتية او عدمية كما يقول. الثاني الكيف ويرسم يعني يعرف بتعريف رسمي. بقيود يعني بقي يعني حيثيات عدمية تخصه هو تخصه جملتها بالاجتماع حال الاجتماع في في التعريف. يعني اذا اجتمعت اجتمعت يعني نفهم هذا الكيف اقول لما فرغ عن من البحث عن الكم شرع في البحث عن الكيف وهو الثاني من الاعراض التسعة وفيه مسائل المسألة الاولى في رسمه. يعني آآ تعريفه باللازم اعلم ان الاجناس العالية الجلسة العارية ما هي? الجوهر والكم والكيف والاظافة والجدا ان يفعلوا وان لا يفعلوا والوظع والاين والمتن هذه الاجاس العالية نقول لا يمكن تحديد تحديدها ما هو السر لبساطتها لماذا بسيطة? لان حيثيات لهويتنا بل ترسم بامور اعرف منها عند العاقل يعني ما يلفها هذه هي التعريفات ما عندك الا هذه الحيلة حيلة معرفية نعم تروحي ما يلازمها دائما تجدها مع بعض الأمور. تأتي الى هذه الأمور وتجمعها بشكل منطقي</w:t>
      </w:r>
    </w:p>
    <w:p>
      <w:r>
        <w:t>تفهم شيئا هذا الفهم معرفيا يكفي في علم الحصول يكفي والرسم انما يتألف من خواص الشيء وعوارضه يعني ما يلفه ولما كانت العوارض قد تكون عامة وقد تكون خاصة. عامة يعني يشاركه فيها غيره قد تكون خاصة به والعام لا يفيد التمييز تقول الانسان ما هو حيوان حتى الاسد حيوان لا يميز لا لا يفيد التمييز الذي هو اقل مراتب التعريف. لانها من اقل مراتب التعريف ان يميز لا تصل الى حقيقة شيء على الاقل ميزه لم تصلح العوارض العامة للتعريف الا اذا اختصت بالاجتماع بالمهية المرسومة. الا اذا اختصت بالاجتماع يعني نجمعها مع امور تفيد كما يقال في تعريف الخفاش انه الطائر الولود هل هذا يكفي نعم يعني الدجاجة لا تلد نعم ولما لم يوجد لهذا الجنس خاصة تفيد تصوره توصلوا الى تعريفه بعوارض عدمية كل واحد منها اعم منه. لكنها باجتماعها خاصة به. نعم. يعني شوف تأتي الى امور عامة يشاركه فيها غيره امور خاصة تجمعها تخلطها تميزه. الملاك هو التمييز. وهذا مبنى شق الاشراق. في شيخ الاشراق لا يؤمن لا بالجنس ولا فصل يقول انا التعريف عندي ما يميز كيف شيخنا يميز? تقول تأتي العوارض العامة والعوارض الخاصة جمعها تميزه عن باقي الواقعيات خلاص يكفي ملاك عنده التمييز ليس كل شيء نعم فقالوا في تعريفه يعني تعريف الكيف انه هيئة قارة يعني يخرج الزمن والحركة والسرعة لا يتوقف ولا يتوقف تصوره على تصور غيرها خرجت الاضافة ولا تقتضي القسمة خرج الكم والكم بشقه المتصل والمنفصل ولا قسمة في محلها اقتضاء اوليا. نعم يعني خرجنا الاضافة وخرجنا الزمان والمكان وهذه الامور اه فتميز هيئة قارة خرجت الزمن والحركة والسرعة كل ما هو كم متصل غير قار. لا يتوقف تصور تصور غيره. خرجت الاضافات تحتية لا يمكن تعرفها الا بفوقية ولا تقتضي القسمة خرج الكم والكيف اه خرج الكم الكم بيسقيه الكم المتصل والمنفصل لا تقفظ القسمة ولا القسمة في محلها اقتضاء اولي. نعم. اه يقتضي القسمة بطريقة عرضية ثانوية نعم. يعني تاخذ قماش ابيض تقسمه ما ننقسم لامتداد قل بياض وانقسم تقول بالعرض. قسمة ثانوية وليس بالاقتضاء الاولي ثم يأتي على منحني يفكك هذا التعريف. يقول فقولنا هيئة يشمل جميع الاعراض التسعة ويخرج عنها الجوهر. لان الجوهر ليس هيئة. الجوهر ذات وقولنا قار يخرج عنه الحركة والسرعة والزمان وليس وما ليس بقرار من الاعراض نعم يعني الحركة والسرعة والزمن. وقولوا لا يتوقف تصورها على تصور غيرها يخرج عنه الاعراض النسبية. كل الاعراض النسبية يعني تقول كونه في يعني يخرج الإضافة والأين والمتى والوضع نعم  وقولنا ولا تقتضي القسمة ولا قسمة في محلها يخرج عنه الكم الكم اه المتصل والمنفصل والوحدة والنقطة النقطة داخلة في في الكم. والوحدة نعم ما به الكم اه صحيح وقولنا اقتضان اولي ليدخل في المحدود العلم بالاشياء التي لا تنقسم فانه يقتضي اللا قسمة مع انه من للكيف. لان الاقتضاء لذلك ليس اوليا. بل لوحدة اه المعلوم الانقسام في في الكيف دائما بالعرظ نعم العرف لا يدرك هذا الأمر يقول قسمت اللون وما قسم اللون قسم قسم المقدار قسم المقدار نعم ولكن هو يفهم انه قسم قال له جيد المسألة الثانية في اقسامه واقسامه اربعة هادي مهمة جميلة في حياة الانسان العلمية والعرفية اقول كيف له انواع اربعة يعني الكيف جنس من مقولة عالية نعم يندرج تحته الانواع الكيفيات المحسوسة كالالوان كالسواد والحرارة والبرودة والرطوبة الكيفيات المختصة بذوات الانفس كالعلوم والارادة والظنون والحسد والحب والخوف ثالثا الكيفيات الاستعدادية كالصلابة والليل الرابعة الكيفيات المختصة بالكميات. الزوجية والانحناء والاستقامة وغيرها نعم هذه كلها كيفيات للكم تقول آآ عندك امامك تفاحتان زوجية  فردية الانحناء خط منحني خط مستقيم وهكذا  هذي تقسيمات فقط تشريح للمعنى. معنى الكيس والمسألة الثالثة في البحث عن المحسوسات نعم يدخل في كيفية المحسوسات هي الاولى. اقول الكيفيات المحسوسة يعني فيه انسان يلمسها يلمسها ليس بمعنى اللمس مطلقا يلمسها بعينه باذنه الكيفيات المحسوسة ان كانت الراسخة عسرة الزوال سميت انفعالية لانفعال الحواس منها اولا سريعا وان كانت غير راسخة بل سريعة الزوال سميت انفعالات قل لي شيخنا ما هذا؟ يقول كذا تقسيم اصطلاحي فقط. تقسيم اصطلاحي بملاك واقعي عندنا كيفية محسوسة راسخة كيفية محسوسة زائلة سريعة الزول هذي تسمى انفعاليات وتلك انفعالات وهي وان لم تكن في انفسها انفعالات لكنها لقصر مدتها وسرعة زوالها منعت اسم آآ موني عبد آآ آآ اسم جنسها واقتصر في التسمية على الانفعالات. نعم باعتبار سريعة الزوال نعم المسألة الرابعة في مغايرة الكيفية الاشكال والامزجة وهي مغايرة للأشكال لاختلافهما في المحل الشكل امر عدمي لكن الكيفيات لا الكيفيات الانسان يشعر بها اما الأشكال يعني هاد الجسم يعني هذا كأنه دفعي دفع اشكال منهم من يعتقد ان هذه الكيفيات المحسوسة هي الاشكال. لا لا لا ليست هي الاشكال نعم الاشكال الاشكال نهاية الجسم يعني بعد ما ينتهي الجسم تحس به انت نعم وهي مغايرة للاشكال لاختلافها ما دليل تعليل لاختلافهما في المحل. اصلا الشكل لا محل له لان امر عدمي امر عدم الاشكال كلها امر عدمي. يعني الان انت ترى شكلي انا. شكلي ما هو جسم متناهي الجسم اذا تناهى بطريقة ما يسمى الشكل. فالشكل امر عدمي وليس امر ثبوتي كالمحسوسات. اقول ذهب قوم من القدماء الى ان هذه الكيفيات هي نفس الاشكال قالوا لان الاجسام تنتهي في التحليل الى اجزاء صغار تقبل القسمة تقبل القسمة الوهمية. لا الانفكاكية لصغارها وتلك الاجزاء مختلفة في الاشكال نعم مختلفة في الاشكال فالتي تحيط بها اربع مثلثات تكون مفرقة للاتصال الاتصال فيحس هنا بالحرارة مبنى قديم فالتي تحيط بها اربعة مثلثات اه فتكون مفرقة لاتصال مفرقة لاتصال العضو فيحسون بالحرارة. يعني اذا وضع العضو يده على هذه آآ ادي الامر الذي احاطت به مثلثات اربع مثلثات تتفكك ذاته تتقطع اوصاله فيشعر بالحرارة. اذا الحرارة تقطع الأوصال والتي تحيط بها ست مربعات تكون غليظة غير نافذة. فيحس منها بالبرد والذي يقطع العود الى اجزاء صغار ويكون شديد النفوذ هو المحرق كالحريف والمراق الى ذلك التقطيع هو الحلم والذي ينفصل منه شعاع مفرق البصر هو الابيض والذي ينفصل منه شعاع قابض البصر البصر والسواد ويحصل من اختلاطهما باقي انواع الالوان نعم لا العنوان لا يختلط من البياض والسواد لان العلوم التجريبية وضحت الالوان اللون هو مركب وليس بالاختلاط هو مركب يعني اللون الابيض الذي نراه ليس بسيطا في حد ذاته. هو مركب من الوان متعددة هذا كله مبني على الفيزياء القديمة او على الفيزيولوجية القديمة او او علم المناظر القديمة او علم الضوء القديم نعم والمحققون ابطلوا هذه المقالة بان الاشكال والالوان مختلفة في المحمولات فيحمل على احدهما بالايجاب ما يحمل على الاخر بالسلب. يعني انظر هذه القاعدة العقلية. ولهذا قلت لكم المنطق ليس علما المنطق مع</w:t>
      </w:r>
    </w:p>
    <w:p>
      <w:r>
        <w:t>ان يرمى قبل العلم ما قبل العلم لا يكون علما لان اذا كان علما يخضع لقواعد المنطق بذاته نعم انظر ماذا يقول يقول آآ ما الدليل على ان الشكل غير غير الكيفيات المحسوسة يقول آآ وابطلوا هذه المقالة بان الاشكال والالوان مختلفة الالوان يعني الكيفيات المحسوسة مختلفة في المحمولات فيحمل على احدهما بالايجاب ويحمل الاخر بالسلب. يعني هذا هو القياس الشكل الثاني اذا اردت ان تفهم ان هذه الهوية غير هذه الهوية تجي بالشكل الثاني كيف تحمل على هذه محمولا وعلى تلك نفس المحمول بالايجاب والسلب يعني هذه تلازم هذا المحمول يناسبها في ذاتها. وهذه لا يناسبها. اذا فيه فراق بينما هي الاولى والماهية الثانية نعم. فيلزم تغيرهما بالقاعدة العقلية وهو الشكل الثاني. بالضرورة قطعا وبيانه ان الاشكال ملموسة غير مضادة والألوان مضادة غير ملموسة لاحظت كيف? الأشكال الملموسة علي مسامحة نقول ملموسة وهي اشكال امور عدمية. تسامحا نقول انت لا تلمس الشكل. تم مجرد تلمس آآ تلمس اه منحوتا ما صنم الماء تمثالا ما تلمس المادة ليس الشكل يعني تلمس السطح و لسة الشكل لكن مع مع المسامحة نقول وبيانه ان الاشكال ملموسة وغير مضادة الاشكال موضوع ملموسة غير مضادة محمول. والالوان متظادة غير ملموسة. نعم الالوان لا تلمسها بهاديك الالوان تبصر ولا تلبس والاشكال تلمس تسامحا نقول تلمس. حملت محمولا على الاشكال غير المحمول على هو نفس المحمول على الالوان ولكن بالايجابي والنفي. يعني الشكل الثاني تقول الف باء جيم لابا يعني الف غير جيم الف لام وبيانه ان الاشكال ملموسة غير وغير مضادة والالوان المضادة غير ملموسة. وايضا الاشكال مبصرة والحرارة والبرودة ليس كذلك الأشكال المبصرة المفصول هو الالوان وليس الاشكال باش كان امور عدمية لا يمكن. المهم صحيح الأشكال غير غير الكيفيات المحسوسة ابدا ذاك امر عدمي وذاك امر ثبوتي نعم لكن بهذه الادلة لا. يعني الاشكال تبصر لا الأشكال ملموسة? لا. تسامحا  والمزاج لعمومها تقول قد تكون هذه الكيفيات الكيفيات المحسوسة هي المزاج المزاج ما هو قلنا اعتدال الكيفيات الاربع الرطوبة و اليبسة والحرارة والبرونة ما فيه زيادة لاحد الاطراف فيعتدل المزاج اذا اعتدل المزاج نحس بهذه الامور ليس هكذا والميزات لعمومها. هذه عام من المزاج. اذا هذا كذلك قول غير صحيح ان هذه الكيفيات المحسوسة هي المزاج. اقول ذهب اخرون من الاوائل يعني الفلاسفة الى ان الكيفية هي الامزجة وهو خطأ لأن الميزات كيفية متوسطة بين الحار والبارد. يحصل من تفاعلهما. تفاعل يعني كسر الإنكسار. والحرارة والبرودة من الكيفيات الملموسة. فيكون المزاج منها فاللون والطعم مما ليس بملموس يكون مغايرا للمزاج وان كان تابعا له لكن التابع غير المتبوع. نعم فاللون بعد اعتدال المزاج تابعا له نعم لكن لا يعني انه هو نعم المزاج عندو علاقة بالحرارة والبرودة واليوبوس والرطوبة ولا علاقة له بالألوان نعم اذا كيفيات المحسوسة ليست هي المزاج. المسألة الخامسة ان شاء الله يأتي بيانه وهي في البحث على الملموسات نعم لم يوسع اه الكيف المحسوس. نأتي ان شاء الله في المسألة الخامسة في البحث عن الملموسات ما هي? الحرارة والبرودة والرطوبة واليوبوسة نعم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