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في المحسوسات يعني الكيفيات المحسوسة. ووصلنا الى المسألة الخامسة للبحث عن الملموسات قال فمنها اوائل الملموسات وهي الحرارة والبرودة والرطوبة واليوبوس. هذه التي هي تنواجد كذلك في الانسان واذا اعتدلت يتحقق ما يسمى بالمزاج في الواقعيات المادية كذلك موجودة. تجد شيئا حارا او شيئا باردا او رطبا او يابسا اه يحدث تأثير وتأثر كثير من المادة الخارجية وتأثر من الانسان هذا التأثير والتأثر و ارضية خاصة فيزيولوجية على مستوى الجلد والاعصاب والدماغ تلقى النفس الى ادراك متعلق متعلق الشيء وهو المحسوس يعني اما الحرارة او البرودة او الرطوبة واليوبوس والبواقي منتسبة اليها. يعني باقي الملموسات تندرج تحت هذه الكيفيات الاربع. اقول لما كانت الكيفيات الملموسة اظهر عند الطبيعة يعني هي مشهودة اظهر يعني مشهودة. تضع يدك على الثلج تشعر بكيفية وهي البرودة امر شهودي سميها تجربة حسية نسميها الشهود سلميها اسميها علم حضوري اه كما تشاء يعني الشهود الحسي ببرودة الثلج يرقيك الى ادراك اخر وهو ادراك عصر البرودة. التي لا تطالب فقط هذا الثلج تكون عامة وهذا هو المفهوم العقلي الكلي للبرودة ان شاء الله هاذي كلها تأتي في باب العلم نعم لما كانت الكيفيات الملموسة اظهر عند الطبيعة لعمومها من الشاملة بالنسبة الى كل حيوان لماذا قال الحيوان لأن حتى الحيوانات عند هذه الإدراكات والا لما عاشت تموت سريعا نعم هذه عناية الهية بالحيوان قدم البحث عنه عن هذه الكيفيات واعلم ان الكيفيات الملموسة اما فعلية او انفعالية هنا الفعلية والفعلية باعتبار المادة مادة رخوة او المادة الصلبة. والا في الادراك دائما تكون مؤثرة والانسان متأثرا شرط الادراك الحسي هذا بالملموسات ان يكون هناك تأثير وتأثر فالمادة بهذه الكيفية تؤثر في الجلد وثم في اعصاب والمخ هادي كلها امور فيزيولوجية معدة ثم النفس تدرك بالشهود الحسي المتعلق يعني اما البرودة او الحرارة او الرطوبة واليوبوس فقسمها بالتقسيم باعتبار المادة اما فعلية اللي هي فاعلة مؤثرة او ان فعلية يعني متأثرة. او ما ينسب اليهما من هذه من الفعلية والانفعالية فالفعلية فالفعلية كيفية يعني بالنسبة الى المتعلق بانه عندنا الحرارة والبرودة والرطوبة اليوبوسة. اثنان فعليان واثنان اه انفعالية الفعلية كيفيتان وهما الحرارة والبرودة  حرارة فاعلة والبرودة فاعلة والمنفعلة اثنتان هما الرطوبة واليوبوسة نعم ونعني بالفعل ماذا تعني بالفعلية ما تفعل الصورة بواسطتها في المادة نعم يعني في مادة ماذا? الجل الانساني حين الاحتكاك والمنفعلة ما تنفعل المادة باعتبارها وانت اذا وضعت يدك على الماء تدخل ما لا يقاوم فهو انفعالي يعني باعتبار المادة اما في قضية الادراك لا قضية الادراك دائما الانسان هو المتأثر والمادة الخارجية مهما كانت اه هي فاعلة والا لا يحدث الإدراك. نعم وانما كانت الاوليان فعليتين والاخريان منفعلتين وان كانت المادة تنفعل باعتبارهما نعم لان الاولين الاوليين فعلا في الاخريين دون العكس نعم لان الحرارة دائما هي تؤثر وتقطع نعم والبرودة تجمع والرطوبة دائما تقبل ولهذا الماء دائما قابل من فعل واللبوس كذلك تضرب انت بالمطرقة على اليوبسة وتتكسر نعم لان تعليل لان الاولين تفعلان في الاخريين دون العكس. واما باقي الكيفيات الملموسة كاللطافة والكثافة واللزوجة واللزوجة والهشاشة والجفاف والبلة والثقل والخفة فإنها تابعة لهذه الأربعة يعني تندرج تحت هذه الكيفيات الملموسة العامة قال يدخل في الحرارة. فالحرارة جامعة للمتشاكلات مفرقة للمختلفات والبرودة بالعكس اي نعم البرودة مفرقة للمشاكلات وجامعة للمختلفات. اقول الحرارة من شأنها احداث الخفة عد طبيعة الحرارة خفيفة لان عندهم في يعني الكيفيات الاربعة النار تقع فوق عندك تراب ما هوى ثم نار يعني طبعها الفوقية فتكون خفيفة تصعد يقول الحرارة من شأنها احداث الخفة والميل الصاعد تصعد ويحصل بسبب ذلك الحركة طبعا  الفوق الفوق يعني الصعود حركي فاذا اوردت الحرارة على المركب وسخنته طلب الالطاف الصعود ولهذا الماء اذا وضعت الى فيهما على النار تجد الماء يتبخر ويصعب نعم وسخنته طلب الالطف الصعود قبل غيره. طبعا اللطيف يصعد لسرعة انفعاله فاقتضى ذلك تفريق اجزاء المركب المختلفة فاذا صعد الالطف جامع اه جامع مشاكله. فمن هنا قيل انها تقتضي جمع المتشاكلات وتفريق المختلفات والبرودة بالعكس. نعم البرودة بالعكس احيانا اه التقطير ما معناه التقطير ما مقطر? يضعون الماء هذا الماء فيه عناصر مشوب بين عناصر ما عندك ما مقطر خالص في الطبيعة. لا يمكن حين يده لا تقتض ذلك ان الماء يحمل معه عناصر تفيد الانسان تفيد الزرع يفيد الحيوان ويضعون في الماء في اناء ويضعون يضعونه تحت النار فيتبخر يتبخر يجمع هذا الماء المقطر هذا الماء المقطر غير مشوب ما فيش شائبة. لماذا? لان الماء اذا تبخر وهو لطيف يصعد والرسوبات تبقى. اذا ليست ليست آآ اه لطيفة حركتها اه عن النار لا لا تصل الى درجة ان ترفع هذه الرواسب فتبقى فيستخرجون هذه الرواسب جانبا والمال مقطر وهذا الماء المقطر لا يصلح للشرب لان ما فيه ما فيه معادن ما في معادن نعم ممكن يرفع العطش ولكن ما في فائدة اه لجسم الانسان نعم ولهذا يقول فاذا صعد الالطف ترى بخارك جمع مشاكله يعني يتسالخ ويجتمع ممن اه ما هو الطف مثله فمن هنا ومن ها هنا قيل انها تقتضي جمع المتشاكلات وتفريق المختلفات يعني شوف هذي قطرات الماء المقطرة تفترق عن هذه الرسوبات من هذه الرسومات الثقيلة قد يكون هناك حديد قد يكون هناك نحاس قد يكون هناك  نعم فتبقى في القاعة لا يستخرجها الانسان وآآ يجمع الماء المقطر ويقول هذا ماء مقطر يستفاد به في الطب وفي امور اخرى واما البرودة فانها بالعكس. نعم هي تفرق المتشاكلات نعم متشابهات وتجمع المختلفات نعم طبيعة البرودة هكذا ويعتبرونها كذا نعم. قال وهما متظاضتان نعم اقول الحرارة والبرودة كيفيتان ووجوديتان يعني اعرض بينهما غاية التباعد فهو متظادتان يعني يصدق عليهم عنوان التضاد عنوان التضاد ما هو عرضان يعرضان موضوعا واحدا بينهما غاية الاختلاف بشرط انهم يندرجان تحت جنس واحد وهو الكيفية الملموسة ديال الفئة الملموسة تتجلى في البرودة وتتجلى في الحرارة. اذا كانت البرودة في موضوع لا تكون الحرارة واذا كانت الحرارة لا تكون برودة هذا هو التضاد نعم ولم يخالف في هذا الحكم احد من المحققين. وقد ذهب قوم اه غير محققين الى ان البرودة عدم الحرارة عما من شأنه ان يكون حارا يعني بينهما ملكة وعدم عدم الملكة يعني الحرارة هي عدم البرودة والبرودة هي عدم قرارا فيكون التقابل بينهم وتقابل عدم الملاكة وهو خطأ. لماذا? لان ندرك من الجسم البارد</w:t>
      </w:r>
    </w:p>
    <w:p>
      <w:r>
        <w:t>كيفية زايدة على الجسم? نعم الجسم شي والعراض شي الجسمية المطلقة يعني هذا الامتداد المطلق ولعدم غير مدرك. فالبرودة صفة وجودية نعم. هذا دليل جميل الاعدام لا تدرك الا بالقياس. بالقياس الى غياب الكمال معنا نحن ندرك البرودة. البرودة امر وجودي. تضع يدك على الثلج تحس بالبرد لم لا تحس بعدم الحرارة يعني الثلج بارد حقيقة ليس حقيقة فقدت فقدت الحرارة. يعني ملكت الحرارة لا لا نعم اذا جاءت الحرارة فككته وبخرته ان هي اه تفرق المختلفات اما ان الحرارة من شأن الثلج ان يتصف بالحرارة وفقد هذه الملكة لا لا خطأ لاننا ندرك البرودة حقيقة اذا ندرك امرا وجوديا. نعم هذا دليل صحيح قال وتطلق الحرارة على معان اخر مخالفة للكيفية في الحقيقة. هنا بحث تصوري بحتة صورية بمعاني اخرى للحرارة ليست من الكيفيات الملموسة بحث تصوري فقط. اقول لفظة الحرارة تطلق على معاني. يعني بالاشتراك اللفظي احدهما الكيفية المحسوسة من حرارة النار والثاني الحرارة المناسبة للحياة وهي شرط فيها وتسمى الحرارة الغريزية اه الانسان الميت لماذا ميت? لانه فقد الروح الحيوانية نروح الروح الحيوانية يعني فقد تلك الحرارة اه انتم لاحظتم ذلك اذا ذبحنا خروفا والدم يخرج يخرج بخار بخار  لماذا? لان الدم اذا تحرك في في الانسان هذه الحركة تحدث ماذا تحدث حرارة وهذه الحرارة تحدث في البدن روح بخارية هادي الروح البخارية هي التي تكون برزخا بين البدن الانساني كل البدن الانساني لان الدم يتحرك في جميع اعضاء الانسان فتحدث هذه الروح البخارية على مستوى جميع البدن تكون مسالخة لماذا? للروح الناطقة يدها شفافة ورقيقة لطيفة باتت تتعلق النص الناطق ببدن الانسان الحيوان ما عنده النفس الناطقة عندو نفس حيوانية يقولون فقط هذا هذه البخار فاذا قلت نعم فاذا ذبحت الخروف تجد اه هذا الخروج الدم هذا البخار تجد حار وبخار نعم هذه امور ترجع الى الفيزيولوجية ومن يريد ان يهتم بهذه الامور خصوصا في الانسان نعم في كتب قيمة وجميلة جدا في هذا الامر من يريد ان يطلع خصوصا بالانسان نعم الذي يهتم بعلم النفس والادراك نعم انا اؤمن صدقوني اؤمن بالتخصص في الحوزة نعم وهذا في الغرب انيسة في الغرب من زمان اه انتبهت الى هذا الامر وجعلت التخصصات تجد اه عالم من علماء الدين مختص بالادب عالم بالادب يعني لا يفوقه بالغرب من العلمانيين والحداثيين ولا في الادب ايات في الادب في البلاغة وفي اللغة تجد عالم الاية في الفلسفة. ذاك اية في الهرمونات يعني في التأويل والتفسير نظر في ذلك ضعف نظر في ذلك بالعكس يعطي قوة للحوزة حتى بعض شخصيات كبيرة قال انا اؤمن بالاجتهاد حتى في الفقه تخصص في الفقه لكن متخصص في البيوع ذاك متخصص في الحج وذاك متخصص في كذا وكذا ومعلش الامة ترجع الى المتخصص. اين البأس في ذلك? لان هذا هذا التخصص في كل العلوم الان العمل المؤسساتي هو الفاعل وليس العمل الفردي هذه اشتراك اشتراك لفظي هذه الحرارة تسمى الحرارة الغريزية غير الحرارة في النار وهي مخالفة لتلك في الحقيقة. يعني مخالفة للحرارة التي هي كيف كيف محسوس لان تلك مضادة للحياة نعم اذا لمستك النار انت تموت تتقطع اوصالكم اما هذه الحياة يعني ملاك الحرارة الغاليزين ملاك الحياة اذا اختلاف نوعي والثانية شرط فيها يعني الحرارة الغريزية شرط في الحياة المعنى الثالث حرارة الكواكب النيرة وهي مخالفة لما تقدم حرارة الكواكب هذا يرجع الى ماذا? الى الفيزياء الكونية هي التي تفتي في هذه المسائل نعم وليس آآ الفيلسوف والان الفيزياء الكونية في في امريكا متقدمة تقدم عجيج عجيب. المهم هذا بحث تصوري عندنا حرارة كيف ملموس وعندنا حرارة غاليزية ملاك الحياة الانسان وحتى في الحيوان وعندنا حرارة الكواكب التي ترجع الى علم الفيزياء الكونية نعم قال والرطوبة يعني بعدما انتهى من الحرارة وعرفها وحددها وقسمها الى اقسام بالاشتراك اللفظي دخلت الرطوبة قال والرطوبة كيفية تقتضي سهولة التشكل نعم ولهذا الماء انه رطب يتشكل باشكال متعددة وليبوس بالعكس ليبوس لا نعم صعب التشكل. نعم ولهذا التعاون مع شخص يابس صعب جدا. نعم صعب لانه عنده اتجاه واحد فقط يابس ما يتغير اقول الرطوبة فسرها الشيخ يعني الشيخ الرئيس بانها كيفية تقتضي سهولة التشكل والاتصال والتفرق يعني الاتحاد والانفصال والجمهور يطلقون الرطوبة على البلة لا غير. نعم فالهواء ليس برطب برطب برطب عندهم لا الرطوبة في الهواء موجودة. العرف يدركه نعم يعني كلام الشيخ هو الدقيق. وعند الشيخ انه رطب وجعل البلة هي الرطوبة الغريبة الجارية على ظاهر الجسم كما ان الانتفاع والرطوبة الغريبة النافذة الى باطنه. نعم والجفاف عدم البلة عما من شأنه ان يبتل وليبوس مقابل الرطوبة. نعم يعني اليوبوس كيفية. كيفية لا تقبل التشكل ولا يقبل الاختراع الا بقوة فتقع في مقابل الرطوبة يعني ضد الرطوبة نعم. قال وهم متغاينان لليل والصلابة اقول الليل والصلابة من الكيفية الاستعدادية. نعم لين كيفية يكون الجسم بها مستعد للانغمار نعم شي لين ويكون للشيء بها قوام غير سيال فينفصل عن موضوعه. ولا يمتد كثيرا نعم ولا يتفرق بسهولة وانما يكون قبوله للغمر من رطوبة من الرطوبة لان الليل كيفية او حيثية من حيثيات الرطوبة وتماسكه من اليبسة والصلابة كيفية تقتضي مقابل ذلك. نعم. اذا اليؤوس يأتي التماسك يأتي الصلابة هذه امور كلها ترجع الى ماذا? الى الفيزيولوجيا الان علم الفيزيولوجيا هو الذي يهتم بهذه الامور. في ذلك الزمان العلوم لم تنقسم حتى علم النفس كان بعد لم تنقسم. علم النفس لم تخرج من من اه الفلسفة. هذه الامور كلها تغيرت الان انفصلت العلوم فزيولوجية صارت علم مستقل لأن علم النفس صار علما مستقلا نظرية المعرفة صارت علما مستقلا كثير من العلوم خرجت من الفلسفة العامة اذا خرجت من الفلسفة العامة تتعين بموضوعها وبمنهجها تأتي المسائل واضحة اكثر اما هنا لا يدرسا بعقل فلسفي تكون عامة وضبابية اكثر لماذا? لان ليس في موضوعها وليس في منهجيتها نعم كلما انشق علم كلما تعين علم الأصول لم يكن علما مستقلا نعم فبدأ الائمة والعلماء يؤصلون كلياته ثم تدريجا تدريجا صار هذا العلم والان فيه اه منهم من ينادي ان ان نخرج من داخله علم يسمى فلسفة علم الاصول لماذا? لان كما بينت لكم ذلك لان هذه معلومات جميلة للطالب العزيز وجدوا في علم الاصول مع تنوعه واتساعه وجدوا كثير كثيرا من القواعد لا تدخل في عمل في الاستنباط مباشرة لا دخل لها بالاستمار الفقهي لا لا يستخرج منها حكما ولا وظيفة عملي اذا ليست من علم الاصول من علم فلسفة علم المسلم يعني ما قبل علم الاصول مثلا تدخل في سجال طويل بين من يقول اه قبح الحيطة بلا بيان او حق اصل اصالة حق الطاعة كما يقول السيد الصدر رحمة الله عليه</w:t>
      </w:r>
    </w:p>
    <w:p>
      <w:r>
        <w:t>فالسجل المعرفي في هذا الأمر ليس له علاقة بالإستنباط مباشرة. اجعله في علم مستقل يسمى علم فلسفة علم الأصول ونعم هذا حق فيتأسس ان جديد تختزل الدروس يعني الطالب ممكن يدرس ثماني سنوات في الخارج يكفي ويدرس في المقابل ثماني سنوات في في طول واحد فلسفة علم الأصول يعني ثمان سنوات تكفي لدراسة هذا العلم كمقدمة وهذا العلم كمقدمة للإستنباط نعم مفيد جدا انفصال العلوم تقوي العلوم. وتخرجها من دائرة الامام. هنا يتعامل مع هذه الامور الفيزيولوجية اذا كنا في دائرة الاعضاء الانسانية والحيوانية هذا علم علم فسيولوجية او مرات تيكون عندو علاقة بعلم النفس نعم قال والثقل كيفية كتحمل حديدا تجد انه اه يدك تنزل اذن الحديث فيه كيفية في حالة خاصة والثقل كيفية تقتضي حركة الجسم لحيث ينطبق مار على مبنى القدماء ان هذه الاشياء التي فيها ثقل دائما تروح الى محلها مركزها الان تسمى الجاذبية الان تم الجاذبية نعم حركة الجسم الى حيث ينطبق مركزه على مركز العالم ان كان مطلقا والخفة بالعكس يخف عليه تقتضي اه الحركة فوق ويوقلان بالاضافة باعتبارين يعني آآ مسألة قياسية. نعم. اقول لما كان الثقل والخفة من الكيفيات المحسوسة صادرتين من الحرارة والبرودة يعني الحرارة تعطي تعطي الخفة والبرودة تعطي النزول والثقل بحث عنهما نعم لانها من خصوصيات البرودة والحرارة واعلم ان كل واحد منهما يقال بمعنيين حقيقي واضافي نعم قلنا نظرة ذاتية نظرة قياسية الثقل الحقيقي كيفية والثقل الحقيقي كيفية تقتضي حركة الجسم الى اسفل بحيث ينطبق مركزه على مركز العالم. يعني الجاذبية اذا لم يعقه عائق طبعا شرط عدم المنع نعم يعني هذا الكتاب الان على هذه المنضدة الزجاجية. لماذا لا ينزل? مع انه ثقيل لان فيه مانع الزجاج ننزع الزجاج يرجع الى مركزه قدماء يقولون المركز المركز العالم آآ نيوتن قال الجاذبية يعني فيه جاذبية بينه وبين الارض نعم يعني بين القمر والارض فيه جاذبية متعادلة الارض تجذب القمر والقمر يجذب يجذب الارض فيكون الاعتدال فيدور في مضاره نعم هذه امور داخلة بالتجربة كذلك اذا يقسم هذه الكيفيات الفرعية الى حقيقي وايدراجي. فالثقل الحقيقي كيفية تقتضي حركة الجسم الى اسفل. بحيث ينطبق مركزه على مركز العالم اي الجاذبية. اذا لم يعقها بينا العاق والخفة بالعكس صعود وهي كيفية تقتضي حركة الجسم نفوق بحيث يطفو على العناصر وينطبق ينطبق السطح على سطح الفلك وان لم يعقه عائق يعني يصعب يصعد حتى يحتك به بالفلك هذه المقاربة الحقيقية المقاربة الاضافية كيف يعني القياسية فانه يقال بمعنيين في كل واحد منهما يعني في تقلب الخفة. فالخفيف بالاضافة يقال بمعنيين. احدهما الذي في طباعه ان يتحرك في اكثر من مسافة في اكثر المسافة الممتدة بين المركز والمحيط مركز شيوا محيطي اه حركة الى المحيط وقد يعرض له ان يتحرك على المحيط ولا تظاد يعني من المحيط الى الاسفل. ولا تظاد اه ولا تضاد هاتان الحركتان. والثاني الذي اذا قيس الى النار نفسية كانت النار سابقة له الى المحيط فهو عند المحيط ثقيل وخفيف بالاضافة. نعم عند المحيض ثقيل ثم ينزل ينزل كلما نزل كم? كلما خاف هذه الامور كلها اه تجريبية وبحثها ليس هنا ليس لها علاقة بمقدمة العقيدة وحمل الكلام والالهيات سيتضح لك اذا وصلنا الى الالهيات سنستفيد ببعض ما قررناه هنا والكثير لا يدخل في الالهيات. ولهذا القوم المقدسة يدرسون فقط الالهيات بالمعنى الاخص لا يدرسون هذه الامور الالهيات بالمعنى الاهم لماذا? لانه الان تدرس في الفلسفة مستقلة كعلم مستقل. كثير من هذه الامور اخرجوها لانها تنتمي الى علوم اخرى قال والميل الطبيعي وقصر ونفساني الميل هو ما يسمى الان باللسان الحدثي في الفيزياء الجاذبية نعم الجاذبية يعني انت الان هذه الزجاجة الان. عليه هذا الكتاب اذا رفعت الزجاجة يعني شكلت زاوية زاوية فهذه الزاوية تجعل الكتاب ينحدر يعني يرجع الى اصله الى مركزه هذا هو الملف الان تسمى باللسان الحدت الحدثيين الجاذبية الميل طبيعي وقسري ونفساني. اقول الميل هو الذي يسميه المتكلمون اعتمادا وينقسم بانقسام معلوله عن الحركة الى طبيعي كميل الحجر المسك في الهواء والزق في الماء الى قصر والى قصر كميل الحجر الى فوق اذا رميت انت الحجر الى فوق يكن تحت حركة قسرية عند قصره على الصعود والى نفساني كمال الحيوان الى الحركة حال اندفاعه الارادي نعم هذا الميل الان يسمى آآ الجاذبية. الحيوان اذا تحرك الى ما يشتهيه من مأكولات نقول هذا له ميل يميل الى الحركة حالة اندفاعي ارادي يعني يريد اه شيئا يقول فأنه بين الايرانيين اذا قدم لك الفاكهة يقول يعني  اه تحرك مع تفضل نعم مأخوذة من هذا مأخوذة من رؤية فلسفية. نعم اذن الميل هو الاندفاع الى جهامة نعم قال وهو العلة القريبة للحركة نعم بدون الميل لا معنى للحركة وعلة قريبة نعم انا اذا رفعت الزجاج وتشكلت زاوية ما وصل اه منحنيا او الكتاب يتحرك فهذه علة معدة حركة الكتاب نحو مركزه نعم وهو العلة القريبة يعني الملح للحركة. باعتباره يصدر عن الثابت متغير. عن الثابت يصدر عن ثبت متغير نعم. او الان الكتاب ثابت ثابتة يعني انا ارفع الزجاجة بزاوية ماء ما كان ثابتا كالكتاب يتغير. يعني يتحرك نحو مركزي. اقول الميل هو العلة القريبة للحركة العلة القريبة يعني علة معدة. نعم. يعني شرط نعم وباعتبار تحققه يعني اذا تحقق هذا الويل يصدر عن الثابت شيء متغير يعني انت اذا اردت ان تدرب الحيوان يعني انت توجد هذه العلل المعدة توجد الميل الذي يشكل يدفعه الى الحركة نعم نعم وباعتبار التحقق يصدر عن الثابت يعني المستقر الساكن ماذا يحدث? يصدر شيء متغير. وذلك لان الطبيعة امر ثابت عندهم مبنى هوما الطبيعة تقتضي السكون بدون هذا الملة تتحرك نعم نعم اه آآ تي شاب يذهب الى الموصل مع الحشد واش فيه شاب لا في موطنه لان هذا عنده ارادة هاد حرك ارادته حرك ارادته لك لا فيبقى ساكنا هذا المبنى القديم ان الطبيعة تقتضي الثبات وتقتضي السكون وكذا القوة القصرية. القوة القسرية يعني انت ان هذا الشاب يذهب الى الى الموصل ولكنه لا يريد دائما يحن الى الى اصدقائه في الحي وكذا هذا في حالة قصرية الافضل ما يروح نعم وكذا القوة القصرية والنفسانية فيستحيل صدور الحركة المتغيرة عنها بدون هذا الميل فلابد من امر يشتد ويظعف بسبب مصادمات الموانع الخارجية. نعم. انا اترك الشباب والشباب يلهو ويلعب وانا اذهب الى الى الجبهة اه مملوء مملوءة بالمصائب وممكن اموت وممكن كذا. هذه هي المصادمات والموانئ نعم اذا اشتد الميل في الشاب خلاص يروح ويستشهد او ينتصر نعم فلابد من امر يشتد ويظع بسبب مصادمات الموانع الخارجية والداخلية نعم موانع الخارجية قد نعم عنده صديقة يريد يتزوج ويشكل اسرة مع</w:t>
      </w:r>
    </w:p>
    <w:p>
      <w:r>
        <w:t>المانع الداخلي ضعف الارادة وعدم الوعي نعم عدم غيرة على الوطن. كثير من امور هذا الامر هو الميل يصدر عن الطبيعة يعني ويقتضي الحركة يتحرك فيحصل باشتداده سرعة الحركة وشدتها وبضعفه ضد ذلك. فسرها كما فسرت انا اذن في امور جدا جميلة تساعد المبلغ كذلك لفهم مقتضيات الامور. مقتضيات الامور قال ومختلفه متضاد نعم عندك ما لي يريد الى الميل الى ادعى وميل حار يريد الى اللي يتحرك عصا بينهما تضارب تضاد. اقول يشير الى عدم امكاني نعم انتهى الوقت نعم انتهى الوقت وانا لم التفت ان شاء الله نكمل في الحصة القادمة.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