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اعزي الطلاب السلام عليكم ورحمة الله وبركاته ما زلنا معكم في هذه الكيفيات واكرر هذا الكلام ان التخصص ضروري في هذا الزمن نعم تخصص جدا ضروري في هذا الزمان. يعني الحوزوي العزيز يتخصص في علم في علمين اذا كانت عنده القدرة في ثلاثة لكن كل التخصصات لا يمكن لان العلوم توسعت كثيرا علم الاصول صار العلماء يشتكون من تضخمه فجماعة التخصص في هذا الجانب وجماعة اخرى لماذا? لان العلوم التي يحتاجها الحوزاوي في احتكاكه مع الناس توسعت الان اذا اردنا ان نحتك بالجامعات بالعراق مثلا جامعاتنا موجودة امامنا جامعة الكوفة مثلا قريبة من من النجف فهذه الجامعة لها تخصصات متعددة فكيف يرفض الحوزوي هذه الجامعة مثل الهية قيم الهية تحتاج الى ان ينظر الى هذه العلوم مثلا العلوم الاجتماعية العلوم الاقتصادية العلوم التربوية والعلوم النفسانية كلها اسسها من العقل الغربي العقل الحدثي الذي لا يؤمن باي قيمة الهية قايمة عليه وتجد هذا المدرس العزيز يزور الامام حسين عليه السلام وممكن يقوم الليل ممكن يتدين احسن منا لا لا نشك في ذلك الا انه يبتهج انه يفهم هذه المباني التي نشأت من من اتجاهات فكرية لا ابعدت الله تعالى من حياة الانسان وابعدت الانسان من القيم يعني بعدما ابعدت الله ابعدت الإنسان كذلك وصار الإنسان كالحيوان كالمادة نعم ينظرون اليه كواقعية مادية ويؤسسون لهذه العلوم وتأسست اخترقت اه جامعاتنا مع الاسف الشديد فنحن هذه امانة امانة الهية كيف نغذي هذه الجامعات بهذه العلوم. فيأتي هذا الحوزوي وتجده خلو من هذه العلوم كيف يؤثر لا يؤثر ابدا لا يؤثر يخرج لك واحد كاسيت القبانجي في بغداد يحرف الشباب جاهل ما يفتهم ويخرب الشباب والشباب تعرف انفعالي يريد الظهور ويريد الابهاء بعد ما يصل الى خمسين سنة خمسة وخمسين سنة ينتبه. اه انا كنت في ظلام لكن احد هذا الزمن الذي يثمر ويخدم الوطن يخدم الأمة راح. ضاع بعد انتهى بعد خمسة وخمسين سنة بعد انت لا تصلح لان شبابك كلها ضيعته في الظلال فينتبه اذا انتبه طبعا اذا انتبه. انا في تصوري التخصصات مهمة جدا لان حتى التخصص صارت صارت فروع حتى في التخصص صارت فروع. الان اذا جيت الى علم الاصول مباحث الالفاظ مستخرج من مباحث الالفاظ فلسفة اللغة واللسانيات المتعددة تداولية وعلم العلامات ولسانية الادراكية. يعني حتى في تخصصه تخصص واحد في داخل علوم وعلوم تحير العقل وصلنا الى هذه النقطة قال ومختلفة متضادة طبعا الميول او الميلو يضاد الميلو نعم هذه شهودية كذلك لا تحتاج الى برهان. اقول يشير الى عدم امكان اجتماع ميلين مختلفين. نعم نعم يأتيك صديق نعم بعد بعد الظهر او عصر مثلا وهو قد تغدى ببيته وجاء فانت تضع له الغداء لا لا يجد ميلا في في ذاته الميل الذي يحركه نحو الاكل لماذا انه شبعان? فيأتي التضاد لا يمكن ان يجمع بين الامرين وذلك يبين وجه الاختلاف. لان الميل يقتضي الحركة. قلت لكم هو علة معدة للحركة الى جهة والصرف عن اخرى يعني يترك الجهة الى جهة اخرى هادي هي الحركة فلو اجتمع في الجسم ميلان لاقتضى حركته وتوجه الى جهتين مختلفتين وذلك غير معقول اجتماع نقي غير معقول يرجع دائما الى الى المعايير العقلية. هذه المعايير العقلية هذه المعارضة العقلية لم تدرس مع الاسف الشديد  تخصص مستقل انا الى الآن تجد اه عالما فذا يثير اضاءة في كتاب من كتبه في محاضرة من محاضراته لكن لا يعمق المسألة. لماذا? لاننا لم يكن في صدادي بيان هذا الامر لو جمعت هذه الاظاءات ونقحت ترى علما علم المعايير العقلية. نعم. يعني اجتماع النقطتين ومبدأ الهوية. هل هو حقيقة واحدة ام لا? حقيقتان وما العلاقة بين مبدأ الهوية واجتماع النقيضين وا مبدل السبب الكافي جدا تضيء الطالب في تعامله مع العلو تقول وذلك غير معقول لماذا? لانه اجتماع النقضين كمعيار لا يؤمن بحركة وعدم الحركة نعم في جسم واحد. نعم كما يجوز ان يجتمع في جسم واحد حركتان مختلفة كيف? حتما تكون حركة ذاتية وحركة بالعرض نعم حركة بالعرض احداهما بالذات والاخرى بالعرب كذلك يجوز استماع ميل ذاتي وعرضي نعطي مثال كحجر يحمله انسان متحرك انسان متحرك ويحمل حجرا فان الثقل موجود في يعني هذا هذا الحجر يميل الى ماذا? الى مركزه. عنده ميل يحركه نحو المركز. وهو ميله الذاتي. طبعا حال خرق الهواء به وهو ميل العربي يعني اذا رفعه الانسان الى فوق هذا الميل العربي ولكن قصري الذي هو للإنسان الذاتي الإنسان اذا ارتفع في الجو يرتفع معه الحجر. اذا الحجر كمل عنده انه ميل طبيعي وميل بتبع صعود الانسان  خذ هذه هذا المثال العرفي هذا الصعاد هذا فتشعر بهذا الامر بالشهود. فالجسم حامل شيء معه. الجسم يميل الى مركزه يعني الى النزول والحركة السعودية تعطيه ميل مختلف فهذا يجتمع لماذا? لنبيل الذات ومن العرض. اما ميل ذاتي مع ميل العرضي في ذاتي اخر هذا في جسم واحد هذا اجتماع محال نعم يقول كحجر يحمله انسان متحرك متحرك صفة للانسان فان الثقل موجود فيه في من? في الحجر. وهو ميله الذاتي عن النزول حال خرق الهواء حال صعوده في الهواء. وهو ميله العرضي يعني هو وصاعد مع الانسان في المصعد هذا من عرضي الذي هو للانسان ذاتي فاذا تجدد على ذي ميل طبيعي ميل قصر تقاوم السببان اعني الطبيعي والقاصر. وحدث ميل القاهر يعني الغالب منهما فان ان كان القاصر غالبا اخذت الطبيعة والموانع الخارجية من افنائه قليلا قليلا ثم تقوى الطبيعة ويأخذ الميل القصري في النقص مثل ترمي حجر الى السماء حجر هنا آآ يصل يصل الى نقطة في علم الفيزياء انا كنت ندرس علم الفيزياء في الجامعة يصل الى السرعة تساوي سافر هنا بدل بهذه القراءة القديمة يعني الميل خلاص انتفى انتفى. يقولون السرعة تصير صفر. يرجع تسافر سرعة صفر ناس ما في سرعة يعني ايه ما معنى? يعني هذا الميل القصري اثنته الطبيعة والموانع نعم انظر ماذا يقول نعم فاذا كان القاصر يعني الحجر صاعد في السماء. بحركة قصرية مغلوب على امره اه فان كان القاصر غالبا اخذت الطبيعة يعني طبيعة الحجر والموانع الخارجية الهواء والريح وكذا في افناء هذا القصر قليلا قليلا ثم تقوى الطبيعة ويأخذ الميل القصر في النقص حتى يصل الى سرعة الصفر والطبيعة في الزيادة الى ان يتعادل. تعادل يعني يصير السرعة صفر النقطة التي يرجع فيها الحجر الى مركزه. فيبقى الجسم عديم الميل. يعني السرعة صفر ثم تأخذ الطبيعة في الازدياد على التعادل فتوجد ميلا مشوبا باثار ضعف ثم يشتد الميل ويزداد الضعف</w:t>
      </w:r>
    </w:p>
    <w:p>
      <w:r>
        <w:t>فلا يمكن اجتماع ميلي طبيعي وقصري على حد الصرافة خلوص بل يكون الجسم ابدا ده حال متوسط بين الميل القصري الشديد والطبيعي الشديد والى الحركة تنتفي والى الحركة تنتفي. نعم هذه امور شهودية وتحليلية كذلك. وحقيقية هذاك بحث حقيقي. الان الفيزياء اه كممته تقول اذا تعادل الميل الطبيعي والقصري يعني السرعة تساوي صفر هذا التكميم الرياضي تكميمه الرياضي مقاربة رياضية للامر. اذا وصل الميل الطبيعي. الحجر يا وليدي ينزل والميل القصري يعني يريد يصعدو اذا اعتدلا يعني السرعة تساوي صفر يعني الميل القصري وصل الى النهاية فالجسم ماذا? يرجع ارجع الى مركزه نعم قال ولولا ثبوته يعني ثبوت الميل تساوى ذو ذو فاعل تساوى ذو العائق و عادمه عدم الميل. نعم اقول هذا اشارة الى الدليل على وجود الميل الطبيعي في كل جيس. يعني هذه الجاذبية الان تسمى حتى في الحيوان يقول جاذبية نحو الاكل نعم لا يهم المصطلحات يهم المعنى جاذبية ميل لا يهم هذا اشارة الى الدليل على ان على وجود الميل الطبيعي في كل جسم قابل للحركة القصرية يعني يقبل الحركة في مقابل طبيعته الحركة التي تضاد طبيعتك رمي الحجر في السماء وتقريره ان المتحرك اذا كان خاليا عن المعوق وقطع بميله القصري مسافة ما فانه يقطعها في زمن. نعم نعم حتى تصل السرعة صفر. نعم فاذا فرضناه آآ ومنون بالمعوق يعني منيا منوا يعني مني بالعوائق يعني ابتلي بالعوائق قطعها في زمن اطول نعم فاذا فرظناه ممنوا بالمعمعة وقطعها في زمان اطول لماذا لهذه الموانع? مثلا واحد ينتقل من النجف الى كربلاء في ازدحام سيارات. اه اليوم يقول قطاع وصلنا الى كربلاء في ساعتين زمان طويل فاذا فرضناه مع معاويق اقل من الاول على نسبة الزمنين قطعا في زمن مساوي لزمن عديم المعوقة نعم في ساعة نعم يعني طبيعة طبيعة الزمن من نجف الى كربلاء مثلا ساعة صعبنا تقديما لماذا? لان الازدحام خف نعم فاذا فرظناه مع معاويق اقل كلما اقل المعوق كلما ازداد السرعة ازدادت والزمن قل من الاولى يعني ذات الموانع الكثيرة على نسبة الزمنين قطعها قطع المسافة في زمان مساوي لزمان عديم المعوقة نعم وذلك محال قطعا طبعا مادام المعوق قليل الزمان يختلف نعم اه محال يقول انسان انا اقطع المسافة بين اه النجف وكربلاء اه تخيل مثلا فرضا ما في سيارة في الطريق الا سيارة ولا شرطة ولا سيطرة يقطعها مثلا في ثلاثين دقيقة ويقول انا قطعت ثلاثين دقيقة مع العوائق. هذا محال غير معقول هذا غير معقول ولهذا يقول فاذا فرضناه معاوي اقل. يعني في سيارات قليلة. من الاولى الاولى كانت عوائق كثيرة على نسبة الزمنين يعني الزمان الذي في عوائق والزمن الذي ليس فيه عوائق قطعها في زمان مساوي لزمان عديم المعوقة وذلك محال قطعا لامتناع تساوي زمان عديم المعوقة وواجب المعوقة يعني فيه سيارات وفيه سيطرة. هذه شهودية هذه شهودية. ولهذا الذكي ماذا يقول? يقول لا نذهب الان تخلي تخف الحركة ونذهب. لماذا? لانه يريد يقطع المسافة في اقل الزمنين قال وعند اخرين هو جنس بحسب عدد الجهات ومتماثل ومختلف باعتبارها يعني جنس له نوعان يندرج نوعان جهة مماثلة وجهة مختلفة الميل ليس طبيعة نوعية طبيعة جنسية. يعني له انواع متعددة. جميل اقول لما فرغ من البحث عن الميل واحكامه على رأي الاوائل عن الفلاسفة شرع في البحث عنه على رأي المتكلمين. نعم المتكلمون هم المعتزلة عادة المعتزلة الذين دخلوا في المعقول اما الامامية في ذلك الزمان كانوا مع ائمتهم عليهم السلام يأخذون العلم من ائمتهم والاشاعرة والسلفية يعني اهل الحديث في ذلك الزمان لا يؤمنون بهذه الامور. لا يؤمنون بهذه الامور اذا فيه في الساحة الفكرية اه ثلاثة اتجاه. اتجاهات. اتجاه امامي يؤمن بالامامة اتجاه معتزلي عقلاني واتجاه نصي اتجاه نصي. الذي كان يهتم كثير بالمعقول في علم الكلام اتكلم. فلاسفة خروج تخصصي او المعتزلة اذا قال المتكلمون المتكلمون المتكلمون يعني تنصرف الى المعتزلة الذين كانوا يؤمنون دخالة العقل في فهم مسائل عقيدة او مقدمات العقيدة. نعم. ولهذا يقول شرع في البحث عن رأي المتكلمين وهو جنس على رأيهم. يعني تحته انواع الميل جنس تحته انواع على رأيهم على رأي المتكلمين تحته اه ستة انواع بحسب عدد الجهات الست ثم قالوا يعني ميل يمينا ويسارا وفوق وتحتها اه عرض طوله. ثم قالوا انه منه ما هو مماثل يعني في تماثل تماثل قلنا التماثل افراد تحت ما هي نوعية واحدة نعم وهو كل ما اختص بجهة واحدة لان تساوي المعلوم يستلزم التساوي اه لأن تساوي المعلول يستلزم تساوي العلة القاعدة العقلية اه مادام هو اشار الى هذه النقطة لأن التساوي المعلوم يستلزم التساوي العلة يعني قانون وهنا قانون سنخي بلسان المتكلم لا يعرف معنى السلقية السنخية ما معناه? السنخية يعني العلة حينما تصدر المعلول او يصدر عنها المعلول اه اولا يجب ان تكون اشد من المعلول والمعلول اضعف منها. هذه هذا الشرط الاول. الشرط الثاني في مناسبة تامة بين العلة وبين المعلول مناسبة تامة. هذه المناسبة تقتضيها ماذا? تقتضيها طبيعة العلة وطبيعة المعلول. يسمى المسانخة او السنخية فلا يمكن للنار في طبيعتها تولد الحرارة. آآ تولد البرودة تولد الحرارة طبيعتها لان في طبيعتها فيها شيء خاصية هي تولد الحرارة ولا تولد البرودة هذه هي السلخية هذه هي السمقية فالذي اريد ان اشير اليه ليس هذه المسألة هذه نصيحة للطلاب الاعزاء في تعاملكم مع النصوص مطلق النصوص قرآنية روائية فقهية بالدعاء الزيارات مطلق النصوص الصادرة عن الائمة عليهم السلام الاخلاقية دائما ابحثوا عن الملاكات العقلية لا يمكن لهذه النصوص ان تتجاوز الملاكات العقلية اذا تجاوزت الملاكات العقلية لا تقبل لا تقبل نعم انت وانت ترى هذه الظاهرة عند فقهاء فقهائنا اختلاف الفقهاء في ماذا? اختلافات في تطبيق الملاكات العقلية على النصوص نعم ملاكات العقلية على النصوص نعم ثقة ما معناها او الوثوق ما معناه الوثوق الوثوق عن البحث عن الملاك العقلي لقبول الرواية نعم الوثوق يعني هذا عنده ملكة اخلاقية يعني فضيلة لا يكذب فقيه فضيلة في العادة الاخلاقية انه لا يصدر منه الكذب. لماذا? لان هذه الفضيلة الاخلاقية لا تسانخ الكذب ما في مصانخة بين الفضيلة الاخلاقية والكذب بناء على الثقة او الوثوق يقبل الرواية هذا هو الملاك ملاك العقلي ملاك العقل تبحثون دائما في النصوص مهما كانت هذه النصوص عن الملاكات العقلية وهذا هو الذي يجعلكم مجتهدين في هذا في هذه المادة اعمل التخصص. اذا اكتشافات هذه الملاكات العقلية والتي هي حكمة الله تعالى الطبيعية يعني لا تخرج عن الله تعالى. نعم النصوص حكمة واحياناية وتلك حكمة طبيعية نعم هنا يطبقها خرج هذا الملاك العقلي يقول لي ان التساوي المعلول يستلزم تساوي العلة يعني يجب ان تكون فيها صدقية. فالتماثل معناه تماثل يعني عندنا شيء</w:t>
      </w:r>
    </w:p>
    <w:p>
      <w:r>
        <w:t>يصدر عنه شيء وعندنا شيء يماثله حتما يصدر عنه الشيء هنا نفسه. نعم نعم ثم قالوا انهم منه ما هو مماثل يعني هذا هذه الانواع من الميل وهو كل ما اختص بجهة واحدة اختص بجهة واحدة حتما الحركة تكون واحدة لان التساوي المعلول الصادر عن العلة يستلزم تساوي العلة نعم لقانون السنقية ومنهم مختلف وهو ما تعددت جهاته. اذا تعددت جهات جهته حتما هذه الميول تختلف. واختلف ابو علي وابو هاشم ابو علي الجبائي وابو هاشم في مختلفه الان هذا الاب عالي الجبائي هاشم الجبائي يعني ابنه حقيقة ملاكات عقلية يتكئ الانسان في صنع مستواه المعرفي على هؤلاء معتزلة مستواهم ضعيف اه واحد منهم استاذ الاشعري اظن ابو علي ابو علي وابو علي او ابو هاشم لست متذكر المسألة درس عنده الاشعري تلاتين سنة ثم انشق عنه واسس المذهب الاشعري نعم. فقال ابو هاشم انه غير مرتضى لاجتماع الميلين في الحجر الصاعد قصرا وفي الصعد قسرا يعني هو يميل الى النزول ويصعد بقوة قاصرة وفي الحلقة التي يتجاذبها اثنان حلقة يجذبها اثنان. وقال ابو علي انه متضاد انا صدقوني انا لو كنت مكانكم هذا البحث اجعلوه جانبا ليس ليس ابو علي هو الذي يعلمني المعارف ولا اه ولا ابو هاشم والده او ابنه يعلمني يعلمني المعاريف لكن العلامة الحلي في زمانه هذا محيط مملوء بالمعتزلة اذا كان في زمانه المعتزلة هو يضطر ان يناقش هذه الامور اراد احد المصريين جماعة من تونس العالم العربي يسمى اليسار اليسار الاسلامي نعم شافو هذا اليمين الاسلامي منبطح مع السلطة يعني علماء منبطحون مع السلطة العالم المخالف تابعة للسلطان فارادوا ان يشكلوا نوعا من الثورية في المعرفة نعم وبالتالي في السياسة سمو اليسار اه الاسلامي ويتبنى المعتزلة. يعني احياء المدرسة الاعتزالية الا انهم لم يوفقوا لان تيار الإنبطاح اقوى بكثير لأنه مع السلطة نعم فما نجحوا لا اعتقد ينجحون نعم لكن هذه الحركة موجودة. الان لا الان الحركة الاشعرية وهذي جيدة للطالب العزيز حتى يفهم الان انا من محيط سني جزائري الان في حركة اشعرية قوية جدا لماذا ما هو السبب ليست السبب والامامية. السبب هو السلفي والوهابية اكلوهم بلعوهم اخذوا لهم كل كل المواقع لماذا? بالعلم? لا وجهلة لا يفتهمون شيء بالمال بالمال والتواجد التواجد والخدمات فاخذوا كل المواقع حتى في الازهر موجود سلفية لها نفوذ فاكتشفوا ان ذاتهم تنتفي بعد فالان يجددون انفسهم ويستعينون كثير بالامامية. بعلمائنا. نعم فعلى الامام ان يلتفت الى الواقع الاجتماعي كيف الاجتماعي كيف يتعامل معه قال ومنه الثقل واخرون منهم جعلوه مغايرا نعم الثقل يقول هو اه من اقسام من اقسام الميل والاعتماد والاعتماد عند المتكلمين هو الميل  وباقي يقولوا لا ليس من اقسام اقول من اجنس الاعتماد الاعتماد يعني الميل الميل عند الفلاسفة والاعتماد عند المتكلمين اعني ابي هاشم الثقل وهو الاعتماد لازم الموجب لحركة اه سفلا يعني هذا ترفع الزجاجة هكذا الكتاب يسقط ينزل وقال ابو علي وهو ابو علي الجباء المعتزلي ان الثقل راجع الى تزايد اجزاء الجسم لجعله مغاير للجسر اعتماد. يعني الثقل ارجع الى التزايد. يعني التضخم في اجزاء الجسم اه فجعله مغاير للجنس الاعتماد. نعم مغايرة نوعية. يعني ما هي مختلفة العلامة الحل يقول وهو خطأ لأن تزايد الأجزاء الحقيقية حاصل في الخفيف ولا ثقل له جميل جدا ملاك العقليمة هو هذا هو الملاك العقلي. ملاك العقلي وحدة العلة تؤدي الى وحدة المعلول اذا كان ملاك تنوع الثقل بنوعية خاصة غير الميل ما هو ملاكه ازدياد المادة في الجسم. يعني المادة تتضخم عناصر الجسم تزداد يقول حتى الخفيف تزداد لكن ليست بقوة الثقيل العلة هنا موجودة والعلة موجودة لماذا? لماذا الخفيف لا تقول انه له نوعية مستقلة نعم لاحظت الملاكات العقلية الملاكات العقلية داخلة في كل النصوص والذكي من يعرف كيف يستخرج هذه الملاكات واذا كان قويا في المنطق هذه الملاكات لا تتعين في النصوص اه ولا في الخطاب والتواصل المعرفي الا في قواعد منطقية هادي المعايير تتجلى في قواعد منطقية نعم قال ومنه مفارق اه ومنه لا ومنه لازم ومفارق ان شاء الله نتناوله في الحصة القادمة.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