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اهلا بكم اعزائي الطلاب وفقنا الله واياكم لكل خير قبل الدخول في البحث ولا زلنا في الاعتماد او الميل اشير الى نقطة بعض العلماء يرجح تدريس شرح القفجي على التجريد وليس شرح العلامة الحلي لماذا لان القشد من المخالفين ينتمي الى الاشعرية فيأتي بالإشكالات خصوصا في الإلهيات بالمعنى الأخص وسيأتي ان شاء الله تعالى بحث الإمامة. هناك ناتبي كل اشكالات القشد. لأن جاء بعد على منحه وعالم متمكن انا قويا في علم الفلك وله دراية بالفلسفة وله تخصص في علم الكلام وشرح التجريد اه يسمى في العرف الحوزاوي شرح البوشتي وانا اتصور انه حقق مؤخرا اوقف بالتحقيق الجديد نعم لم لا ادري كم يطبع في اربع مجلدات اكثر? لا ادري انا عندي النسخة القديمة فيرجحون تدريس شرح القشدي لماذا? لان حتى الطالب يتعلم ويألف الإشكالات التي تأتيه من المخالف اما هنا لا الماتن امامي والشارع امامي ما في هذه الاشكالات خصوصا الاشكالات العقدية في الالهيات بالمعنى الاخص. هنا الاشكالات العلمية المشكلة تعليمية ليست مذهبية. اما اذا دخلنا الى النبوة والامامة ووجود الله تعالى وهذه الامور. هناك الحس المذهبي غليظ نعم وشديد المخالف يرفض مثلا اه واقعة الغدير وانت تتعجب من واقعة الغدير هذه الواقعة المتواترة كيف يرفضها نعم ويرفض امور عجيبة واجبة ويتخبط فانت آآ تحيط بماذا? بما يفهمه المخالف وكيف يحاول اخفاء كل هذه الادلة القوية على امامة المولى علي عليه السلام فيرجحون تدريس هذا الكتاب وانا اوافق هذه الطريقة. تدريس القشدي احزن احسن من الكشف المراد. نعم قال ومنه لازم ومفارقون عندنا الاعتماد اللازم الذي لا ينفك عن الذات ومفارق. يأتي ويذهب نعم وما زلنا مع المتكلمين وهم معتزلان. ولهذا هذه المباحث كلها تدخل في تاريخ علم الكلام نعم لا علاقة لها بتكوين الطالب في الاجتهاد العقدي اقول ذهب المتكلمون الى ان الاعتماد منهم ما هو لازم يعني لا ينفك عن الذات لان الاعتماد عرض يحتاج الى جوهر يعني ذات وهو الاعتماد نحو الفوق والسفلي يعني يقول اذا كنا في حركة فوقية او حركة سفلية هنا اه نحن في الاعتماد الذاتي نعم. اما الاعتماد اللازم واذا كنا في الحركة الى الامام او الوراء او اليد الشمال واليمين. نحن في اعتماد ينفك يعني مفارق ومنه ما هو مفارق وهو المختلف. يعني في الحركات الاربعة السطحية غير فوق وتحت وهو المقتضي للحركة لاحدى الجهات الاربعة يعني امام خلف وشمال ويمين وانما كان مفارقا. لماذا لا ينفك عن الذات لعدم وجوب وقوف الجسم في ايه في احداهما او ذهابه عنها بخلاف الجهتين يعني بخلاف الجهتين يعني الفوقية والتحتية  انت الان اذا رميت بحجر في هذا الاتجاه وما في عوائق ولا يقف حتى الفيزياء تقول ذلك ابدا لا يقف اما اذا رميت الى فوق يصل الى درجة تصل السرعة صفر. يعني ينتفي القصر مطلقا القصر يصير صفرا طبعا فتعود اه هذه المادة او ذا الحجر يعود الى مركزه نعم. اما الحركة الى الامام والخلف واليمين والشمال لا ما في توقف ولهذا يقول وانما كان مفارقا يعني منفكا لهذه الجهات الأربعة لعدم وجوب وقوف الجسم في احداها او ذهابه عنها بخلاف الجهتين. نعم ان الفوقية او السفلية انا فعلى هذا الاساس على هذه هذه المقاربة قسم الاعتماد الى هذا اللازم لا ينفك واعتماد يفارق لانه عارض هو قال ويفتقر الى محل لغيرنا وعرض العرظ يحتاج الى محل يعني شيء يتحرك ببركة الميل والاعتماد شيء يعني جوهر يعني محل اقول لما كان الاعتماد عرظا يعني من الاعراظ والاعراظ لا يمكن ان تقم الا بمحل وكان كل عرض كبرى كل عرض مفتقر الى محل كان الاعتماد مفتقر الى المحل نعم  قياس من الشكل الاول ولما امتنع حلول عرض في محلين نعم لا يمكن يعني عرض واحد في محلين يعني في جوهرين هذا لا يمكن كان الاعتماد كذلك لانه عرف فيكون في محل واحد فقط ولهذا قال في المتن ويفتقر الاعتماد الى محل لا غير يعني لا اه يفتقر الى محل اخر نعم عرض يحتاج الى محل واحد فقط فلاجل هذا قال انه يفتقر الى محل لا غير. وبعض المتكلمين هذا مبنى اه المحقق التونسي والماتن والشارع. وبعض المتكلمين لما طعن في كلية الحكمين انتقل الى الاستدلال عليهما ها هنا واستدلوا يعني المتكلمون استدلوا على الاول بانه صفة صفة ذاته اه استفادته وجوب مدافعة اه مدافعة محله لصفة ذاته. يعني اه ما هو ذاتي يبقى دائما ما هو ذاتي فيدافع عما هو ذاتي هذا شيء جميل اه هذي معيار عقلي نعم هذا معيار عقلي دائما ارجعون للمطالب الى المعايير العقلية المعايير العقلية غير المباني حتى يلتفت الطالب العزيز المعايير العقلية ليست معارف المعايير العقلية ما به المعارف. المباني معارف وهذه المعارف والمعايير العقلية مشتركة يعني قد يكون عندك مبنيين في العقيدة او في علم الاصول او في الفقه او في علم الاجتماع لا يفوق المبنى الاول يوظف المعيار الف والمبنى الثاني يوظف المعيار الف وتولد من المعيارين مبنيان مختلفا نعم يجب ان تفهم هذه المسألة. المعايير ليست معارف المعايير حاكمة على المعارف حاكمة على الانسان وهو يفكر يولد المعرفة قد يولد اه مبنى من معيار الف وذاك يولد مبنى اخر من معيار الف نعم فانت تأتي وتبحث كيف هذا المعيار السرمدي المتوحد يولد مبنيين ان الخطأين الخطأ بالانسجام مع هذا المعيار عند هذا العالم يعني حتما في مبنى خطأ نعم والا لا معنى للاختلاف فتبحث من ماذا كيف وظف المعطيات المعرفية مع المعيار. لان المعيار ليس بيده. المعيار حاكم عليه اجتماع النقضين لا يأتي العالم ويقول انا اتدخل في اجتماع النقطين. لا ابدا اظاءة الظياء الهي ضياء سرمدي ليس من صنخ الممكنات اصلا ليس من صنخ السرماديات حكمة الهية حكمة ليها ليست مخلوقة نعم هذا الظيال الالهي ليس مخلوقا حاكم على الانسان في فكره في توريد الفكر نعم ولهذا تقول هذا يلزم انه اجتماع ما معناه? يعني كلامك باطل لانها يخالف ذلك المعيار العقلي السرمدي هذه الامور يجب ان نفهمها جيدا نعم المتن هنا لا ينسجم لو كنا في متن راق يعني متن قوي جدا اه متن قديم هذا متن راقي جدا هذه المعايير العقلية تكون جدا اه بارزة وواضحة جدا. نعم انا مع مع المتكلمين اه عادة اه معتزلة مبانيهم ضعيفة هشة نعم واستدلوا على الاول بان صفة ذاته وجوب مدافعة ان الصفة ذاته وجوب مدافعة محله لصفة ذاته نعم فهو يبقى يحافظ على ذاته. ولهذا في التغيير الاجتماعي الانسان يأتي ويريد ان يغير المجتمع</w:t>
      </w:r>
    </w:p>
    <w:p>
      <w:r>
        <w:t>مثلا الان في العراق العزيز انا نحب كثير للعراق ومن لا يعشق العراق مع هذه مع وجود الأئمة ايمن اولياء الله تعالى في العراق تريد تغير المجتمع تخيل انت اربعين سنة في ثقافة بعثية وقف بعثي يعني الطبيعة تريد ان تبقى على هذا الامر بوعي بدون وعي مسألة اخرى تريد تبقى على هذا لماذا? الفت هذا الامر خلاص فانت تأتي وتريد ان توجد ميلا اعتمادا في هؤلاء الى حركة ارقى واروع حركة وعي ديني وعي وطني وعي تقدمي من المعنى الصحيح فحتما هذه الطبيعة تريد ان تبقى على هذه الحالة فيأتي التصادم. هنا نحتاج الى الذكاء والاستراتيجية واستراتيجية تكون تدرجية يعني شيئا فشيئا. تتغير الامة وتتغير الامة. صدقوني العراق كان قبل البعث مشعا مشعا كان ينتج الفكر كان ينتج الفكر يقولون مصر تطبع ومصر بتكتب ولبنان يطبع والعراق يقرأ نعم كان في الملكية نعم الشعوب العربية في الزمن الملكية كانت متطورة لما جاءت هذه القومية العربية المتعفنة ادخلتهم في متاهات انا لا اقول ملكية صحيحة لكن يقول الملكي الملكي عندو الملك عندو عندو اا امر ما هو انا نحكم انا نتأمل لي الكرسي اما انا لا ازاحمك في فكرك ولا في اتجاهك ولا فتسمحي لنوع حريات ونوع تنوير نعم حملها القومية العربية انا ربكم الاعلى. ما فيه مصر كانت في الزمان الملكية في قمة قمة التطور الفكري والعلمي احسن الكتب التي ترجمت من الغرب في زمن الملكية. جاءت للقومية العربية ووين وصلتنا? وصلنا الى التطبيع اه اوصلتنا الى التحجر والتطبيع العراق في الزمن الملكي كانت تشع نعم كانت تشع كانت تصدر التنوير نعم حتى الحوزة في زمن الملكية كانت مشعة ان تراقي جدا جاءت هذه القومية العربية المتعفنة ودمرت الشعوب ولا زالت الان لا زالت امام تدعي انها اه انها شيء هاي القومية العربية في في الشام لولا شباب المقاومة لراحت اوطانكم واينها وين ماذا افادتكم القومية العربية مع داعش ومع النصرة؟ لماذا؟ لان هؤلاء يتحركون بالعقيدة وانتم تتحركون بقومية عربية فارغة بدون ايديولوجية ذات قيم فانهارت انهارت هذه الدول لو تنهار فانت اذا اردت ان تغير تعلم اذهب فيجب ان تفقد هذه القاعدة. انما هو ذاتي يريد ان يحافظ عليه. بوعي بدون وعي. لان الحركة دائما متعبة. نعم متعبة. فلهذا التغير تغير تغيير لا يكون دفعيا ولا يكون بجهل يكون بوعي. نعم نعم يقول واستدلوا على الاول يعني على على الاول على اللازم بان صفة ذاته وجوب مدافعة محله لصفة ذاته فلو انتفى المحل وانتفت صفة الذات وذلك يقتضي نفي الذات ولهذا يحافظ على صفته يحافظ على اعتماده فهو لازم لا يفارقه لان الذات تقتضيه نعم وعلى الثاني يعني المفارق بانه يكون مساويا للتأليف نعم لان الافتقار الى الى ازيد من محل واحد من خواص التأليف نعم التأليف مساوي للتأليف التأليف يعني الاجتماع لان الافتقار الى ازيد من محل واحد من خواص التأليف والاشتراك في اخص الصفات يستلزم الاشتراك في الذات وقد يكون ماذا? قد يكون يعرض اه محلي. خلاف ما يقوله اه المحقق الطوسي نعم ولكن هذا كله هراء ما معنى ان يكون آآ العرض الواحد في محله هذا اجتماع الناقضين. يعني اذا استغنى بمحل لا معنى للمحل الثاني يصير لغوا واذا لا استغنى الى محل يعني المحل ولى يكفي فيكون لغو في كونه محل في كونه محلا قال وهو مقدور لنا. مقدور لنا يعني تابع لارادتنا. قال ذهب المتكلمون يعني معتزلا الى ان الاعتماد مقدور لنا لانه يقع بحسب دواعينا وينتفي بحساويه بحسب صوارفنا يعني ما النا داعي. فيكون صابرا عنا. نعم ابى كلام المتكلمين نعم هذا الكلام له نوع حق كيف يعني الانسان جاء جاءك بعد الظهر ولم يكن متغضيا. يعني لم يتغد في بيته. يتغدى ليس يتغذى يتغذى يعني منتصف النهار فتضع له ما يجب ان تضع له اكراما لضيفك  وقد يأكل وقد لا يأكل فهذا الاعتماد الميل الى حركة نحو الاكل دائما يعود الى الانسان يعود الى الانسان تخيل انه انت هو يعرف انك انت فقير وعندك اطفال فيقول اني صائم انا صائم ويقصد الصوم اللغوي يعني انا ممتنع لا يقصد الصوم التشريعي في نيته ها يقول انا عفوا تقبل الله منك. وياخذ هذا الاكل الى الى الى اولادنا انه فقير فلم تمل الى الاكل فهذا بيدك انت بيدك انت راجع الى الدواعي والصوارف. هنا في صارف ما هو? هذا فقير فقير وتعرف خصوصا طبيعة العرب كرماء يضع كل ما عنده في البيت نعم اكراما لك على حساب اولاده بقى هنا فيه صارف ما هو? انا اذا اكلت واقدمت يعني تحركت يعني تحقق الميل الاطفال يتضررون مثلا فيأتي الصاروخ ما هو? النظر الى الاولاد نعم او لا مرة يقول لا هذا غني هذا انسان غني غني ما وسع آآ مالية رزقه الله تعالى. فامتنع الصغرف وتأكل وتتمتع قال وتتولد عن الاعتماد اشياء بعضها لذاته من غير شر وبعضها بشرط وبعضها لا لذاتي يعني مرة الميل يتولد من امر ذاتي مرة يكون غير مشروط يكون غير مشروط ومرة يكون مشروط بشرط يعني هو ذاتي لكن بشرط يعني بشرط شيء مرة يكون لا بشرط مرة يكون بشرط شيء ومرة يكون لا اه من امر خارجي. اقول قسم المتكلمون وهم المعتزلة الاعتماد يعني الميل بالنسبة الى ما يتولد عنه من حركة. الى اقسام ثلاث احدها ما يتولد عنه لذاته من غير حاجة الى شرط وان كان قد يحتاج اليه احيانا وهو الاكوان والاعتماد في محله نعم يعني الاستقرار وان كان يولدهما في غير محله بشرط التماس نعم وانما قلنا انه يتولد عنه الاكوان الاكوان يعني الكينون في شيء يعني التأين يعني ان تكون في اين اه لان الجسم يختص بجهة دون اخرى. نعم الجسم دائما يكون في جهة. هذا صحيح. حال حركة فلابد من مخصص لتلك الجهة وهو الاعتماد يعني للميل نعم وقلنا انه يولد الاعتماد لوجود الحركة القصرية شيء بعد شيء. نعم. الحركة القسرية الحجر يصعد يصعد يصعد يصعد فهذا الاعتماد ينقص فان المتحرك يوجد فيه الاعتماد والاعتماد يولد الحركة الاولى والاعتماد معا والاعتماد معا ثم اذا تحرك اه ولد او ولد. الاعتماد حركة اخرى واعتماد اخر. يعني اه الجسم ترى ترميه الى اعلى فالميل الاول يعطيه مسافة. الميل الثاني يعطيه مسافة. الميل الثالث يعطيه مسافة وهكذا حتى يصل الى النقطة تصل السرعة صفر اذا صار الصبح يعود نعم هذا كلام المتكلم وهذا كله الفيزياء الحديثة كلها نسفته نسفا نعم وثانيها ما يتولن عنه بشرط الاول لذاته يعني ما يحتاج الى شرط من الشروط كالحركات في الاجسام ثاني ما يتولد عنه بشرط يعني بشرط شيء. ولا يصح بدون هذا الشرط وهو الاصوات خروج الاصوات فانها تتولد علو بشرط المصاك</w:t>
      </w:r>
    </w:p>
    <w:p>
      <w:r>
        <w:t>نعم المصان كالاصوات يعني استكاكاك نعم يعني الإحتكاك نعم الان مثلا انا اعمل هكذا على الزجاج لماذا صدر هذا الصوت اذا في احتكاك بين الخاتم والزجاج هذه مسألة شهودية نعم فانها وهو الاصوات فانها تتولد عنه يعني عن الجسم او عن الشيء عن المحل بشرط المصاك. لان الصدا موجود في غير محل القدرة واما يتعدى محل القدرة اه وانما يتعدى محل القدرة نعم لا يولده الا الاعتماد الا الميل. نعم واذا كان ما يتعدى محل القدرة يتولد عن الاعتماد فما يحل محل اولى. اذا هذا الاصطكاك باستكاك لا يكون الا بميل يعني اتجاه نحو نحو الزجاج فيأتي الاستكاك بدون هذا الاستكاك الصوت لا يخرج. اذا الصوت ناتج من ميل من اعتماد لكن بشرط الاستكاك فالاصوات من مصاديق الاعتماد المشروط. نعم وثالثها ما يتولد عنه لا بنفسه بل بتوسط وهو الالم والتأليف. فان الاعتماد ولد المجاورة والتفريق والمجاورة تولد التأليف والتفريق تولد الالام. هذه حتى في للبشر تنطبق كلما كان الانسان مع اسرته على كانت المجاورة وكان فرحا. واذا تفرقت الاسرة تكون يكون الالم. نعم هذا الاعتماد لا بامر خارجي. الامر الخارجي ما هو? المجاورة والتفريق. المجاورة تولد التأليف والتفريق يولد الامة. يولد الالم. ولهذا الاحزاب تفرق السياسة الاحزاب تفرقه. ولهذا تحقق اه الالام للشعوب نعم بعض الاحزاب الاحزاب هذه هي وظيفته. كل ما اه تعمله الحكومة لا يقبل به حتى لو كان في نفع الوطن هنا من باب من باب التفريق يتحرك بذهنية التفريق يعني هذا الاعتماد والميل فيه للتفريق وليس للاجتماع. العاقل في الاحزاب يقول انا عندي نظر في الامر عندي نظر في الامر في نقده في تعامله مع الحكومة دائما يكون بعقلانية. عندي نظر انا في نظري هذه الطريقة لا توصل اه وعندي نظر هذا هو النظر هذا هو البديل ناتي يعارض للمعارضة لا ابدا. هذا لا ينفع في شيء وهذه اداب يجب ان يتحلى بها من يتصدى في الامور في الامور آآ تحريك تحريك الشعوب. هذا في السياسة. في العلم كذلك. امام امام الاستاذ بعض الطلبة فقط يشكل يشكل فقط يشكل يبرز المعارضة في بعض الطالب لا يثير بادب وباخلاق ويتعامل مع الاستاذ بالمجهول يقول شيخنا العزيز فيه نظر هكذا. وهذا النظر قد يكون له نعم في نظر هكذا يقول ما رأيك وهذا النظر ينسف ما يقوله الاسر. معلش شيء جميل في الادب مع الأساتذة نعم المسألة السادسة في البحث عن المبصرات نترك ان شاء الله للجلسة القادمة ان شاء الله لان الوقت وصل الى القريب الى النهاية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