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اللهم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الى المبصرات المسألة السادسة في البحث عن المبصرات. قال ومنها يعني من الكيفيات التي يدركها الانسان من خلال حواسه اوائل المبصرات وهي اللون والظوء. الفرق بين اللون والظوء اللون هو الذمل الظوء نفسه منحل اذا حل الى الاخضر الى الاصفر الى الاحمر اقول من الكيفيات المحسوسة المبصرات تدركها النفس من خلال العين وقد نبه بقوله اوائل المبصرات على ان من المبصرات ما يتناول حس البصر اولا وبالذات هذه هي الاوائل نعم وما ذكره هنا من اللون والضوء نعم ومنها ما يتناول بواسطتك غيرهما من المرئيات. يعني ممكن ان ندرك بعض الاشياء بواسطة فان البصر انما يدركها. البصر هنا يعني النفس النفس متشائمة بالبصر. لان المدرك والنفس البصر قوة نعم فان البصر انما يدركها يدرك هذه المبصرات يعني اللون هو الضوء او التي يدركها بواسطة كالمرئيات بواسطة هذين يعني بواسطة اللون والضوء. يدرك الضوء لذاته اللون ذاته. ويدرك الاشياء من خلال اللون والضوء وهذا كما قال في الاول ومنها اوائل الملموسات فانه فيه تنبيه على ان هناك كيفيات تدرك باللمس بواسطة غيرها. نعم اذا عندنا ادراك مباشر وان الادراك غير مباشر الادراك المباشر هو الذاتي اللون هو الضوء وادراك بواسطة. قال ولكل منهما طرفا هذا البحث هو الذي اه جعل مفهوم التشكيك في نظري انا في تصوري ينقدح في ذهن العلماء عندك من هنا اللون الاسود ومن هنا اللون الابيض وفي مناسبة تامة بين السواد والبياض اذا رأيت شخص يلبس لباسا آآ لونه ابيض ومعه سواد يأتي التناسب التام ثم  يترقى السواد يترقى ان يتجه نحو البياض الظاهر يبدأ بالاحمر نعم بالاحضان الاحمر او الاخضر والبياظ كذلك يتجه نحو ماذا نحو السواد يعني تقل يقل بياضه في جيل الاخضر والاحمر اذا رأيت انت الاخضر والاحمر في الاشياء تجد المناسبة التامة ثم الاصفر الازرق وهكذا كل هذه التنزلات اللونية متناسبة متناغمة متناغمة بمجرد تدخل الى بيت صديقك فتجد الالوان اذا طبقت هذه القاعدة تكشف ان هذه الالوان مناسبة او لا وتعرف ان صديقك عنده ذوق اولى نعم ولكل منهما طرفا نعم اقول لكل واحد من اللون والضوء طرفا نعم ففي اللون السواد والبياض غاية الخلاف بينهما ثم قلت لكم تأتي الحركة اللون الاخضر واللون الاحمر وهكذا اصفر ثم ازرق وهكذا وفي الضوء النور الخارق والظلمة. يعني النور الذي يخرق الاشياء والظلمة هي نفي نفي النور نعم طبعا هذا النور للخالق والظلمة ما جاهز لان الظلمة لا شيء. وبالتالي النور ما عنده طرف طرف مجازي طرف تسامحي وما عدا هذه فانها متوسطة بين هذه كالحمرة والخضراء لاحظت والصفراء والغبرة الصفراء والغبرة يعني الصفرة والازرق احسن وغيرهما من الألوان وكالظل وشبهه من الاضواء قلت لكم هذه الفكرة هي التي جعلت المفكر والعالم بيكتشف مسألة التشكيك. كيف? بينتها في ممر واكررها لانها جميلة الان عندك الوان لا حد لها طرفها الاول هو الاسود وطرفها الثاني هو الابيض يعني السواد والبياض في الوان لا حد لها حتى في اللون الاصفر فيه الوان ليس على وتيرة واحدة والازرق والاخضر كذلك جيد هنا تريد خذ مثلا الأزرق. عندك الأزرق البحري الأزرق السمائي الأزرق الداكن و الازرق كيف ينطبق عليها ينطبق عليها بمعنى واحد كلها لون ازرق. لكن كيف? متفاوتة فيأتي التشكيك يعني يصدق عليها بالتفاوت نعم اشتراك معنوي مفهوم الزرقة الا انه في صدقه على هذه الألوان في سياق الوجود تجد شدة وضعف نعم تقول لون ازرق فاتر لون ازرق داكن في الشدة والضعف في اللونية. فيأتي التشكيك. التشكيك ما يرشد له الضعف. يعني كثرة نونية ترجع الى لون واحد وهو الازرق معنى متكثرة متوحدة الكثرة والوحدة هو التشكيك هذه الفكرة من فتوحات العلم الاساسية والمهمة في فهم اسرار الوجود ولهذا نقول نحن نشارك الله تعالى في صفاته ليس في كلها في مجموعة من صفاته كما تصدق عليها انها تصدق عليه. مثل الوجود انا موجود وهو وجود نعم كيف نحل هذه المشكلة? يعني انا في مرتبة الوجود الالهي يقولون بالتشكيك. انت في مرتبة دانية والله في مرتبة شديدة لا شدة فوقها. نعم نعم ولهذا يقول ولكل منهما طرفا اذا اخذنا السواد والبياض هما الطرفان الاول وللاول حقيقة اقول ذهب من لا مزيد تحصيل له الى ان الانوار لا حقيقة لها هذه تحتاج الى وقفة كيف ندرك الالوان? هذه المقاربات كلها الان انتهت الان العلوم الجديدة بينت هذه الأمور بالتفصيل نعم بالتفصيل وهذه المباني القديمة في الاعم الاغلب غير دقيقة لان الوسائل لم تكن في ذلك الزمان كيف الان انا ادرك الواقعية الملونة اولا الشرط الأساسي والملاك الأساسي هو الضوء ينعكس عليها ينعكس عليها يا عندها مبدأ الألوان يعني الأنوان الأخضر مثلا او الأصفر لا يتعين بدون ماذا? العين نزاع العين ما عندك الاصفر اذا الاصفر هو مكون من من من مكونات اولا انعكاس الضوء على الشيء شجرة مثلا خضراء في لونها الشجرة عندها مبدأ اللوم والا يلزم ترجيحها بدون مرجح لماذا هذا اللون الاخضر وليس الاحمر? يعني فيه مبدأ اللون اذا انعكس عليه النور وهذا النور جاء الى العين العين هناك يتحلل الاصفر. اذا الاصفر واللون الاخضر واللون هكذا هذه الوان لها اه شاركت في تعينها كنون الظوء يعني الظياء ومبدأ اللون والعين نعم فاذا قال شخص ما عندنا الوان خارجية صادقون لكن عندنا مبدأ الالوان مبدأ العنوان موجودة والا يلزم ترجيح بلا مرجح اذا اذا تعين اللون الاخضر يعني انحل هذا الضوء الى اللون الاخضر على مستوى الباصرة لانه فيه هناك مبدأ هذا المبدأ نحن لا نصل اليه لواقعية خارجية اذن المبصرات اين تتعين? المبصرات يعني الالوان في افق النفس لكن بدون منشأ لا منشأ موجود بدليل ان الضوء ينعكس على هذا المنشأ نعم على هذا المنشأ. فاذا تقول اللون الاخضر الغير موجود في الخارج? نعم. غير موجود في الخارج لولا العين لا يتعين لكن مبدأه موجود مبدأه يعني فيه هناك كيفية خاصة هذه الكيفية تجعل النور ينعكس في في عيني يعني الباصرة وينحل الى النور الاخضر. يجب ان نفهم المسألة هكذا ثم يأتي بممالي هشة تنتمي الى تاريخ هذا البحث. اقول ذهب من لا مزيد تحصيل له. اذا لا مزيد تحصيله لماذا تتعب الناس به خليه يدرسها في التاريخ الى ان الالوان لا حقيقة لها. اذا كان يقصد ان الالوان بدون العين لا حقيقة لها صدق اذا كان يقصد ان الانوال ليس لها منشأ خارجي ببركة الضوء هذا المنشأ ظهر في العين اخضر واصفر فان البياض المتخيل انما المتخيل يعني فوق الخيال</w:t>
      </w:r>
    </w:p>
    <w:p>
      <w:r>
        <w:t>انما يحصل من مخالطة الهواء للاجسام الشفافة المنقسمة الى الاجزاء الصغار كما في زبد الماء والثلج والسواد المتخيل انما يتخيل لعدم غور الجسم الظوء والشيخ اظطرب كلامه في البياظ. الشيخ الشيخ الرئيس فتارة جعله كيفية حقيقية واخرى انه غير حقيقية. بل بسبب حصوله حصوله ما ذكر. ما ذكر يعني هذا المبنى الضعيف جيد انت ما رأيك اذا كان هذا الكلام سخيف ومعني ينفي اصل اللون في الواقعة الخارجية غير معقول يبغى يلزم الترجيح بلا مرجح نعم يعني فيه كيفية خارجية نحن لا ندرك اه هويتها اذا انعكس الظوء عليها وانحل في الدين هذا الانحلال الاخضر منشأنا لتلك الكيفية. هذه الكيفية نسميها اه الكيفية المبصرة ونسقط اللون الذي انحل في الدين عليها باعتبار المنشأ يعني اسقاط مجازي والحق انه كيفية حقيقية قائمة بالجسم هنا ينظر الى الى المنشأ منشأ هذا للون الاخضر المنعكس في العين في الباصرة نعم والحق انه كيفية يعني يشير الى المنشأ نعم المنشأ والحق انه كيفية حقيقية قائمة بالجسم في الخارج لان محسوس كما في بياض البيض المسلوق فانه ليس لنفوذ الهوى فيه لزيادة ثقله بعد الطبخ وبالجملة فالامور المحسوسة غنية عن البران مع هذا الفهم. ما عندك الاخضر في الخارج. ما عندك الاصفر في الخارج. لماذا? لان هناك مسيحيين الاصفر انا نحل نحل في ادراكك في افق الادراك نعم ولكن كيف? كيف كعين اخضر في افق الادراك? ببركة هذا الظلم منعكس على تلك الكيفية التي لا نعرف هويتها نعرف فقط انها علة معدة ارضية لبروز اللون في افق ادراكه هذا هو المبنى الصحيح والدقيق اقول وطرفاه يعني السواد والبياض المتضادان نعم لان السواد عرظ والبياظ عرظ بينهما غاية الخلاف يصدق عليهم آآ تعريف التظاد عربان يعرظان على موضوع واحد يندرجان تحت جنس قريب بينهما غاية الخلاف كما عرفنا العرب فيما مضى اقول طرفا اللون وهما السواد والبياض وقيدهم هو وقيدهما بالمتضادين. لماذا? لان الظادين هما اللذان بينهما غاية التباعد هذا صادق في البياض والسواد فلأجل ذلك ذكر هذا القيد في الطرفين. وهذا تنبيه على ان ما عدا هو متوسط بينهما. وليس نوعا قائما بانفراده كما ذهب اليه بعض الناس من الانول. يعني هذا لبعض الناس فهم ان تباينا تباينا في العنوان تباين نوعي ليس التباين النوعي في تشكيك نعم لان التشكيك لم يكن واضحا في ذلك الزمن كما ذهب الى اليه بعض الناس من ان الانواع الحقيقية خمسة. السواد والبياض والحمرة والسفرة والخضرة وان وان نبه بقوله الان آآ اللون ثلاثة فقط والضوء ينحل الى ثلاثة والباقي كلها بالتركيب. نعم بالتركيب ونبه بقوله المتظادان عن امتناع اجتماعهما خلافا لبعض الناس حيث ذهب الى انهما يجتمعان كما في الغبرة وهو خطأ لا يجتمعان لانه بينهما غاية الخلاف وبين السواد البياض الاف والاف ومليارات الالوان اذا قلنا بالتشكيك نعم اذا لماذا جاء بهذا القيد متضادا حتى يشير الى هذه المسألة لا يجتمع لا تجد في شيء واحد بياض سواد ابدا اذا اذا هذه المسائل قد تكون فيها بعض الحيثيات صحيحة والاغلب وغير صحيح يعني ان الامور تطورت كثيرا خصوصا مع التجربة لأن هذه الأمور الى معاينة الواقع الخارجي قال ويتوقف على الثاني في الادراك الا الوجود نعم اه يعني في عمالة الإدراك فيه تظايف ولكن في الوجود قد يكون هناك تظاد قد يكون تناقظ مثلا قلنا فيما مضى ان العدم لا نفهم الا بالوجود. كيف نرفع الوجود ونضع بالادعاء اللا وجود نسميه العدم اذا العدم يعقل في الدين في افق الادراك بالبنية الادراكية يعقل العدم بالوجود مع ان في الخرج متناقضان اينما يكون الوجود في عدم لا رائحة له ولا تحقق له قال قال ذهب ابو علي بن سينا الى ان الضوء شرط وشرط وجود اللون ليس الضوء شرطا في وجود اللون. هو الضوء اذا تحلل جاء اللون يعني اللون ليس في عرض الظوء والظياء ما عندنا حقيقتان هذا الظوء هذا اللون لا اللون هو الظوء نفسه اذا تحلل هادي هي التجربة الجديدة تثبت هذا الامر نعم هنا يبنون على الفهم القديم ان اللون غير الضوء لا اللون هو الضوء محلل حسب علم الأضواء الحديثة ذهب ابو علي ابن سينا الى ان الظهر شرط وجود اللوم هو هو محلل نعم. فالاجسام الملونة حال الظلمة تعدم عنها الوانها ما هو السبب? سبب لان الضوء ما غير موجود اذن الألوان هي الضوء اذا انحل لاننا نراها في الظلمة نعم لا نراها في الظلمة. لكن مبادئها موجودة حتى لو لم يكن هناك الضوء يعني مبدأ انحلال الضوء الى هذه الالوان. يعني الضوء اذا انعكس على الشجرة وانعكس في الدين وظهر اللون الاخضر في الذيب. اذا في الشجرة عندنا مبدأ والذي جعل الضوء ينحل بذلك المبدأ هو ارضية وعلة معدة لانحلال الضوء الى الاخضر فننسب الاخضر الى ذلك المبدأ مجازا باعتبار الارضية وباعتبار العلة المعدة لان لان لا نرى في الظلم آآ هذه الالوان. اما ان يكون لعدمها وهو المراد يعني مفقودة لكن مبادئها موجودة بدليل ان الشمس اذا طلعت بعد اللون يتجلى في افق العين اذن المبادئ موجودة او لحصول مانع وهو ما يقال من ان الظلم كيفية قائمة المظلم مانعة من الابصار وهو باطن لا الظلم لا شيء حتى تكون مانعا او اه شيئا يمنع والا لمنعت ما هو بعيد عن النار عن مشاهدة القرين منها ليلا وليس كذلك وهو خطأ جدا يعني سخيف ضعيف ضعيف ولهذا اقول لكم هذه الكتب لم تكتب للتدريس فيجمعون فيها كل السمين والرخيص والثمين لان لم يكن في اذهانهم الشريفة انها تدرس والى هذه المطالب السخيفة. لماذا يأتي بها في في التدريس في الجامعات الغربية لا يدرسون الا الجديد اذا شئت القديم عندك تاريخ مادة تسمى تاريخ تاريخ العلم ادرسه هناك او الموسوعات موجودة هذه المسألة لاننا نقول انما لم تحصل الرؤية حال ذهاب الضوء يعني غياب الضو بحال الظلمة لعدم الشرط ما هو? ووظوء نعم اذا ليس الظهر حتى ليس بشرط الظهر هو ملاك الرؤية. هو ملاك الرؤية نعم ظاهر في النص مظهر لغيره ولا يسميه الشرط لا الظوء ملاك الرؤيا لان هو الذي ينحل في افق العين الى هذه الالوان نعم وهو الضوء لا لانتفاء المرء في نفسه ونبه المصنف على ذلك بقوله ويتوقف ايلون على الثاني. نعم يقول ويتوقف على الثاني يعني ويتوقف اللون على الثاني في الادراك للوجود في الوجود لا اه قد يكون هناك تضاد قد يكون هناك تناقض نعم ويتوقف ايلون على الثاني يعني الضوء في الادراك للوجود نعم يعني لا يتم ادراك اللون الاخضر الا اذا جاء النور وانعكس على الشجرة التي لها مبدأ الاخضرار اه في العين العين هي التي ترى الاخضر لكن الاخضرين موجود في الشجرة الموجود في الشجرة ما هو? الموجود في الشجرة مبدأ بروز الاخضرار في العين</w:t>
      </w:r>
    </w:p>
    <w:p>
      <w:r>
        <w:t>نعم النور جعل هذا المبدأ في الشجرة آآ اخضر في العين انزع النور هذا المبدأ اصلا لا يتجلى ويبقى في كتم العدم قال وهما متغايران حسنا. اقول يريد ان اللون والظلم تغيرا خلافا لقوم غير محققين. ذهبوا الى ان الظهر واللون. نعم هو هو الان تبين بالعلوم التجريبية ان الظوء هو اللون محلل مفكك داخليا قالوا ان الظهور المطلق هو الظوء صحيح? والخفاء المطلق والظلمة صحيح? الموصد بينهم وهو الظل الظل قائم بالشاخص نعم مع ان الظل امر عالمي والحس يدل على المغايرة لا الحس يدل على المغايرة اشتباه الآن في العلوم الحديثة تبينت ان اللون هو نفس الضوء منحل الى مكوناته ينحني الى ثلاثة. اذا تركبت نتجت الالوان الاخرى نعم قال قابلان للشدة والضعف المتباينة نوعا اقول كل واحد من هذين اعني اللون والضوء قابل للشدة والضعف التشكيكي قلت لكم الألوان التشكيكية وهو ظاهر محسوس يعني بالشهود فان البياض في الثلج اشد من البياض في الحاج وضوء الشمس اشد من ضوء القمر نعم اذا عرفت هذا اه فاعلم ان الشديد في كل نوع يخالف الضعيف منه بالنوع. وذهب قوم الى ان سبب الشدة والضعف ليس الاختلاف بالحقيقة باختلاط بعض اجزاء الشديد باجزاء الضد. يعني الظلمة فيحصل الضعف وان لم يختلط حصلت الشدة وقد بينا خطأ فيما تقدم  الظو لا اعتقد انه اه يشكيك الظوء حقيقة ثابتة ظغظوا نعم الالوان تكون تشكيكية نعم الا اذا فسرنا معنى الظوء بتفسير اوسع الاظياء الالهي ظياء الاولياء وضياء المؤمنين نعم نقول هناك اه تشكيك ولكن هذا في تصوري باعتبار المصاديق وليس باعتباري النور نعم هنا العلامة الحلي بتبع المحقق التونسي يرى ان النور مشكك اللون مشكك اللون مشكك لا لا نقاش فيه والضوء قد يكون مشكك يعني هو يقول الشمس نورها قوي والقمر نوره ضعف اصلا القمر ما عنده نور هو نور الشمس منعكس كانوا يعتقدون في الماضي ان القمر هو ينشأ النور يعني كوكب منور لا نور الشمس ينعكس فيه ينعكس فيه لانه ليس هو مصدر النور كالشمس اذا انعكس حتى من ينعكس ضعيفا نعم ينعكس ضعيفا. لاحظتم الاخطاء? هذه الاخطاء كلها الان صححت بالعلوم العصرية اذا يكفيكم هذه المعلومات اذا اردتم التعمق تروحون الى العلوم الجديدة قال ولو كان الثاني جسما لحصل ضد المحسوس هذا كذلك مذهب يراه سخيفا قال ذهب من لا تحصيل له الى ان الضوء جسم الاينشتاين بين في بعض نظرياته ان النور ينجذب نظريا لم يجرب فثبت في البرازيل انه بعظ الظوء انجذب فانتشر الخبر جاءت هذه الكاتبة عنده تشتغل عنده مسرورة مبتهجة سيدي سيدي تبت ان النور تجريبيا انه ينجذب فهو لم يتعجب قال ادري لا ادري لان العلم الفعلي سابق على العلم العمل العلم الفعلي نعم تخيل انت امير المؤمنين عليه السلام يقول لك سيحدث كسوف او خسوف في استراليا فبعد اسبوع يحدث تأتي مبتهجا الى امير المؤمنين حدث سيدي حتزيدلو علم فهو يقين فانشطة قالوا نعم ادري. اصلا لم يتزعزع فاثبتوا للنور جاذبية ولا تكون جاذبية الا اذا كانت هناك مادة. هنا لا ينفي هذا يقول ذهب من لا تحصيل له الى ان الضوجس وسببه آآ غلطه ما يتوهم من كونه متحرك بحركة المضيء حركة المضي كانوا يقولون في الماضي الاثير الان الاثير ابطاله في الفيزياء ما عنا لا اثير ولا يحزنون. تعجبوا كيف هذا النور يخرق الكون والفضاء حتما عنده مادة يسري فيها سماوها الاثير. بعد جاء اينشتاين نسخ هذا الاثير وخرج من الفيزياء نهائيا نعم وانما كان ذلك باطلا لان الحس يحكم بافتقاره الى موضوع يقوم به ولا يمكن تجريده عن محله يقوم به. فلو كان جسما لحصل ضد هذا الحكم المحسوس. وهو قيامه بنفسه واستغناه عن موضوع يحل فيه انظر الى هنا لعل من حين يفهم ان الضوء ان الظلم يفتقر الى الاثير يفتقر الى الاثير يعني نفتقر الى موضوع هو اه عرظ نعم لا الضوء ليس الضوء به ما به الادراك مثل الوجود الاشتباه الذي وقعنا فيه ما هو؟ انا جعلنا الوجود آآ واقعية تنكشف. لا الوجود ما به الادراك وما به الواقعيات. يعني اعلى من من ادراكك واعلى من الواقعيات. يعني ما به الواقعيات واقعيات وما به الادراك ادراك فيخرج من حيز المعلومات ما به المعلومات ما به المعلومات. اذا هذا المفتاح وظفناه في العلوم نكتشف كثير من المغالطات ومن الحقائق الرائعة. نعم. فالضوء ليس اعراضا ويحتمل ان يكون قوله لحصل ضد المحسوس ان الضوء اذا اشرق على الجسم ظهر وكلما ازداد اشراقا ازداد ظهورا في الحس فلو كان جسما لكان ساترا لما يشرق عليه يعني اذا كان الضوء جسما وانعكس على حجر مثلا جسم يخفي الجسم. نعم الجسم يخفي الجسم فكان يحصل ضد المحسوس عن ظد الاشراق ويكون كلما ازداد اشراقه زاد ستره للاشياء لكن الحس يشهد بضد ذلك. الحس هنا العرفي على من حل نعم فالذي قال بان الضوء جسم عليه يشكل عليه تخيل انعكس الضوء على حجر من الاحجار وكان جسما حتما الجسم يخفي الجسم نعم يكون ملاكا لاختفاء الاشياء وهذا خلاف الشهود الحسي ان الضوء بلاك بروز الأشياء لكن هذا لا يدل على ان الجسم على ان الضوء آآ عرض او على ان الضوء آآ اه جسم ذوساخ وجود لا جوهر ولا عرظ وانما هو الوجود النافذ الوجود اذا نفذ يسمى الظوء حيثية للوجود له عرض ولهو جوهر لكن الكتاب من بدايته لنهايته يتحرك في في المهاوي ان شاء الله يأتي المزيد والسلام عليكم ورحمة الله وبركاته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