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والحمد لله الله يا الله سبحانه يا الله والحمد لله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تعالى وبركاته ووفقنا الله تعالى واياكم لكل انواع الخير وصلنا الى هذا المطلب قال ولو كان الثاني يعني الظو جسما لحصل ضد المحسوس. يعني يخالف الشهود الحسي نعم اريد ان اضيء الشهود الحسية الشهود الحسي يعني انا اتعامل مع المحسوسات بدون استدلال لا يمكن الاستدلال في المحسوسات. اشاهدها يعني اعاينها مباشرة في دائرتها شهود حسي في دائرة وجودها شهود عقلي لان الوجود وحيثية الوجود لا تدرك بالحس تدرك بالعقل الحس يكون ارضية لحضور العقل على مستواه لدروك مثلا جمال الوردة اه وحدة الوردة وجود الوردة هذه كلها حيثيات فوق المحسوس ثم يقول العلماء الحلي او نقول ان الحس يشهد بسرعة ظهور ما آآ يشرق عليه الضوء يعني اذا طلعت الشمس سريعا انت ترى الاشياء فان الشمس يبين هذه الحيثية فان الشمس اذا طلعت على وجه الارض اشرقت دفعة واحدة يعني في نظر العلامة الحلي زمان ما فيه عن انتقال الاشعة ما في ولو كان الضوء جسما افتقر الى زمانه يقطع فيه هذه المسافة الطويلة الان الفيزياء الحديثة الفيزياء الكونية تقول احتاج الى ثمان دقائق باتفاق العلماء ان في زمان هو ثمان دقائق انظر قلت لكم هذه الأمور منسوخة لان الادوات ما كانت موجودة في ذلك الزمان لا ننوب عقليتهم لا نتبعها فقط. جزاهم الله خير. هم اشتغلوا في زمانهم وبامكانياتهم الان غير صحيحة لو كان الضوء جسما افتقر الى زمان يقطع فيها للمسافة يعني بين الشمس والارض الطويلة. نعم يقتحم في ثمان دقائق نعم فكان يحصل ضد السرعة المحسوسة يعني آآ ننتظر ثم بعد مدة آآ نرى الاشياء. لا هذا خطأ قطع يا شيخنا العزيز فهذه الاحتمالات كلها صالحة لتفسير قوله ليحصل ضد المحسوس يعني ضد المشاهدة الحسية. يعني انا بمجرد ان تطلع الشمس ارى الاشياء ارى الاشياء من قال لك? من قال لك رأيت الاشياء يعني طلعت الشمس وانت لا ترى استغرقت ثمن دقائق ثم انت رأيتها. لانك انت لم تحس بثمان دقائق لأنه ليس خاصة بك انت انت فقط تبصر بالعين ولا تبصر هذا الزمان ولا الاشعة الان بالعلوم التجريبية والالات القوية اكتشفوا ان النور اذا انطلق من الشمس وصل الى وجه الارض من دقائق اذا كون الظل يتحرك هذا خطأ يتحرك وان يقطع اه مسافات الان عندهم الصوت يتحرك وها الشمس تتحرك والنور يتحرك ويقطع اه يقطع مسافة وعنده سرعة سرعة الضوء واما سبب وهم اولئك من انه متحرك فهو خطأ لان الضوء يحدث عند المقابلة لانه يتحرك. يعني العلام الحلي يتصور هكذا المسألة. يعني انت بمجرد ان تبصر مصدر الشعاع كالشمس او ما ينعكس عليه الشعاع كالمرآة فانت تبصر الاشياء. نعم لانها المسافة قليلة جدا والا السرعة موجودة والزمن موجود شيخنا العزيز لان الضوء يحدث عند المقابلة يعني مجرد المقابلة لانه يتحرك من الجسم مقابل الى غيره لا ابدا ليس هكذا شيخ عزيز يعني هذا الشهود الحسي البسيط الساذج لا يعطي الحقيقة. يجب ان ندرس المسألة جيدا. درسوها بالادوات الجديدة والتدقيق الجديد وصلوا الى الضوء. لا له سرعة وله ولا يفوقه في الكون سرعة. في الكون المادي سرعة وله اه اذا كان عندو سرعة يعني عندو حركة وعندو زمان فهذا الكلام من اعلام الحل غير صحيح قال بل هو عرض قلت لكم الضوء لا هو ما هي ولا هو اه جور وله عرظ من سخ الوجود ولهذا شيخ الاشراق اسس مدرسة فلسفية جديدة هي مدرسة الانوار اصلا هو ابطل الماهية اصلا الجوهرة اصلا لا يؤمن بها فاسس لي مدرسة جديدة ذات اسس نورية. ولهذا يقولون حكمة الانوار قال بل هو عرض يعني الظو عرض قائم بالمحل معد لحصول اه مثله في المقابل. يعني اه هذا الضوء اذا قابله شيء هذا الشيء يشع ببركته هذا الضوء اقول لما ابطل ماذا? كون الضوء جسما ثبت كونه عرظا قائما بالمحل اذا العرب لا يقوم بنفسه واذا قام بالمحل حصل منه استعداد للجسم المقابل محلي ثم يشع هذا الجسم لتكييفه بمثل كيفيته. يعني انت اذا ابصرت حجرا بعد الشمس لم تشرق بعد اشرقت الشمس يعني الظهر هذا ينتقل بغيره بدون سرعة وزمان حسب العلامة الحلي ينعكس على الحجر فالحجر يكتسب النورية ببركة هذا الضوء فتبصر انت اه الحجر. ولهذا يقول حصل منه استعداد للجسم يعني الحجر المقابل للشعاع الذي يقبل الشعاع مقابل لمحلي لتكييفه هذا الجسم يتكيف بمثل كيفية الضوء يعني يعني نبصره كما في الاجسام النيرة الحاصلة منها النور في المقابل يعني انت عندك نار هذه النار يخرج منها اشعة وتنعكس على اشياء تراها نعم الان عندك جوال جوال فيه اضاءة وبالجوال تكتشف تروح تبحث عن كتاب في مكتبك مكتباتك لا لا تريد راحة الكهرباء مثلا وعندك الجوال هذا الجوال اضاءة ينعكس على الكتب انت تميز الكتاب الذي تريد. هذا هو معناه هذا الكنب نعم كما في الاجسام النيرة يعني خذ انت الجوال هذا الموبايل الحاصل منها النور في المقابل في الكتاب الذي تريده. وقد نبه بذلك على ان المضيء انما يضيء ما يقابله نعم. ما يقع في مقابله تضع الجوال في مقابل الكتاب يشخص لك الكتاب الذي تريد المكاسب مثلا قال وهو ذاتي وعرضي اول وثن مواصفات الضوء اقول للظلم منه ذاتي ومنه عرضي وايضا منه ما هو اول ومنه ما هو الثاني فالذات يسمى ضوءا بقول مطلق نعم. واما العرضي وهو الحاصن من المضيل ذاته في غيره يعني في الشجر فليقول هذا الشجر مضيء ببركة الضوء لانه هاي يسمى نورا يعني مثلا القمر القمر ليس له وضوء يكتسب النور من الشمس فلنقول له نور ليس له ضوء القمر ما عنده ظياء عنده النور لانه انعكس الظو فيه والاول من الظلمة حصل على المضي لذاته والثاني ما حصل عن المقابل له كالارض قبل طلوع الشمس او القمر. فانها مضيئة لمقابلتها الهواء المضيء لمقابلة الشمس نعم يعني الشمس ضياؤها اول والارض او القمر ضياؤه ثان قال والظلم عدم الملكة. نعم الظلم هو انتفاء الضوء. ما من شأنه ان من شأنه ان آآ ان يستضيء واذا دققتم انتم المسألة هذا الكلام من محقق الطوسي يبيد مطلقا كون الذو عراظا لان الملك والعدم بين الوجود وعدم الوجود نعم وليس من خصوصيات الاعراض. اقول الظلمة عدم الضوء عما من شأنه ان يكون مضيئا وآآ اه مثل هذا العدم المقيد بموضوع خاص يسمى عدم الملك وليست الظلمة كيفية وجودية قائمة اه اه المظلم لا لا لا اصلا هي عدم عدم مطلق كما ذهب اليه من لا تحقيق له. لا الظلم ليست كيفية حقيقية</w:t>
      </w:r>
    </w:p>
    <w:p>
      <w:r>
        <w:t>لان الموصل لا لا يجد فرقا بين حالته عند فتح العين في الظلمة وبين تغميضها في عدم الادراك فلو كانت كيفية وجودية لحصل الفرق. لا نحن نقول اصلا عدم علم وفي هذا نظر فانه يدل على انتفاء تو نهاية عن الظلمة كيفية وجودية مدركة لا على ان وجودية مطلقة تنظلم على شيء يعني من قال انا ادرك الظلم مشتبه هذا مجاز يعني انه غياب الضوء انت بالمجاز تقول انا ارى الظلم الظلم لا شيء. كيف تراها? تراها بماذا? تراها بماذا? ملاك ملاك الرؤية هو الظوق. نعم العرف يقول انا ارى ظلما ترى ظلم معنى يعني انت لم ترى النور غياب النور هذا غياب النور اسقطته بالمجاز والادعاء على ذلك الشيء وتقول ادركت الظلم نعم ذوقت الظلمة المهم هو بنى على ان الضوء يقابل الظلم اه عدمها لك. وانا اقول مقابل وجود وعدم. ليس يعني ايه التناقض وليس ظلم من مقابل عدم ملاكة وعدم ملاك يعني الضوء ملك والظلم عدم ملكة امن شأنه ان لا ابدا وجود وعدم. لان الظلم لا شيء الظلم لا شيء هذه المسألة الصحيحة المسألة السابع في البحث عن المسموعات كملنا المبصلات الروحي للمسموعات يعني الذي لها علاقة بالاذن قال ومنها المسموعات وهي الاصوات الحاصلة عن التموج المعلول للقرع والقلع. القرع والقلع الى المعدة ارضية. يعني ان تقلع شيء يعمل الصوت تسمع صوت حين القرع او تضرب بالمطرقة يأتي الصوت. هذه عين معدة خروج ذبذبات هذه الذبذبات حالة فيزيائية الظرب حالة فيزيائية القى الحلة الفيزيائية ذبذبات حالة فيزيائية يدخل في الاذن خرجنا من الفيزياء الى الفيزيولوجية النقص تدرك شيئا يسمى الاصوات نعم ارضية كلها الاعصاب والدماغ كلها ارضية فسيولوجية الناس تدرك هذه الاصوات نعم كيفية كيفية مسموعة اقول من الكيفيات المحسوسة الاصوات وهي مدركة بالسمع يعني بالة السمع يعني بقوة السمع هذه الاذن مادة في قوة نفسية تسمى قوة السمع المدركة الاعتياف في الحقيقة النفس تتشائم بهذه القوة تدرك الأذن معدة فيزيولوجيا فقط واعلم ان الصوت عرض قائم بالمحل على مبناهم مهويون ما سوى الله تعالى اما ان تدرجه تحت الجوهر واما تدرجه تحت العرب. هذه هو الذهنية المهاوية فيجب ان يدرج الصوت اما تحت الجور واما تحت الغرض. هنا يقول اه عرض قائم بالمحل. وقد ذهب قوم غير محققين الى ان الصوت جوهر ينقطع بالحركة وهو خطأ لان الجوهر يدرك باللمس والبصر لا الجوهر لا يدرك لا باللمس ولا بالبصر. اصلا الجوهر لا يدرك مطلقا الذي تدرك هو كيفيته ثم يأتي الاستدلال العقلي الكيفيات بما انها اعراظ ليست قائمة بنفسها فهناك جوهر تتكئ عليه. مسألة عقلية وليست مسألة الجواهر لا يمكن ان تدرك حتى الجواهر المادية لا يمكن ان تدرك بالحس. تدرك بالعقل هذا القياس يعني انا ارى اللون في التفاحة لون احمر النون ادرجه تحت العرض واقول بما ان اللون الاحمر عرض لا يتكئ بنفسه لا يتكئ على نفسه قائم بجوهر. فعندنا جوهر تفاح. هذه مسألة عقلية ادراك عقلي ليس ادراك لان الجوهر يدرك باللمس والبصر? لا نعم يدرك باللمس والبصر بواسطة الاعراظ وهذا ادراك عقلي وليس ادراكا حسيا والصوف ليس كذلك. يعني الصوف لا يدرك باللمس والبصر. وانما يدرك يدرك بالسامعة هنا اشتباه من العلامة الحلي يبقى عرفي ما هوي ان الجوهر يدرك باللمس ويدرك بالبصر ابدا وذهب اخرون الى انه عبارة عن التموج الحاصل في الهواء التموج الحاصل هذه علة معدة فيزيائية فقط وليس هو السمع اذا لم يصل الى الاذن ويمر بالحالات الفيزيولوجية يعني الاذن والاعصاب والدماغ النفس لا تشرق بهذا الادراك اذا من قال ان الصوت هو عبارة عن التموج الحاصل اشارة الى مرحلة الفيزياء نعم في الهواء. الناتج من القلق نعم منا شوية الناتج من القلع او القرع واخرون قالوا انه القلع او القلع لا القلع والقرع ارضية والذبذبات ارضية والاذن كمادة ارضية والاعصاب ارضية والدماغ ارضية الادراك اين يكون في افق النفس واذا بنينا على مبنى المشى في افق القوة الادراكية ديال النفس هم يقولون انها مادية وهذا امر عجيب لا القوة الادراكية دائما مجردة وهذان المذهبان باطلان. كيف وفسروا لادراك السمعي ببعض مراحله القلع المرحلة الاولى قرع والقلع المرحلة الاولى. ذبذبات مرحلة ثانية الاذن مرحلة ثالثة. الاعصاب مرحلة الرابعة. المخ المرحلة الخامسة ثم يأتي الادراك السمعي الارقى في المرحلة السادسة. وسبب غلطهم اخذ سبب الشيء ما كان اه له. نعم هذا صحيح يعني اخذ الجزء العلة تمام العلة. سبب الشيء. يعني هذه معدات طبعا هنا السبب اكتب السبب المعد يعني الارضية فان الصوت معلول للتموج نعم المعلول للقرع هذا كلام صحيح او القرع وليس هو احدهما وليس هو وحدهما لانها تدرك بالحس البصر بخلاف الصوت. يعني انا ارى القلق انا القلعة بالبصر وهذه الذبذبات اه اراها باجهزة الان متطورة ارى هذه الذبذبات نعم اذا هذه معدة وليس هي الصوت اذا عرفت هذا فاعلم ان القلع او القرع القلع يعني تقلع شيئا يحدث صوت. القلع يعني الضرب اذا حصل حدث تموج يا الذبذبات بين القارع والمقروء في الهواء وانتقل ذلك التموج الى سطح الصماغ يعني في الاذن فادرك الصوت يعني القوة السمعية ادركت ليس الصمغ ولا نعني بذلك ان تموجا واحدا ينتقل بعينه الى السماق بل يحصل تموج بعد تموج عن صدم بعد اخر كما في تموج الماء الى الى ان يصل الى الحس. يعني ذبذبات ليس ذبذبة واحدة نعم. ذبذبات متتالية. صحيح هذا الكلام صحيح ذبذبات موت متتالية نعم انظر هذا الادراك هم اكتشفوا ان هناك تموج لكن لم يدرس هذا التموج لو درسوه كانت هناك اكتشافات عظيمة في ذلك الزمان ولعل العناية الالهية لا تريد ذلك يريد الانسان ان يتطور مع الزمن في هذه الامور قال بشرط المقاومة اقول القرع انما يحصل مع الصوت اذا حصلت المقاومة. يعني الشيء الذي نضربه شديد واذا ضربنا الماء الرخو عنده البلة فقط لا يأتي الصوت لكن اذا انت من بعيد ظربت الماء حتى هذا آآ تسمع الصوت يعني تكون مقاومة. يعني حتى يتم القرع والقلع نعم اذا حصلت المقاومة بين القارئ والمقروء هذا شرط شرط فيزيائي فانك لو ظربت خشبة على وجه الماء بحيث تحصل المقاومة فانه يحدث الصوت ولو وضعتها عليه بسهولة لم يحصل الصوت. قرع ومقاومة ولا يشترط الصلابة لحصول الصوت من الماء والهواء ولا صلابة هناك يعني قرع ومقاومة مقاومة تكون. نعم. ولهذا اذا غطس الانسان نحن نسمع الصوت مع ان الماء رخو المهم تكون مقاومة ما والقرع اذن يشترط المقاولة هادي كلها شروط فيزيائية واي نعم معدات للادراك قال في الخارج اقول ذهب قوم الى ان الصوف ليس بحاصل في الخارج يعني اذا قلنا آآ الصوت له واقعية خارجية بدون الاذن نعم هذا غير خرافة كبيرة. يعني الاذن كمادة فيزيولوجية</w:t>
      </w:r>
    </w:p>
    <w:p>
      <w:r>
        <w:t>والاعصاب والمخ هذي امور اذا لم تكن الصوت لا يكون اذا الصوت ليس له واقعية خارجية كصوت وانما له شروط موضوعية فيزيائية وشروط فيزيولوجية حتى يتعين في افق النفس نعم اذا من نفى الصوت في الخارج بهذا المعنى صحيح ام ان ينفي مقدمات هذا الصوت في الخارج نعم يعني المنشأ من القرع والقلع والذبذبات هذا خطأ ذهب قوم الى ان الصوت ليس بحاصد في الخارج بل انما يحصل عند الصواغ. صحيح كلام صحيح وهو ما اذا تموج الهوى وانتهى التموج الى قرع سطح السواخ يعني في الاذن فيحصل الصوت. وهو خطأ على منح يقول هو خطأ. لا هذا الكلام جدا دقيق. وكلام صحيح يعني هو لينفي الصوت. يقول الصوت يجب ان يتعين في الاذن. يعني يجب ان تكون ارضية فيزيولوجية. يعني الارضية الفيزيائية لا تكفي. القرع ارضية فيزيائية. تموج ارضية فيزيائية يجب ان تكون هناك ارضية فيزيولوجية فسلجية الان يقولون هي الأذن والأعصاب والدماغ بدون هذا لا يتعين الصوت نعم على ما يقول خطأ والا يعني اذا كان الامر كما يقول هذا المتنبي لهذا الرأي لم تدرك الجهة يعني ولا البعد كما في اللمس يعني الجهة والبعد لا يعني انت الان اذا سمعت صوت نعرف الجهة من اين اتى صحيح? وتعرف حتى البعد تقول هذا صوت بعيد صوت قريب. صحيح هذا كله صحيح. كلام العلامة صحيح لكن القائل ماذا يقول? يقول اه انا لماذا التفت لانها وصل اليها اذا وصل الى يعني انا بعدي الفيزيولوجي وبعدي الادراكي ضروري لتحقق هذا الاتجاه ثم احكم انه بعيد او قريب نعم اذن كلام العلامة من جهة صحيح وكلام الاخر من جهة صحيح والا لم تدرك الجهة ولا البعد يعني الصوت البعيد والصوت القريب كما في اللمس حيث كان ادراكه بالملاقاة ولا يمكن ان يقال ان ادراك الجهة انما كان لان القرع توجه من تلك الجهة وادراك البعد نعم هذا كلام صحيح. يجب ان يصل الى الاذن لان ضعف الصوت وقوته يدل على القرب والبعد. لان لو صددنا الاذن اليسرى لادركنا اه باليمنى جهات الصوت الحاصل من جهة اليسرى والظعف لو كان للبعد لم تفرق بين القوة البعد والضعيف القريب. لا  صاحب صاحب هذا المبنى كلامه جدا دقيق لكن يرفض ان الصوت ليس له مقدمات خارجية وكذلك خاطئة فقل فالقول بان الصوت له واقعية خارجية بمعزل عن الفيزيولوجية. يعني الاذن يعني الصمغ والاعصاب والدماغ هذا كذلك خطأ اذن الصوت له مكونات متعددة مكونات فيزيائية مكونات فيزيولوجية هذه كلها معدل معدات الساس والنفس او القوة السامعة القوة السامحة. اذا القلع والقرع بشروطهما يعني المقاومة وتواجد الخارجي والذبذبات هنا انتهت الأرضية الفيزيائية ثم هذه الذبذبات تدخل الى الاذن السماء دخلنا في البعد الفيزيولوجي خلاص انتهت فيزياء ثم حركة في الاعصاب ثم في الدماغ في المكان الذي مختص به المسموعات هل الدماغ يدرك? لا لا يعي مادة والاعصاب لا تعي ثم النفس تشرق بادراك هو الصوت اذا الارضية الخارجية لها دور واذا قلنا خارج الصوت الخارجي باعتبار الارضية اذا قلنا الصوت في افق الفزلجة يعني الصباغ والاعصاب والدماغ صحيح نعم لكن هذه كلها ارضية كأرضية لإشراق النفس بذلك الإدراك الصوتي نعم قال ويستحيل بقاؤه لوجوب ادراك الهيئة الصورية اقول الصوت يستحيل علي البقاء خلافا للكرامية كرم هذه فرقة عندها ذوق سلفي وكانت تكفر وكذا وهي التي قتلت الفخ الرازي لما في زمانه كان ساقطا عليها كانت ممتدة من خرسان الكبير الى الشام انتم لا تعتقدون ان داعش والنصرة وهذه الامور اه لم تكن في الماضي لا كانت في الماضي بالوان اخرى واشكال اخرى لماذا? انا اقول لكم انت ابعد العاقل عن الدين فهذه الحركة تتأسس تتأسس نعم ابعد الحكمة الالهية عن الدين هذه الحركة تتأسس. من قلب المدارس الدينية من قلب المدارس الدينية ولهذا انتم اذا تأملتم في سيرة الائمة تجد العقلانية غليظة وشديدة في سيرتهم سلام الله عليهم ولكن هذه ما موجودة في اتباعهم مع الاسف الا في ثلة من العلماء الا في ثلة من العلماء والعجب النجف الاشرف كان هو المجلى لهذا الامر المجرى العقلانية العميقة في في آآ تاريخه نعم ولهذا لم تتسلل فئة منحرفة الى الحوزة الشريفة. ابدا. لماذا؟ لان هنا العقلانية حاكمة عقلانية الحاكمة. ابعد العقلانية الخرافات تدخل خزعبلات تدخل والدين ينتهي نعم كرامية كانوا مجسمة نعم اقول الصوت يستحيل عليه البقاء خلاف الكرامة يعني يتوقف والدليل عليه ان اذا سمعنا لفظة زيد ادركنا الهيئة الصورية يعني ترتيب الحروف اللي هي معدات وتقديم آآ وتقديم بعضها على بعض يعني الترتب المنطقي في الحروف نعم ولو كانت اجزاء الحروف باقية لم يكن ادراك هذا الترتيب اولى من باقي التركيبات الخمسة لان اه بمجرد تقول جاء زيد الى المدرسة قرأ زيد سورة الفاتحة اصول ذبذبات. طبيعة الذبذبات بعض يتلو بعض نعم ولهذا يقولون جاءت من كلمة يتلو اخذها من اللغة العربية البائدة القديمة. وتسللت الى اه الى الحضارات الأخرى تليفون تيليفون يعني الصوتية صوت يتلو صوتا اذا لا يمكن ان يبقى بطبيعته داثر. يعني اذا جاءت مفردة صوتية مفردة صوتية سابقة تنتفي يعني التدرج ولهذا الذبذبات التلفزيون يقولون يعني الصورة المبصرة تتلو بعضها البعض تيلي فون صوت تيلي زيجان تيلي بارتي هادي الروحيات نعم الطبيعة التونسية فلما ما تبقى يعني اذا قلت انا زيد ز يا دا يعني اذا سمعتها راحت تأتي النوبة لمن هي ثما يا تروح ياتي الداء فتتعين الصورة الإدراكية لزيد نعم اقول الصوت يستحيل عليه البقاء خلافا للكرامية. الكرامية انتهت وراحت لجهنم والدليل عليه ان اذا سمعنا لفظة زيد ادركنا الهيئة الصورية اعني ترتيب الحروف وتقديم بعضها على بعض. ولو كانت اجزاء الحروف باقية لم يكن ادراك هذا الترتيب اولى من باقي التركيبات الخمس. نعم فكيف تتم هذه آآ يعني انا اسمع زيد زيد بقي بمحله يعني يعطيني صوت ولي يعطيني صوت وبدا يعطيني صوت تبقى دائما الاصوات متكررة لا تنعقد الصورة اه زيد في ذهنه. قال ويحصل منه اخر يأتي ان شاء الله واللهم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