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سبحانه اللهم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ما زلنا مع الصوتيات قال ويحصل منه يحصل من الصوت يعني من الذبذبات منه اخرون يعني صوت اخر. اشارة الى الصدى الانسان اذا كان في منطقة صحراوية وفيها جبال ويتكلم يجد ان الصوت يرجع ويسمى الصدأ. يعني ذبذبات تصطدم بالجبال ويعود الصوت يسمى الصدأ. قال الصوت انما يحصل باعتبار التموج. نعم. فالتموج عند معدة اه ظهور الصوت في الهواء تموج في الهواء الواصل الى سطح الصمغ هادي كلها بين له وقد بينا وجوده في الخارج وبينما معناه اه كونه في الخارج فاذا تأدت تموج الى جسم كثيف. يعني اصطدم بجسم كثيف مقاوم لذلك التموج رده. هذا الرد يسمى الصدى نعم فحصل منه تموج اخر وحصل من ذلك التموج الاخر صوت اخر هو الصدأ نعم ولهذا يقول ويحصل منه اخر متى اذا اصطدم بجسم كثيف والظاهر ان هذا الصدى انما يحصل من تموج الهواء الحاصل بين الهواء المتموج والمتموج الى المقاوم يعني الى الجبل وبين ذلك المقاوم لا من الهواء المتوجه بعد صدمه بالمقابل لا ليس بعضهم يتصور ان الصدى اه يعني يصطدم بالجبل ثم اذا رجع هذا الهواء هو الذي يصنع ذلك الصدى لاصطدام نعم اصطدام اصطدام يعني قرع اه مو قلع قرع ظرب وان كان فيه احتمال يعني يقول العلماء الحلي فيه احتمال ان يكون لاصطدامه بالكثيف قد يكون ب للهواء الذي هو بين المتكلم والجبل حين عودة التموج الى الانسان وكلام المصنف رحمه الله محتمل لهما لأنه لأن قوله ويحصل منه اخر يحتمل كلا المعنيين يعني لم يقيد هذا الأخر من هو اذا اذا تحرك صوت الى جسم كثيف كالجبال مثلا فيرجع هذا الصوت يسمى الصدأ. يعني يصطدم بالجبال ثم يتموج راجعا اما ان يكون هذا الصدى من اصل القرع يعني ضرب الجبل والاحتكاك او من الهواء الذي بين الجبال والانسان المتكلم هذا يسمى الصدع. نعم. معروف نعم اه قال وتعرض له كيفية مميزة تسمى باعتبارها حرفا بعدما كمل هاد الصوت وتعريفه والاشارة الى الصدى يتكلم عن الحروف عن الجمل عن الكلام نعم. قال تعرض لي الصوت كيفية. يعني الحرف يعني التكلم بالحروف حيثية من حيثيات الصوت يعني الصوت بنحو تعرض للصوت كيفية يتميز بها عن صوت اخر مثله تميزا في المسموع نعم طبعا الحرف يسمع يسمى الصوت باعتبار تلك الكيفية حرفا وهي حروف التهجي الف باء وكذا وحصرها غير معلوم بالبرهان نعم هذا هو الحرف يعني من تجليات الصوت ولكن الصوت بنحو بكيفية ثم يقسمه قال واما مصوت او صامت متماثل او مختلف  المصوت يعني فيه صوت لا صمت يعني ما فيه اه لين متماثل جيم جيم ثم تأتي اذا اجتمعا تأتي الشدة والادغام او مختلفون جيم حاء كما يقول بالذات او بالعرض. اقول تنقسم الحروف الى قسمين مصوت صامت المصوت هو حرف المد واللين اعني الواو والالف والياء وهي انما تحصل في زمان طبعا الكلام يجب ان يكون فيه امتداد واما صامت وما هو ما عاداها من الحروف نعم والصامت اما متماثل كالجيم والجيم اذا اجتمع ادغم فجاءت الشدة او مختلف كالجيم والحاء او الجيم والميم والمختلف اما بالذات كالجيم والحاء او بالعرض وهو اما ان يكون احد الجيمين مثلا ساكن والاخر متحركا او يكون احدهم متحركا بحركة والاخر بضدها نعم ادي تقسيمات تصورية فقط. نعم. قالوا وينتظم من الحرف الكلام باقسامه. نعم اذا الكلام هو ماذا? حروف منضدة به كيفية خاصة اقول هذه الحروف المسموعة اذا تالفت تأليفا مخصوصا اي بحسب الوضع سميت كلاما بحسب الوضع لا اعتقد يعني الا اذا كان الوضع بالمعنى معنى المقول تتموظع نعم لا يذهب الدين الى الوضع للاعتبار. يعني ذلك وضعا وضع المعنى وضع اللفظ للمعنى نظن هنا الوضع المعقولي يعني تتماوضع نعم حسب التموضع سميت كلاما يعني هذه الحروف اذا تموضعت بكيفية خاصة سمى كلاما. نعم. انا اقول بسم الله الرحمن الرحيم الحمد لله دي كلها حروف نعم تموضعت بكيفية خاصة فنشأ ما يسمى الكلام فحد الكلام على هذا هو ما انتظم من الحروف المسموعة تظم يعني اتسق من الاتساق يعني انتظم ويدخل فيه المفرد وهو الكلمة الواحدة كالزيت في جملة والمؤلف التام الذي يصح السكوت عليه وهو المحتمل للصدق والكذب باعتبار الواقع نعم وليس الجملة التي تحتمل الصدق والكذب والقضايا لان الجملة ما عندها علاقة بالواقع. الجملة اذا صارت يعني الجملة الحرفية الجملة الكلامية اذا صارت معنى ما يعني دخلت في حيز القضايا المنطقية حينها يقال لها تصدق او تكذب نعم الجملة تصدق تكذب بالمجاز فيه فاصل بينها وبين الواقع وهي القضايا القضايا ولهذا نحن نبحث عن المعنى هذا المعنى هو يوضعنا في الواقع لكن تساهل قالوا الجملة تحتمل الصدق الكذب. لا الجملة لا تحتمل السقول في الكذب. الجملة اما تفهم يعني لها معنى اولى الذي يحتمل الصدق والكذب هو القظايا. نعم ولهذا تجد انت اذا قلت للعربي اه الماء لا يرفع العطش يقول لك ليس صادقة. اذا قلت للفرنسي اه الماء بلغته لا يرفع العطش معنى بلغته ووظع خاص وكلمات خاصة اه الماء لا يرفع العطش يقول لك كذب اذا ما دخل اللغة العربية باللغة الفرنسية? اذا اذا كان الصدق والكذب للجمل فتكون خاصية للغة العربية وخاصية للغة الفرنسية له. لأن الجملة العربية والجملة الفرنسية اتحدتا في المعنى هو الذي يحمل الصدق والكذب. هذه الدقائق عادة لا ترى ولهذا يقول اه المؤلف التابع للجملة التامة وهو المحتمل للصدق والكلم. يعني اذا طابق مع الواقع صدقة واذا لم يطابق غير المحتمل لهما من الامر وغير المحتمل لهما يعني للصدق والكذب من الإلزامات و الأمر والنهي والإستفهام يعني هادي ادوات الطلب والتعجب والنداء وغير تام التقييد وغير يعني هنا قسم لك هذه الجمل نعم يعني جمل خبرية وجمون غير خبرية انشائية نعم وغير المحتمل لهما يعني الصدق والكذب من من بيانية من الامر والنهي والاستفهام والتعجب والنداء يا علي وغير التام التقييد وغيره. غير تم تقييدي عن التعريفات يعني الجمل غير تامة تقييدية في الاصطلاح يسمى التعريفات. تقول انسان حوار ناطق وهذه ليست قضية هذا تعريف اسمه التركيبات التقييدية وغيره من هذا الامر والى هذا اشار بقولي باقسامه نعم تركيبات التقييدية وغيرها غيره ظاهر اشارة الى التركيبات الوصفية اه الجار والمجرور مضاف مضاف اليه هذه كلها ليست جمل تامة ولا تحتمل الصدق والكذب لان البعض لم لم تتب قال ولا يعقل اه غيره. نعم يعني عقل من غير من غير من الكلام غير هذا. نعم. اقول يريد ان الكلام انما هو المنتظم من الحروف المسموعة</w:t>
      </w:r>
    </w:p>
    <w:p>
      <w:r>
        <w:t>نعم ولا يعقل غيره وهو ما اطبق عليه المعتزلة الأشاعرة قالوا بالكلام النفسي ولهذا المحقق التونسي يقول ولا يعقل غيره يعني الكلام النفسي للأشعة راه غير معقول اصلا غير معقول كلام النفس هو العلم فما عندنا كلمة عندنا العلم نعم هو الارادة اه لماذا يسمى الكلام النفسي اذن ولا يعقل غيره رد لمبنى الاشاعرة وهو الكلام النفسي نعم لانه بعضهم يقول القرآن غير مخلوق. اذا اذا لم يكن مخلوقا فكيف يتموضع في عالم العالم الالهي السوق الالهي سوق الربوبية يقولون ايه هو الكلام النفسي هو العلم في الحقيقة نعم فلا يعقل هذا الكلام ليس غير معقول اقول يريد ان الكلام انما هو المنتظم من الحروف المسموعة ولا يعقل غيره وهو ما اطبق عليه المعتزلة وكذلك الامامية والاشاعرة اثبتوا معنى اخر سموه الطلب والكلام النفساني غير مؤلف من الحروف والأصوات لأنه في السوق الربوبي هناك ما في حروف واصوات لان الحروف والاصوات مخلوقة حادثة يدل هذا الكلام عليه يعني هذا الكلام اللفظي المادي علامة اية على ذلك الكلام النفسي وهو مغاير للارادة. نعم اذا قلت هو الارادة يقول لا وغير الارادة لان الانسان قد يأمر بما لا يريد هذا نقض عليهم نعم لان الانسان قد يأمر بما لا يريد اظهار لتمرد العبد عند السلطان فيحصل عذره في ضربه ومغاي لتخيل الحروف لان تخيلها تابع لها ومختلف باختلافها. تخيل صورة حسية تتغير باختلاف المعطى الحسي وهذا المعنى لا يختلف وظاهر انه مغاير للحياة. نعم والقدرة وغيرهما من الاعراظ. والمعتلزة المعتزلة بالغوا في انكار هذا المعنى وادعوا الضرورة في نفيه. وقالوا الامر انما يعقل مع الارادة وليس الطلب مغايرا لها. الطلب هو الارادة وحينئذ يصير النزاع هنا لفظي هذه المسألة تدخل في تاريخ علم الكلام. الكلام النفسي انتهى الامر الانسان بعد التكوين العلمي خلي التكوين العلمي يكون في المباني والمباني الصحيحة والقوية التي لها اثار معرفي اثار سلوكي اضطر عملي على الانسان وفي علاقته مع المجتمع وفي علاقته مع ربه اما هذه المباني التي تجاوز الزمان بخليها في تاريخ علم تنام افضل لا تدخل في النصوص التدريسية او المتندرس التدريسي المسألة الثامنة في البحث عن المطعومات هنا فقط يتكلم بنحو الفتوى امور تصورية فقط. نعم لماذا لان الشهودية آآ المطعومات امور شهودية اه فلا يمكن ان يدخل الى عالم الاستدلال وكذا فقط اه تحليلات فقط وتوضيحات تصورية ومنها المطعومات يعني كم اه الكيفيات المسموعة الى المطعومات ومنها المطعومات التسع الحادثة من تفاعل الثلاث مثلها. التفاعل الثلاث يعني الكيفيات عندنا كيفية رطوبة ويبوسة وبرودة وحرارة تفاعل هذه الكيفية تحدث للمطعومات كيف يبين? اقول المشهور عند الاوائل يعني الفلاسفة ان الجسم اذا كان عدم الطعم. قد تسأل هذا السؤال لماذا دائما الاوائل الاوائل  المدارس الاخرى اي لا الفلسفة كانت جامعة لجميع العلوم في ذلك الزمان نعم فيها علم النفس فيها الفيزيولوجية فيها وفيها يقولون الاوائل نعم لأنها ام العلوم. المشهور عند الأوائل ان الجسم ان ان كان عديم الطعام فهو التفه يعني بدأ يقسم التقسيم التصوري اه وتعد التفاهة من الطعوم التسع وان كان ذا طعم يعني ليس تافها لم ينفكوا من احد الطعوم الثمانية وهي الحلاوة والحموضة والملوحة والحراثة والمرارة والعفو والقبض والدسور جيد. هذا تقسيمه وهذه الطعوم التاسع تحصل من تفاعل يشير الى العلة التي عينتها التي اوجدته وهذه الطعوم التسعة تحصل من تفاعل ثلاث كيفياتها. الحرارة والبرودة والكيفية المعتدلة نعم بدون الكيفية المعتدلة لا يحصل التذوق في مثلها في العدد. اعني ثلاث كيفيات لا مثلها في الحقيقة. وهي الكثافة واللطافة والكيسية المعتدلة فان الحار اذا فعل في الكثيف حداثة المرارة وفي اللطيف الحراثة وفي المعتدل الملوح والبارد ان فعل في الكثيف حدثت العفو. وفي اللطيف الحموضة وفي المعتدل القبض والمعتدل ان فعل في اللطيف حدثت دسوما وفي الكثيف الحلاوة وفي المعتدل تفاه. قد تقول كيف وصلوا الى هذه وصلوا الى هذه الحقائق? اقول بمعاينة التجربة يعاينون التجربة حين التذوق هذه التقسيمات فقط من اراد ان يتعمق فيها الان يروح الى الفيزيولوجية نعم وليس الى الفلسفة القديمة الفيزيولوجية اي ابدعت انا عندي كتب في هذا الامر بالمخ والدماغ وعلاقته بالمعرفة وبالحس بحوث حديثة بغاية الجمال والعمق المسألة التاسعة في البحث عن المشمومات انظر لان  هذه المطعومات شهودية قسمها فقط ومنها المشمومات ولا اسماء لانواعها. لم ينعتوها بالاسماء هذه الاقسام. هذه الانواع الا من حيث الموافقة والمخالفة اقول من انواع الكيفيات المحسوسة الروائح ان مدرك بحاسة الشم ولم يوضع لانواعها لم يوضع لانواعه اسماء مختصة بها كما وضعوا لغيرها من الاعراض. بل ميزوا بينها من حيث الموافقة والمخالفة لطبيعة الانسانية. فيقول رائحة طيبة يعني توافق طبع الانسان ورائحة ممتنة يتنفر منها الانسان او من حيث اظافتها الى المحل كرائحة المسك وهكذا اما تقيدها بالمحل او بالطبيعة الايه? السانية المسألة العاشرة في البحث عن الكيفية الاستعدادية الكيفية الاستعدادية هي القابليات تقول هذا الطالب عنده استعداد للدرس قوي ذاك الما عندو استعداد يعني ما عندو قابلية الآن يسمى القابليات نعم استعداد القابلية والقدرات كلها بمعنى واحد قال والاستعدادات المتوسطة بل طرف النقيض يعني بين طرف الوجود والعدم يشتد الاستعداد ويضعف يشتد يذهب الى الوجود ويضعف يتجه نحوه نحو العدم والاستعداد يتقوى عن الطالب طالب يقول انا لم افهم الدرس ليحكم على نفسه انه عديم الاستعداد لا اذا واظب واجتهد هذا الاستعداد ينفتح ويتقوى اقول لما فرغ من البحث عن الكيفية المحسوسة شرع في القسم الثاني من اقسام الكيف الكيف الاربعة وهي الكيفيات الاستعدادية وهي ما يترجح به القابل مقابل يعني شيء يحمل هذه القدرات وهذه الاستعدادات في احد جانبي قبوله وهي متوسطة بين الطرف الناقض عن الوجود والعدم. يعني انت عندك قابلية ان تكون مجتهدا فانت اما ان تتجه تدريج نحو الاجتهاد وهذا هو الوجود واما ان لا تتخلى عن هذا الامر لا تصيروا مجتهدا. يعني الاجتهاد ينتفي مطلقا. نعم وذلك لان الرجحان لا يزال يتزايد يعني يشتد نحو الاجتهاد في احد طلب في الوجود يعني الاجتهاد والعدم او عدم الاجتهاد الى ان ينتهي اليهما اما الى الاجتهاد او لا كذلك الرجحان القابل للشدة والضعف هذه من خاصية القابليات والاستعدادات انها تقبل الشدة والظلم خلاف الإمكان المهوي هذا يسمى في في اقسام الامكان بالامكان الاستعدادي نعم فقط الفرق بين الاستعداد والامكان الاستعدادي في هذه الاضاءة فما جيدا انت ترى النخلة المثمرة في الفسيلة تقول لها ايمان استعدادي يعني يمكن هذه الفسيلة توضع في شروط موضوعية وتصير نخرة مثمرة يعني قياس النخلة الى الفسيلة ثم تقول باي ملاك صار في الفسيلة نخلة حين التكامل والتطور والشدة تقول لي قابلية فيها اذن الاستعداد هنا تراه في الفسيلة اما اذا قست النخلة الى الفسيلة تقول ان كان استعدادي هذا هو الفرق</w:t>
      </w:r>
    </w:p>
    <w:p>
      <w:r>
        <w:t>الفرق بين الامكان الاستعدادي والاستعداد فرق لحاضي اذا ركزت على الشيء قابل للتكامل حتى يصل الى غايته تقول هذا استعداد اذا قست الغاية يعني النخلة الى الفسيلة تقول لها ايميكان يعني مو ممكنة بالامكان الاستعدادي. يعني يمكن ان تصير نخلة وتتعين. نعم. من يحمل هذه القبيلة او الاستعداد هي الفسيلة نعم يقول لان الرجحان لا يزال يتزايد في احد طرفي الوجود والعمل الى ان ينتهي اليهما. اما الاجتهاد او عدم الاجتهاد فذلك الرجحان القابل للشدة والضعف قلت لكم هذه خاصية للإمكان الإستعداد او للإستعداد ليست موجودة في الإمكان المهوي المتوسط بين الطرفين الوجود والعدم. نعم. هو الكيف الاستعدادي نعم يعني الكيف الاستعدادي قابلية قابلية الاجتهاد قابلية ان يصير طبيبا قبلية ان يصير اه سياسيا كبيرا وطرفها الوجود والعدم. اما ان يتجه الى الكمال او يتجه الى عدم الكمال. وهذا الرجحان ان كان نحو الفعل فهو القوة. وان كان نحو الانفعال فهو اللا قوة نعم فانت هذا الرجحان يعني تتحرك نحو الاجتهاد وهذا الاجتهاد يشتد مع الزمن حتى تصل الى نهايته هذه هذه القوة عنده قوة للاجتهاد. وان كان نحو الانفعال فهو اللاقوة. يعني يتدحرج نحو الطرف الطرف الناقيض يعني اللا اجتهاد فهلأ قوة قل ما عندو قوة ان يكون اه مجتهدة المسألة الحادي عشر في البحث عن الكيفية النفسانية هذه من من البحوث الجميلة تنتمي الى علم النفس الفلسفي نعم قال والنفساني حالة او ملكة. حالة يعني قد تزول والملكة راسخة. اقول هذا هو القسم الثالث من اقسام الكيف وهو الكيفية النفسانية يعني شؤونات النفس. نعم ونعني بها المختصة بذوات الانفس. اما نص نباتية او حيوانية او انسانية وهي اما ان تكون سريعة الزوال وتسمى حالا مثلا الإنسان يخجل ويحمر وثواني و اه دقائق وتنتهي هذه الحالة لسرعة زوالها واما بطيئة الزوال وتسمى ملكة مثلا عندو ملكة الاجتهاد نعم والفرق بينهما ليس بفصول مميزة بل بعوارض خارجية. يعني ليست انواعا وربما كان الشيء حالا ثم صار بعينه ملكة اذا اشتدت الصفة اشتدت بكيفية من من اه من الحال الى الملك من اجمل البحوث هي الكيفيات النفسانية المسألة الثانية عشر في البحث عن العلم بقول مطلق لان العلم بالكيفية النفسانية يعني دخل الى نوع من انواع الكيفيات النفسانية او مصداق من مصادقها وهو العلم يعني الكاشفية الكاشفية. فجاءت المناسبة الى ذكر العلم. شيء جميل. هنا العلم بالحمل الاولي لا يشير الى علم الله تعالى وعلم الامام وعلم الإنسان المتميز المجتهد والفيلسوف او علم العامي. لا هنا العلم بالحمل الاولي. يعني اه ماهية العلم فهو عرض كيف وكيف النفساني وهو والكاشفية يعني المرآوية قال منها العلم وهو اما تصور او تصديق جازم مطابق ثابت يعني اذا قلت تصور تصديق ذهب الى العلم العلم الحصولي لا قص بالعلم الى حضوري ثم حصولي حصولي الى تصور وتصديق ثم التصور بديهي نظري تصديق بديهي نظري النظري اه اه يقيني غير يقيني وهكذا تأتي الاقسام. اين اقسم هذه اه البحوث بطريقة رائعة في كتبه الفلسفية وليس هنا. كتب الفلسفية ابدع في التقسيم نعم اذا العلم هنا يعني العلم الحصولي نعم فقط اضاءة مهمة جدا هنا وقليل من يلتفت اليها ليس العلم الذي يقسم الى تصوروا التصديق ابدا جاز مطلق او ليس بجازم ليس العلم العلم واقعية خارجية عرف والاعراض واقعيات خارجية لا تقسم لا الى تصور وتصديق هل الواقعيات الخارجية تقسم? لا لا تقسم ولا تصور تصديق. اذا من يقسم الى التصوف والتصديق? متعلق العلم. يعني المعلوم كلما كان هناك علم كيف نفساني يعني نورانية في النفس هادي النورانية الناس تجد انت المتعلق ما تشير اليه في افق نفسك اما ان يندرج تحت مفردات تصورية واما تحتها قضايا تصديقية ومن هذا الامر اذا هذا التقسيم تقسيم مجازي يعني باعتبار المتعلق يعني المعلوم بالذات الذي يشير الى المعلوم بالعرض الواقع الخارجي هذه سجلها جيدا عندك قليل من يشير اليها نعم السيد العلامة في النهاية ظاهرا اشار اليها اشارة خفيفة قال منها العلم وهو اما اكتب باعتبار المعلوم يعني ما يؤول اليه العلم لان العلم قصدي يعني قصدي يعني العلم ونحن نسمي القصدية يعني ضوء اضافة يؤدي الى المتعلق المعلوم بالذات في افق النفس. المعلوم بالذات يطابق الواقع او لا يطابق الواقع اما تصور يعني مفردات فقط وهذه التصورات تقسم الى مفردات ساذجة سماء ماء ذهب فضة ملك واما لا تركيبات تقليدية هي التعريفات واما صفة وموصوف مضاف مضاف اليه جار ومجرور جزء الشرطية هذه كلها تدخل تحت التصورات او تصديق يعني انعقدت القضية ما يسمى في اللغة ما يصح السكوت عليه هناك اذا قسناها الى الواقع الخارجي تكون صادقة او كاذبة ثم مقدار هذا الصدق قد يكون صدقا يقينيا قد يكون ادنى من صدق اليقين. نعم. قد يكون جهلا مركبا وقد يكون له ليس جهلا مركبا الا انه دون الجزم المئة بالمئة فنذهب الى اما الظن فوق فوق الخمسين او خمسين ما يسمى الشك يعني الشق التصديقي واما الوهم الوهم التصديقي نعم اقول من الكيفيات النفسانية العلم قلت لكم العلم من مصاديق الكيفيات النفسينية من اجمل المصادق بالاروع المصاديق وقسمه الى التصور ليس العلم الذي يقسم قلنا المعلوم بالذات وهو عبارة عن حصول صورة الشاي في الدين. نعم اذا افهم جيدا العلم الحصولي حضور الاشياء الخلقية في افق فاهمة يعني في افق الادراك اول مسألة تسمى في العلم هذه النقطة الجميلة يعني صارت الأشياء في نشأة اخرى. فلا يمكن ان تتصور ان تأتي بخصوصيات النشأة الخلقية في النشأة الادراكية اياك ان تشتبه هذه هذا الاشتباه. في مطابقة نعم ولكن تلك نشأة وهذه نشأة اخرى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