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الطاهرين اعزائي الطلاب السلام عليكم ورحمة الله وبركاته. وفقنا الله واياكم لكل خير وصلنا الى العلم  اه قال المحقق التونسي منها العلم يعني من الكيفية النفسانية. عن العلم شأن من شؤونات النفس نعم وارقى اه شؤونات النفس البعد الطبيعي لان النفس لها شؤونات اخرى الهية تلك خارجة عن عن الطبيعة الامور الطبيعية تحتاج الى الدين. هذا الدين يأتي ويرفعها الى شئون الهية. لا نتكلم على الامور طبيعية. العادية فالعلم من ارقى اقول هو الارقى نعم غير الشؤونات الإلهية وهو اما التصور والتصديق بينا ان العلم لا ينقسم الى تصور بل المتعلق العلمي يعني المعلوم بالذات ثم جازم مطابقا ثابت اشارة الى اقسام العلم. نعم نعم اذا لم تخن الذاكرة التقسيم في الاشارات هكذا اه العلم اما متحقق او لا ليس بمتحقق جهل بسيط متحقق يعني عندنا علم كاشفية موجودة نسبة التقابل بين العلم اه والجهل البسيط اه ملكة وعدم الملك دعنا من الجهل البسيط لانه ليس من اقسام العلم. العلم باعتبار التحقق هو عدم التحقق القسمة الاولى ثم العلم متحقق موجود اما اه جازم واما لا. يعني جازم مائة بالمائة اه ما معنى الجازيمون مائة بالمائة? يعني الطرف النقيض منتفي نهائيا. اذا قلت مثلا الله حي لا حياة منتثنية مطلقا مئة بالمئة منتفية هذا هو الجزم اه في مقابله يعني دون المئة بالمئة اما فوق خمسين بالمية خمسين بالمية دون الخمسين بالمية دونالد الخمسين هو التصديق الوهمي خمسين تصديق شكي الظن اه يعني فوق الخمسين تصديق ظني الجازم مئة بالمئة اما مطابق اولا غير مطابق والجهل المركب ثم تقول له تقول لي شيخنا الجها المركب لا يكشف فكيف يكون العلم? نقول العلم هنا باعتباره كيفية نثنية ليس باعتبار المتعلق نعم باعتبار الكيفية النفسانية يعني جا المركب ثم المطابق اما مطابق بدليل اوليس بدليل ليس بدليل يعني لا يثبت يتزلزل تقليد بدليل يعني اه تصديق اه جازم مئة بالمئة مطابق للواقع بدليل يعني بحجة هذا واليقين بالمعنى الاخص التقليد يقين بالمعنى الاعم. هذا الذي اتذكره من شرح الاشارات للمحققة نعم اقول من الكيفيات النفسانية العلم وقسمه الى التصور قلت لكم الذي يقسم هو المعلوم بالذات الى التصور وهو عبارة عن حصوله اه صورة الشيء في الدين يعني تنقلب الصورة من نشأة خارجية الى نشأة نفسية تخضع لقانونها. نعم والى التصديق الجازم المطابق الثابت هذا اليقين بالمعنى الاخص. وهو الحكم اليقيني بنسبة احد المتصورين الى اخر. يعني تقول الله حي فلاحنا جازم. وبدليل وثابت لا يتزلزل هذا اليقين فالحياة تكون لا حياة تكون منتفية مطلقا عن الساحة الالهية ايجابا او سلبا اجابة تقول الله حي فانتفت اللحيات عن الساحة الالهية جزما ويقينا وبالمعنى الخاص هنا او سلبا تقول الله ليس بجسم. فالجسمية منتفية مطلقة وانما شرط في التصديق الجزم لان الخالي منها الجزم مائة بالمائة. لان الخالي من الجسم ليس بعلم بهذا المعنى. وان كان قد يطلق عليه اسم العلم بالمجاز. وانما هو الظن اذا كان فوق خمسين بالمئة واذا كان خمسين خمسين شك واذا كان دون الخمسين والشرط المطابقة لان الخالي منه هو الجهل المركب وشرط الثبات لان الخالي من هو التقليد اما الجامع لهذه الاقسام كلها الصفات فهو العلم خاصة هنا تقصد مشوش ركز فقط على اليقين بالمعنى الاخص اكثر. لكن تقسيمنا تقسيمي انا المأخوذ من شرح الاشارات آآ اجمل واعمق اعيده العلم باعتبار التحقق وعدم التحقق عدم التحقق جهل بسيط يعني العلم اصلا غير موجود النفس ليست مشرقة بالعلم تحقق يعني القسيم الثاني تحقق عن النفس اشرقت بنور ربها هذه الاشراقة مئة بالمئة جزء مئة بالمئة ام لا لا يعني لم تصل الى الجسم مئة بالمئة. تقول له انت تقول النبي معصوم جازم يقول له لا متردد ظان شك متوهم هنا حسب النسبة فوق الخمسين هذا ترجيح او تصديق ظني. خمسين بخمسين شك. تصديق شكي. هذه كلها اوصفت تصديق ترجيح ترجيح المحمول على نقيض المحمول دون الخمسين تصديقات هادي لا جزم مئة بالمئة جيد مطابق غير مطابق غير مطابق يعني الجهل مركب اتجاه المركب ليس علما يقول لا باعتباره هذا التلطخ السوداني في نفسه. كيان بيان ثبوتي ليس باعتبار الكاشفية الخارجية باعتبار تلطخ النفس بالظلمة حقيقة ثبوتية وجودية مقابل حين يقابل العلم هنا باعتباره حيثية ثبوتية شيء ثبوتي في النفس يقابل العلم ليس كالجهل البسيط. الجهل البسيط يقابل العلم ملكة وعدم ملكة يعني الجهل الجهل البسيط عدم الملكة العلم لك الجهة المركبة بما انه الناس متلطخة بظلمة يعني بحيثية ثبوتية يقابل العلم مقابل التضاد الجهة المركب يضاد العلم المطابق للواقع العلم المطابق الواقع يعني ثابت لا يتزلزل بحجة ودليل وتوجيه معرفي. هذا اليقين بالمعنى الاخص يتزلزل وقد يزول هذا هو التقليد الك ان تعرف? الجهل البسيط غياب العلم نعم. العلم هو كاشفية. يعني في كاشفية للواقع الخارجي. خارج النفس جازم علم جازم مئة بالمئة له اقسام ليس بجازم تقول كاشفية فوق خمسين دون الجسم مئة بالمئة. ظن خمسين من الخمسين كاشفية تشك دون الخمسين كاشفية وهم هادي اصطلاحات تروحي للكاشفية مئة بالمئة مطابقة للواقع او لا ليست مطابقة للواقع الجهل المركب مطابقة ثابتة بدليل يقين بالمعنى الأخص يعني ترجيح يعني تصديق ترجيح جازم ام البيئة مطابق للواقع بدليل الجازم خرجت الظن والشك والوهم يعني مائة بالمائة ثم مطابق خرجت لجهة المركب بدليل خرجت التقليد. فالتقليد ما هو? ترجيح جازم مائة بالمائة مطابق للواقع بدون دليل. باتباع مرجعية من المرجعيات الفكرية نعم فهذا قد يتزلزل يجب ان يصل الى يقينه هو الخاص. ولهذا لا يجوز التقليد في العقائد نعم قال ولا يحد هذا العلم يحد او لا يحد لا لماذا? لان العلم هو نور به ننور الاشياء هو اظاءة اظاءة ظياء الهي فهل انت تنور النور? تحصيل لي الحاصل قال لا يحد يعني العلم لا يحد يعني لا يعرف بالتعريف التعريف الحدي. اقول اختلف العقلاء في العلم فقال قوم انه لا يحد لظهوره هذا هو الملاك لأنه هو ضياء. وبه نكشف الأشياء فان الكيفيات الوجدانية لظهورها الوجدانية يعني نفسانية ندركها بالشهود لظهورها لا يمكن تحديدها لعدم انفكاكه عن تحديث الشيب الاخفى والعلم منها نعم اذا امر حاضر عندك انت هل تعرف في الحاضر? ابدا ولا يمكن تحديدها هذه الوجدانيات لعدم انفكاكه عن تحديد الشيء اه بالاخفاء يعني انت تعرفه بما هو اخفى بي منه لان هو ملاك الابهار فاذا جئت بشيء العلم ينوره فهو اخفى من العلم. لان العلم نوره فهذا تعريف بالاقصى والعلم منها العلم من هذه الوجدانيات الظاهرة</w:t>
      </w:r>
    </w:p>
    <w:p>
      <w:r>
        <w:t>ولان غير العلم انما يعلم بالعلم هذا هو الميلاد نعم فلو علم العلم بغيره لزم الدور يعني ما ما اضأن به صار محتاجا الى غيره وقال اخرون يحد وقال بعضهم انه اعتقاد ان الشرك لا العلم ليس اعتقاد لا ابدا العلم كاشفية يعني حتى ابليس عندو كاشفية حتى اه ابو جهل عنده كاشفية. ابو جهل سألوه هل انت تشك في نبوة محمد صلى الله عليه واله? قال لهم ابدا وهو الامين امين امين قريش كيف اشك في نبوتي قالوا لماذا تحاربه? قال لماذا ليست في انا الحسد ايه? الحسد فهو لا يعتقد بنبوة لكن يعلم بها نعم اعتقاد هو ذلك العلم الراسخ في سوداء القلب فقال بعضهم انه اعتقاد ان الشيء كذا مع اعتقاد انه لا يكون الا كذا. وقال اخرون انه اعتقاد يقتضي سكون النفس. سكون النفس بأمر يستقر في القلب وليس للكاشفية هادي الكاشف فيها الحصولية حتى الشياطين عندهم. ابليس عنده كاشفية. يرى العرش يرى الملائكة ادم امر بالسجود. هذه المرتبة الالهية الرائعة. طاووس الملائكة لا يعلم يعلم. لكن هذا العلم لا ينفعه لان انه الحسد مانع هذا العلم ان يستقر في سويداء وجوده لكان ظلما فطرد من عالم النور. نعم وكلاهما غير مانعين يعني اشكال على التعريف الأول انه اعتقاد ان الشيك هذا مع اعتقاد انه لا يكون الا كذا وقال اخرون انه اعتقاد يقتضي سكون النفس وكلاهما غير مانعين من شروط التعريف ان يكون جامعا كل المصاديق ومانعا للاغيار قال ويقتصمان الضرورة والاكتساب يعني يقسم العلم الى اه ظروري واه نظري. اكتسابي يعني نظري. اقول يريد ان كل واحد من التصور والتصديق ينقسم الى الضروري وعلم مكتسب فقط هنا اشارة ضرورية مهمة الضروري هنا قد يكون ظروريا يعني شهوديا لا يحتاج الى دليل ظروري يكون ظروريا لكن بدليل اذا هذا الضروري بمعنى الشهودي وليس مطلق الضروري مثلا المثلث مجموع زواياه مية وثمانين درجة يقنية ظرورية بالضرورية استدلالية اذن ضروري انا بمعنى الشهودي الذي لا يحتاج الى دليل نعم يريد ان كل واحد من التصور والتصديق ينقسم الى الضروري يعني الشهود يعني لا يحتاج الى مفاهيم واستدلالات والمكتسب الذي يحتاج الى اه عملية فكرية يريد بالضروري من التصور ما لا يتوقف على طلب وكياس. والله ما ادري هناك اه حركة فكرية ومن التصديق ما يكفي اه تصور طرفي في الحكم بنسبة احدهما الى الاخر. يعني بمجرد ان تتصور الموضوع المحمول تذعن به النسبة بيقين لا تردد في ايجابا او سلبا ايجابا وسلبا نعم الله موجود. افي الله شك فاطر السماوات والارض تقول الله موجود اداء ايجابا. السر ما هو? والله ليس بمعدوم. نعم او سلبا وبالمكتسب وضد ذلك فيهما يعني يحتاج الى حركة فكرية الى طلب الى جهد الى حركة فكرية الى نشاط فكري اذا هذا تقسيم فقط تقسيم لفصل المعاني المعنى الضروري والمعنى آآ غير ظروري عن النظري المسألة الثالثة عشر في ان العلم يتوقف على الانطباع ولابد فيه من الانطباع الشيخ حسن زاد عموري هنا لا يترك المسألة تمر هكذا مر الكرام بل الامر ارفع من الانطباع خليني ابين هذه المسألة المشة عندهم العلم انطباع اه عندهم انطباع يعني شيء ياتي وتنطبع به النفس يعني يدخل النفس فالنفس تكون قابلة لا العلم ليس هكذا العلم اشراق الناس هي تشرق من ذاتها وهذه الامور كلها معدات يعني الان انا ارى الكاميرا في مقابلي. الكاميرا تنتمي الى الاجسام وفيها اعراض لون وو حجم شكل وضعه اي بهذه الامور انا اتفاعل مع كلها معدات فتشرق الناس بصورة افقها يعني هي تنتج هذه الصورة لان النفس من امر الله تعالى نعم فتشرق بصورة ليس هذه الصورة تأتي وتنطبع في النفس ابدا هذا مبنى نشاء تجاوز الان نعم. ولهذا يقول بل الامر ارفع من الانطباع. وقول الشارح لا تحقق لها في الخارج كثير مما يراد منه الخارج لنفس الأمر. المهم لا ندخل في الحاشية اذا العلم ليس انطباع. اشراق اشراقن يعني شوفنا الان بمجرد ما اقول لك اتلفظ بكلمة الماس على التلفظ وهذه الذبذبات التي وصلت الى اذنيكم مرت بالأعصاب والمخ اه نفسك تشرق معنى الالماس في دينها فاوجدت هذا المعنى في ذهنها والباقي كلها معدات اقول اختلف العلماء في ذلك يعني في كون العلم اه  انطباع ام لا? فذهب الجمهور الاوائل يعني الفلاسفة ويقصد بهم المشاء الى ان العلم يستدعي الانطباع المعلوم في العالم وانكره اخرون يعني الاشراقيون منهم المحقق التونسي والشيخ الاشراق احتج الاولون باننا قد ندرك اشياء لا تتحقق لها لا تحقق لها في الخارج مم فلو لم تكن منطبعا في الدين كانت عدما صرفا ونفيا محضا فيستحيل الاضافة اليها هذا دليل على ان ماذا? على ان العلم ان طبع دليل ما هو اننا ندرك وامورا لا تحقق لها في الخارج يعني اذن هي منطبعة في النفس اذا لم تكن في الخارج اينما محلها في النفس منطبعا هذا دليل على ان الناس انطباع واحتج الاخرون بوجهين نعم الأول ان التعقل لو كان هو حصول صورة المعقول في العاقل كما يقول المشاة لازم ان يكون الجدار المتصف بالمواد متعقلا له نعم يعني الجدار اه يتقبل صور نعم متصل بالصور المتعقلة يعني صور منها السواد منها البياض منها الاشكال المتعددة فيكون الجدار متعقل له. يعني هذا نفي بالصغرى انتم تعرفون الكبرى الايجابية تنتقص بجزئية سالبة اذا العلم كان مجرد الانطباع فالسور يعني الجدار ينطبع فيه اللون الأسود اللون الأبيض الأشكال المتعددة فيكون عاقلا لهذه الأمور لأن الملك هو الإنطباع نعم والتالي باطن يعني الجدار لا يتعقل لانه جماد فكان المقدم يعني العلم لا يكون اه الانطباعان. الثاني ان الدين قد يتصور اشياء متقدرة فيلزم حصول المتقدم يعني الى اصحاب لها مقادير نعم طول وعرضه وحجم فيلزم حصول المقدار فيه اذا كان الانطباع اصول فيه يعني هذه المقادير البعد والطول يكون في الدين فالدين يكون متقدر. فيكون متقدرا والجواب عنه سيأتي على من حل لا يؤمن بهذا الأمر سيأتي الجواب معنا المهم العلم ليس انطباع وانما هو اشراق. يعني مبنى المشى غير صحيح غير صحيح نعم كان عندنا استاذ ومن الوجوه البارزة الان في المقدسة وفي المحافل العلمية الان مدير اكاديمية اكاديمية الفلسفة كان ينصحنا بهذا بهذه النصيحة الجميلة. يقول وانتم في اثناء التحصيل اسسوا لمبانيكم لا تنتظر الى التخرج بعد عشرين سنة ثلاثين سنة حينها تبدأ تؤسس لمبانيك العلمية. هذا خطأ اشتباه ممكن الوقت لا يكفيك لا وانت بطريقة التحصيل والدراسة اسس لمبانيك لكن بيقين وبدليل يعني تفهم اه الأمر جيدا نعم وهذه نصيحة جدا جميلة يعني الان العلم ليس بانطباع اشراق خلاص عندنا مبنيان. المبنى الصحي هو الاشراق بادلته وبعمقه ولوازمه اتبناه خلاص انتهى الامر لا انتظر ثلاثين سنة</w:t>
      </w:r>
    </w:p>
    <w:p>
      <w:r>
        <w:t>اه حتى اه اصل الى سن الخمسين سنة او اكثر. ثم اقول انا اتبنى هذا المبنى. لا الان يعني وانت في التحصيل اقتنعت بان العلم ليس انطباعا وانما هو اشراق من النفس يعني النفس هي التي تحدثه وتخلقه باذن المولى تعالى فاخلصت منه نعم قال وفي المحل المجرد القابل. اقول هذه اشارة الى الجواب عن الاشكالين وتقريره ان المحل الذي جعلناه عاقلا مجرد من المواد اه كلها يعني هذا نقاش مبنائي. الجدار ليس مجردا. ونحن نتكلم في النفوس النفوس مجردة فانت جئت بنقض بجزئية وهي الجدار كيف تنطبع فيه الالوان والاشكال فيكون باعتبار الانطباع يكون عاقلا للسواد وعاقلا للاشكال. لا الكلام اه الكلام هنا مبنائي نحن ننطلق من النفس المجردة وليس من المواد نعم. ولمجرد لا يتصف بالمقدار باعتبار حلول صورته في فعنا سورة المقدار لا يلزم ان تكون مقدارا. جيد هذه فان سورة المقدار لا يلزم ان تكون مقدارا. اعمل تحتها خط وهذا الذي اشرت اليه في بداية الكلام ان الواقعات الخارجية اذا دخلت في افق النفس دخلت بمعنى يعني تهيأت المعدات فاشرقت الناس بهذه الصور في افقها فهي تنتمي الى نشأة اخرى هذا المقدار الخارجي من الامتداد والحجم نساه لانه فين انت في نشأة اخرى مثل الرؤية الرؤية تدخل في عالم المثال المتصل هناك نشأة اخرى لا زمان ولا مكان وحركة من ليس بهذه كيفية اذا دخلت الى البرزخ السعودي وهو جدا من اصعب الامور الانسان يطلع على البرزخ السعودي. يعني حال الاموات الان الا الا ذوي النفوس الكبيرة. فهذا عالم المثال المتصل السعودي في مقابل عالم المثال السعودي فهناك نشأة اخرى صار نشأة اخرى زمان ومكان وهذه عناصره والمواد كلها غير موجودة هناك ابدا نعم فان سورة المقدار لا يلزم ان تكون مقدارا. لماذا? لان النشأة غير النشأة الخارجية وايضا هذه الصورة القائمة بالعقل حال في محل قابل لها. فلهذا كان عاقلا لها. يعني التعقل ما هو? حضور هذه الصورة في افق النفس طبعا هذا الحضور حضور اشراق حضور اشراقي وليس انطباعي اما الجسم فليس محلا قابلا للتعقل السواد. لماذا? لانه ليس بمجرد فلا يلزم ان يكون متعقلا له. يعني الكلام كل الكلام تشخيص الموضوع هو النفوس المجردة يعني الموضوعات المجردة ولا تأتيني بمادة ثم تقول انطبعت فيها الالوان والاشكال فكيف فتكون عاقلة? لا الجدار خرج خارج تخصصا من النقاش. نعم نعم مزالش فيه وقت قال وحلول اا المثال مغاير اقول هذه اشارة الى كيفية حصول الصورة في العقل. المشاة يقولون انطباع الاشراقيون والحكمة المتعالية يقولون ابداع نفسي لكن متى يبدأ? تبدع النفس اذا عاشت الاحتكاك بدون الاحتكاك لا يمكن نعم هذه اشارة الى كيفية حلول الصورة في العقل. يعني في النفس العاقلة. يعني النفس المدركة. وتقريره ان الحال في العاقل انما هو مثال المعقول وصورته يعني الشيء الخارجي يدخل الى نشأة اخرى سماه مثال المعقول نعم وسورة لا ذاته ونفسه. لاحظت الى انها ليست تفاحة الخارجية في دينك. مثل المرآة لماذا الله تعالى اه في عنايته اوجد المرآة. حتى نفهم من المرآة اه امورا كثيرة امورا كثيرة. المرآة تنعكس في التفاحة فالتفاحة في المرآة ليست تفاحة واقعية وانما هي التفاحة مرأتية لها كيان مرآتي وليس لها الكيان الخارجي فلا تؤكل ولا تشم ولا تلمس كما تلمس التفاحة الخارجية نعم الا انها لها خاصية تشير الى التفاح الخارجي. يعني تعكس التفاحة الخارجية. يعني تحكي التفاحة الخارجية نعم ويقول لا ذاته نفسه. اياك ان تخلط بين النشأت فتأتي مسألة الانطباع انطباع الكبير في الصغير هذه الامور البائسة التي ردها العلماء. ولهذا جوزنا  اصول سورة الافداد في النفس. نعم ولم نجوز حضور الذات في محل واحد في الخارج نعم وهذا دليل على ان النفس واسعة افق واسع نعم يعني الحرارة مضاد للبرودة لا يجتمعان اما حل الحرارة لا تكون البرودة والبرودة لا تكون الحرارة اليبوس لا تكون الرطوبة الرطوبة لا تكون يبسا. تظاد يعني تنافر وجودي تضاد وجودي النسل النفس تدرك الحرارة في حين ادراكها للبرودة وتدرك اليبسة وفي حين ادراكها للرطوبة وهذا شيء عجيب. دليل على ماذا? عدم التجرد او بالسعى بكثير لانها من امر الله تعالى فهي هكذا ولهذا اقول لكم من اجمل الدروس من اجمل العلوم هو علم النفس سواء كنا في علم النفس الميتافيزيقي واو علم النفس الذهني يعني نشرح شرح الدين نعم هادي امور جدا جميلة نعم ولهذا يقول ولهذا جوزنا ماذا? حصول صورة الاضداد في النفس. يعني في النفس عندنا برودة ويبوسة نعم جيد هذه البرودة الحقيقية? لا برودة في نشأة اخرى. نشأة الناس. ولهذا اه تجتمع هذه الامور ولا تجتمع في الخارج. ولم نجوز حصول الاصداد في محل واحد في الخارج. لا يكون الشيء في الخارج. باردا وحارا في الاهل نفسه. ولا كن يابسا واه رطبا في نفسي فعلم ان حلول اه مثال الشيء وصورته مغاير حلول ذلك الشيء يعني اشارة الى النشأتين نشأة الخارج غير النشأة النفسية. اذا يجب ان ندرس هذه الاشياء في نشأة نفسانية بطريقة اخرى تعال نتفادى كثير من المشاكل. ولما كان هذا الكلام مما يستعان به على حل ما تقدم من الشكوك ذكره عقيم وهو الشكوك كثيرة اه عقيبه يعني عقيب الكلام الأول يعني الانطباع والاشراق. نعم. قال ولا يمكن الاتحاد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