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العلم وهو بحث جميل يقول ولا يمكن الاتحاد. هذا مبنى تبناه فولفوريوس فيما اتصور ان الشيء الخارجي اذا كان في افق النفس فيصير هو النفس يعني اتحاد العقل معقول والمشاء ينفون هذا الامر شدة ويتشنجون لهذا الامر والذي رفظ هذا الامر هو الشيخ الرئيس ابن سينا قال ولا يمكن الاتحاد بين العاقل والمعقول ما حل في الدين من صور اقول ذهب قوم وهو في الفوليوس من اوائل الحكماء الى ان التعقل انما يكون باتحاد صورة المعقول يعني الشيء في افق الدين والعاقل يعني النفس العاقلة جيد. هذا اه المبنى ثم يأتي التقييم وهو خطأ هذا التقييم المعرفي من من المحقق الطوسي والعلماء الحلي رحمة الله عليهما وهو خطأ فاحش يعني التشدد في بالحكم مع ان صدر متألين على مبانيه الحكمة المتعالية يبين هذه المسألة باريحية تامة ويؤمن بها نعم خلاف المشية ثم يعلل هذا الخطأ فان الاتحاد محال على ما تقدم محال يعني معيار مبدأ التناقض يقول اه هذه القضية الزائفة ليس لها محكي خارجي. يعني ليس لها واقعية نعم ويلزمه ايضا المحال من وجه اخر وهو اتحاد الذوات المعقولة اتحاد ذوات المعقولة يعني انت النفس تصير شجرة والشجرة تصير نفسا لانهم عندهم مبنى وراء هذا المبنى ان الهويات الخارجية اذا انتقلت الى افق النفس في مرتبة ادراكها تحافظ على هويتها والا لا يتم الكشف والحكاية تنتفي اذا فقدت اه هويتها الكاشفية لا تكون. تخيل انت عندك تفاحة قابلة للاستهلاك في الواقع الخارجي. يأكلها الانسان او الحيوان تنعكس في المرآة تنعكس بهوية التفاحة. نعم التفاحة التفاحة في المرآة ليست هي التفاحة الواقعة. لماذا? لاننا نشأة اخرى لكن هوية التفاحة محفوظة هناك من حيث المهية من حيث المرتبة الوجودية لا في الخارج مرتبة وجودية خارجية هناك تحقق خارجي تترتب عليه الاثار في المرآة تواجد مرئوي الا ان هذه التفاحة وتلك التفاحة. لماذا? حتى تنكشف التفاحة الخارجية تخيل فقدت هويتها في المرآة  فكيف نكشف الواقع هل خارجي نعم وكذلك ذهب اخرون الى ان التعقل يستدعي اتحاد العقل اه بالعقل الفعال هذه هذا المبنى اه ما هو  الانسان كيف يصل الى المعقولات المحسوسات يتعامل معها في الخارج في تأثير وتأثر فتشرق النفس بمرتبة حسية وتم مرتبة خيالية. اذا غاب المحسوس المعقولات كيف يقولون هذه كلها معدات حتى يفيض العقل الفعال يعني عقل عاشر في نظام الكون النزولي عالم العقول يفيض هذه الصور لماذا? لانه عنده الكمالات الكاملة لهذه النشأة بإذن الله طبعا هذا هو العقل الفعال نعم امريكا لما اسست الجهاز المخابراتي الخارجي سي اي عطاتو هذا الإسم مركز العقل الفعال نعم انتي تمطر يعني مركز عقل يعني فعال يعني كما ان العقل فعل يتحكم في هذه النشأة  مركز المخابرات السي اي الامريكية تتحكم في آآ هذه الدول والشعوب نعم وهو خطأ لما تقدم ولاستلزامه اه تعقل كل شيء عند تعقل شيء واحد علمت اذا اه اتحدت مع المعقول ان معقول له علاقات ولوازم وعلاقات مع الاشياء. كل هذه اللوازم والعقاب العلاقات تأتي تأتي اه معك يعني تأتي مع هذا المعقول وتتحد معك نعم على مبنى الحكمة المتعالية هذا المبنى جدا صحيح هو راق وللشيخ حسن زاده املي الله يشفيه ان شاء الله وهو مريض رسالة راقية جدا اتحاد العقل والمعقول جدا راقية نعم هناك يبين ان هذه المسألة على مباني الحكمة المتعالية مستساغة سهلة وراقية اما على مبنى المشاء الذين يقولون بالتباين بين الهويات فكيف تصير الحقيقة في افق النفس? هي النفس الانسانية لا يمكن اما على مبنى صدر متألين ان هذه الحقائق ظلال للنفس يعني النفس متشائمة بها فتكون غاية الاتحاد نعم. اما على مبنى المشة لا يعني الهوية الشجرية الخارجية التي هي في نشأة خارجية تثمر. اذا انتقلت بقوانين خاصة اه الى افق النفس واستقرت في النفس بقوانين النفس ليس بقوانين خارجية في الخارج تثمر اه في النفس لا تضمر. لماذا? لان هناك نشأة اخرى نشأة نفسية. تبقى هويتها مستقلة عن النفس. نعم النفس من خلالها تدرك الشجرة الخارجية ام انها تتحد وتصير النفس مع التباين الواقعيات هذا غير معقول يقول ذهب قوم من الاوائل عن الحكماء يعني في بداية المسيحية كان الى ان التعقل يعني عملية التعقل ما هي? انما يكون باتحاد صورة المعقول يعني الصورة التي تستقر في افق الدين نعم وادركناها من الخارج والعاقل يعني النفس العاقلة وهو خطأ فاشح فاحش فان الاتحاد محال على ما تقدم سيرورة ذاتين ذات واحدة هدا اه موحال ويلزمه كذلك لازم باطن اخر ايضا المحال من وجه اخر وهو اتحاد الذوات المعقولة نعم دواء في المعقولة اذا كانت النفس تدرك الشجرة وتدرك الماء وتدرك الذهب والشمس والقمر والملك وو من المعقولات وكلها تتحد مع الناس فكلها تتداخل وتتحد مع النفس فهي الزمن ماذا? اتحاد الذوات المعقولة اه جميعها وهذا غير صحيح وكذلك ذهب اخرون الى ان التعقل يعني عملية التحقل في افق النفس الانسانية يستدعي اتحاد العاقل بالعقل الفعال. العقل الفعال يعني ذلك العقل في قوس النزول الخلقي اه المشة لا يؤمنون بعالم المثال النزولي. عندهم العقول ثم عالم المادة على من مثال النزول الذي يقع برزخا بين عالم العقل وعالم المادة لا يؤمنون به هذا فقط الاشراق والحكمة المتعالية اذا بعد عالم المادة اذا صعدنا يأتي العقول اذا نزلنا تبدأ بالعقول ثم تصل الى عالم المادة. في عقل اخر وهو العقل العاشر يفيض هذه الصور على النفوس فيكون هناك اتحاد يعني التصاق بالعقل الفعال وهو خطأ لما تقدم يعني ان محال ان تكون الحقيقة النفسية هي الحقيقة العقلية. عقل فعال يعني حقيقة واحدة اه قتان ولاستلزمه تعقل كل شيء عن تعقل شيء واحد. يعني اذا اتحدت انت مع العقل فعال فكل ما فيه من كمالات ان تمتح معها فتحيط بجميع ان الوجود قال ويختلف باختلاف المعقول اه اقول اختلف الناس هنا فذهب قوم الى جواز التعقل علم واحد بمعلومين. هذه قاعدة بينتها انا فيما سبق نعم قلت لكم كل معقول في افق الدين وبعبارة اخرى كل مفهوم في افق الذهن مستقل مطلقا عن المفاهيم الاخرى بينونة مطلقة مسألة بنيوية لا يمكن التدليل عليها فقط تحليل وتقريب المسألة ما هو السر المفهوم ما معناه? المعقول ما معناه? يعني يوصلك الى متعلقين يوصيك الى ما احكيه الواقع الخارجي مطلقا جيد اذا كان عندنا اه مفهومان يوصلني الى بعد واحد حقيقة واحدة يلزم اللغو في التعدد واحد يكفي</w:t>
      </w:r>
    </w:p>
    <w:p>
      <w:r>
        <w:t>واحد يكفي. اذا كل مفهوم يشير الى بعد واحد من الواقعية فالحياة مثلا كمعقول في افق الدين يشير الى حيثية حيثية الحياة في الذات الإلهية فقط لا يشير الى حيثية العلم. ابدا نعم في الواقع الخارجي في البنية الخارجية التي هي تخضع لقوانينها صفات هناك عين الذات مندكة في الذات حيثيات تقليدية اندماجية كما يقول المحققون. هذه مسألة عندها علاقة بالبنية الوجودية. هنا نتكلم عن الفهم. تريد تفهم الحياة يجب ان تفهم تفهمها في دائرتها تريد تفهم العلم يجب ان تفهمه في دائرته. فكل المفاهيم متباينة وبالتالي لا يمكن ان يكون عندنا معقولان يحكيان حقيقة واحدة ولا حقيقة واحدة تحكى به اه معقولات متعددة مستحيل مستحيل نعم اقول ويختلف باختلاف المعقول نعم يعني كل متعلق له معقول خاص يختلف عن معقول ثاني باختلاف المتعلق اقول اختلف الناس للعلماء هنا فذهب قوم الى جواز تعلق علم واحد بمعلومين او معلومان لهم معلوم واحد يعني متعلق واحد له معلومان يعني معقولان هذا لا يمكن اه ومنعه اخرون وهو الحق نعم هذا هو الحق نعم بينت لكم لانه اذا كان عندنا معقولان لبعد واحد في واقعية المعقول قل ماذا يحكي? يحكي البعد كاملا ام ناقصا تقول حكاية تكون كاملة اذا ماذا بقي للمعقول الثاني اذا حكى ناقصا فلا يكون معقولا وحدتم مسألة تحليلية شهودية وهو الحق انا ما كنت اتصور ان هذا المطلب موجود في الكتب سبحان الله ها هو الآن موجود صدقوني اه شيء عجيب ان تجده عند المحققين لاننا يعلل لماذا المعقولات لا تتداخل في الحكاية لان قد بينا ان التعقل هو حصول صورة مساوية مساوية يعني دليل على امارة او علامة على اه بقاء الهوية الخارجية في افق الدين هي هي يعني وحدة الماهية بين الدين والخارج ان التعقل هو حصول صورة مساوية للمعلوم في العالم في العالم يعني في افق النفس المدركة العالم بالكسر وسورة الاشياء المختلفة تختلف باختلافها. يعني باختلاف المتعلق انت عندك وردة الان عندها جمال عندها لطافة عندها شكل عندها وضع عندها اين كل حيثية من حيثياتها لها مفهوم مستقل مفهوم الجمال منفصل عن مفهوم الشكل مفهوم اللطافة مفهوم الوضع مفهوم العين وهكذا وسورة الاشياء المختلفة تختلف باختلافها باختلاف الاشياء فلا يمكن ان تكون صورة واحدة لمختلفين. يعني لا يمكن معقول واحد يحكي الجمال ويحكي اللطافة. ابدا ابدا. نعم او لحيثية واحدة الجمال كذلك معقولا لغو فلا يتعقل علم واحد باثنين وانما جوز ذلك من جعل العلم امرا وراء الصور. لا ادري من جعل العلم امرا وراء الصور ما هو هذا العلم? العلامة الحين لم يبين. العلم هو نفس تلك الصور. طبعا معها للدقة العلم كاين نفساني له متعلق يعني المعلوم بالذات الصور هو المعلوم بالذات باعتبار ان المعلوم بالذات قائم بالنص العالمة. النفس العالمة هي انشأت هذه الصور على المبنى الصحيح. فاذا قلنا العين وقصدنا به المعلوم بالذات تعبير مجازي نعم تعبير مجازي قال كالحال والاستقبال كالحال والاستغفار. قال هذا اقول يعني العلامة الحلي. هذا اشارة الى ابطال مذهب جماعة من المعتزلة دخلنا في الخرافات دخلنا في الخرافات. ولهذا قلت لكم هذه المطالب يجب ان تنقل الى تاريخ علم الكلام ولا تبقى في المتون التدريسية الطالب اذا تكون التكوين العميق يروح الى المتون مثل علم الاصول علم الأصول مثلا تدرس الحلقات. الأولى والثانية والثالثة للعبقري السيد الصدر رحمة الله عليه اذا اتقنت الحلقات الاتقان الصحيح نظريا وعمليا كل التراث الاصولي والرجوع للقهقرة تتقنه وتفهمه صدقني تتقن هو تفهم هذه هي فلسفة دراسة المتون والنصوص نعم اذا انا اذا اتقنت علم الكلام والعقائد نذهب الى تاريخ علم الكلام اجد هذه المسائل التي تجاوزها الزمن. افهمها باريحية اذن لا ادخلها في سياق تدريس لأنها تنهك تنهك قدراتي وتضيع وقتي وانا ما عندي الوقت عندي تفسير امامي عندي علم الرجال امامي عند الفلسفة من عنده ذوق فلسفي عندي العرفان من عنده ذوق عرفاني عندي فلسفة الاخلاق عندي فلسفة اللغة وو من العلوم التي هي صار الضرورية رجل الدين نعم اقول هذا اشارة الى ابطال مذهب جماعة من المعتزلة مذهب يعني رأي راي نعم مذهب يعني رأي فذهبوا هذه الجماعة يعني ذهبت الى ان العلم بالاستقبال علم بالحال عند حضور الاستقبال على المعتزلة لماذا تورطوا في هذا الامر  دائما عالم الكلام عندو اشكالية دينية فيأتي ويريد ان يقارب هذه الاشكالية الدينية. فتترشح هذه الافكار تترشح هذه الافكار. الحمد لله الله تعالى جعل المعصوم كثير من هذه الخربطات المعصوم هنأنا منها نعم فكانت الامة تتخبط في الجبر والاختيار والجبر تؤيده السلطة لانها تريد ان تبين للناس ان هذه السلطة ارادة الله تعالى ومن يقم اه في مقابل هذه الارادة او يقف في مقابل الارادة فهو كافر في مقابل الارادة الالهية في حق قتله والفتك به. فكانت تؤيد الجبر والمعتزلة احرار في عقولهم. كانوا آآ يفرطون في الاختيار الى ان بعضهم ذهب الى التفويض وانا شك في هذه النسبة العاقل لا يقول بالتفويض. التفويض يعني الاستقلال على السلطنة الالهية مطلقا. كما يأتي ان شاء الله في بحث الجبري التفويض. جاء الامام الصادق عليه السلام اراد ان يفصل في هذه المسألة. فقال اختيار موجود. هذا هو مبنانا الاشاعرة ارادوا ان يرققوا الجبر شنيع. قالوا بالكسب. الكسب غير معقول ليس له معقولية حاول ان تتعقله لا تصل فجاء الجويني المعروف عندهم امام الحرمين وهو استاذ الغزالي استاذ آآ ابي حامد الغزالي صاحب الكتب العقدية الكثيرة في المذهب الاشعري وانا اوصي الطلاب بمطالعة هذه الكتب حتى اه يدركون هذا المذهب لان هذا المذهب تهرى امام الوهابية تهرى لماذا? لضعفه الفكري? لا لضعفه المالي لضعف الاقتصاد. الوهابية ما عندهم فكر عقول جمدت انتهى الأمر عندهم الأموال وتعرفون الناس انتم امير المؤمنين لماذا تركوه? لان امير المؤمنين ما يعطي الاموال امير المؤمنين يعطي ان مقامات العلوية المقامات الراقية امير المؤمنين يراقيك ما يعطيك اموال خصوصا مع العدالة العلوية فتركت الامة لاجل الدنيا الامام حسين عليه السلام هذا سبط النبي وتعرف انت مقامهم عند الله وعند النبي نعم وتكفي هذه العبارة سيدة شباب اهل الجنة في حق الحسن والحسين لكن الامة للدنيا لدنيا ذاك للري وذاك كذا وذاك كذا اجتمعوا له بديل اربعين الف في مقابل شخص واحد  في مقابل شخص واحد في نهاية كربلاء شخص واحد وهذا المجموع الضخم. كله لماذا حب الدنيا حب الدنيا وراء الدنيا والاحقاد والحسد يحسدون الامير سلام الله عليه ويحقدون لانه جندلهم في المعارك نعم عجيب انها معاوية انا اتكلم الان بالم عثمان يستشكل على الامير يقول نتا ما يحبوك العرب انت العرب لا تحبك لماذا لانني تقتلت منهم الكثير شوف هذه الذهنية القبلية. ذهنية جاهلية ما تستحي تقول هذا الكلام لكن الامير اجابه حكيم الامير</w:t>
      </w:r>
    </w:p>
    <w:p>
      <w:r>
        <w:t>ينطق بالحكمة الالهية. يقول هذا الجندلة ما فعلته انا في المشركين هذا الذي اهلك حتى تجلس في هذا الكرسي يا غبي يا احمق لولا هاد داك الجهاد في سبيل الله ليس قتل قبلي ذاك الجهاد في سبيل الله يفتخر به الإنسان لكن العرب هكذا لا يفتهمه الى الان لا يفتهمون. ولهذا يميل للتضبير الان. يفهمون انا لا اراهم يفهمون. نعم الذي يفتهم فقط من التزم باهل البيت والتزم عقديا وعمليا سلوكيا ليس هذه الكثرة التي لا قيمة الا لا قيمة لها. نعم اه فجاء الامام الصادق عليه السلام وفصل هذه المسألة ما قلت لكم ما كملت على الجويني امام الحرمين قال بي بالاختيار كالامامية فمالت الاشعرية الى مبنانا الاختيار. جيد اذن الاختيار مطلقا يعني تفويض لاختيار في دائرة القيم الالهية اختيار امر والامر الثاني ما هو? القيم الالهية. هذا الاختيار يجب ان يكون في دائرة القيم الالهية. امر بين امرين مختار لانه حكمة الله كيف يكلفه بدون اختيار وكيف يجعله مسئول امام افعاله هو فاقد للاختيار ثم دفعا التفويض المعتزلي يجب ان يكون هذا الاختيار في دائرة المسؤولية يعني في دائرة القيم الالهية. وهذا هو الامر بين امرين ويأتي ان شاء الله بالتفصيل هناك ونبين هذه المسائل الرائعة. نعم. فالمعتزلة ارادوا ان يقاربوا هذه المسألة. مشكلة عقدية عندهم مشكلة دينية عندهم وباعتبارهم لا يلجؤون الى اهل البيت عليهم السلام يتخبطون يتخبطون اه الله تعالى يعلم بالممكنات التي تأتي انت الان لنفرض مثلا انت اعزب ستتزوج ان شاء الله يتفضل الله عليك بهذا الزواج المبارك وتنجب ولدا ذكرا مثلا فهو يتزوج وينجب الحفيد حفيدك الان غير متحقق لانك انت اعزب فكيف يعلم الله تعالى اه بالمستقبل المتعلق غير موجود المتعلق غير موجود فهذه بالنسبة للمعتزلة اه اشكالية يعني الله تعالى يعلم بالمستقبل والمتعلق غير موجود المتعلق غير موجود يعني الكاشفية غير موجودة والله تعالى قطعا يعلم بي بالمستقبل دخول الجنا حاشية واعود مشكلة الإنسان في تعامله مع الوحي وكل ما هو متعالي وهذه حتى في عند المحققين ليس فقط عند العوام يتعاملون مع الله تعالى والدين والامور المتعالية بانطلاق من نشأته انتقاء انطلاقا من نشأتهم هو عنده تصورات جاءته من هذه النشأة الضيقة يسقطها ماذا? على المفاهيم الدينية وعلى الله تعالى وعلى كل امر متعال مع الاسف الشديد يجب ان نفهم الله والامور المتعالية بقوانينها وليس بقوانين هذه النشأة المعتزلي تصور ان الله تعالى متى علمه الفعلي يكون اذا جاء الحفيد اذا لم يأتي الحفيد علم بدون متعلق علم بدون متعلق يعني انت عندك تفاحة في المرآة لكن التفاحة في الخارج غير موجودة فتقول من اين جاءت هذه التفاحة? واذا لم تكن كاشفة لماذا هي في المرآة فتضطرب انت نعم فجاءوا بهذه المسألة. مسألة جدا اه مضطربة وغامضة والمحقق الطوسي يستعمل هذه العبارات المغلقة وان تفهمها كالحالي والاستقبال يعني المعرفة الحالية والمعرفة الاستقباء لي اقول هذه اشارة الى ابطال مذهب جماعة من المعتزلة انظر الى منح اللي كيف هو منصف. جماعة لم ينسب الامر الى جميع المعتزلات هذه الجماعة ذهبت الى ان العلم بالاستقبال يعني علم بالحفيد الذي يأتي بالنسبة الى الله علم بالحال يعني هو علم بالحال يعني الحافلة موجود هنا الان عند حضور الاستقبال. مات عند حضور الاستقبال. يعني هو علم فعلي حين حضور شروطه الموضوعية شروط الموضوعية الان ام اذا حان الحين اذا حان الحين اذا حان الحين نعم فقالوا ان العلم بان الشيء سيوجد يعني الحفيد علم بوجوده اذا وجد يعني علم في دائرة اه شروطه الموضوعية وبعبارة فنية علم مشروط اذا اذا اذا علم مشروط وانما دعاهم لماذا? هذا هو الهاجس العقدي. وانما دعا المعتزلة الى هذا تبني هذا المبنى ما ثبت بان الله تعالى عالم بكل معلوم فان علم ان زيدا سيوجد يعني حفيدك ثم وجد فانزال العلم الاول وتجدد علم اخر لزم كونه تعالى محل للحوادث يعني التغير التغير في ذاته انظروا المسألة يعني يقيسون الله تعالى للانسان الانسان اه كان عالما بالمسألة اني انا عالم بزيد في الغرفة الغرفة الفلانية ولم لم اعي انه خرج وبقي هذا العلم وجه المركب تغير ام لا? تغير من العلم الى جهل مركب يسقطون هذه المفاهيم المادية الضيقة على الذات المقدسة على الذات المقدسة. لا يدرون ان هذا الانبساط الزماني بالنسبة لنا اما بالنسبة الى الله تعالى الانبساط الزماني لا معنى له ولهذا قلت لكم هذه المسائل يجب ان توضع في تاريخ علم الكلام وليس في المتون التدريسية نكمل البحس ان شاء الله في الحصة القادمة.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