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تعالى وفقنا الله واياكم لكل خير ورزقنا الاخلاص في العمل ما زلنا في مبنى المعتزلة قال المحقق الطوسي كالحال والاستقبال يعني كالحال كالعلم في الحال والعلم في المستقبل في الاستقبال قلت لكم هاجس المعتزلة ما هو? العلامة الحلي هنا يشكل عليهم يقول فاذا علم الله تعالى ان زيدا سيوجد في زمان استقبالي ثم وجد في الحال فانزال العلم الاول وتجدد علم اخر لازمة اه لزم كونه تعالى محل للحوادث لنتغير العلم تغير الحمية يعني شيء يذهب شي يأتي فيكون محلا لما جاء وان لم يزل هذا العلم كان هو المطلوب نعم ادام كلام المعتزلة فالله تعالى يعلم بي المستقبل ويعلمه في ظرفه الخاص حين تحققه. وهذا خطأ فاحش. نعم العلم الحلي يتشنج من هذا المبنى فان العلم بان الشيء سيوجد علم بالعدم الحالي والوجود في ثاني الحال. كيف يعني الله تعالى يعلم بأن في هذه الظروف الظروف الموضوعية الحالية غير موجود وهذا العلم صحيح مطابق للواقع ويعلم بعلم اخر انه سينوجد في ظرفه الاستقبالي. وهذا كله تابع لماذا? تابع لعلمه علمه الذاتي العلم الذاتي الذي لا يتغير ابدا وانما هذا علم الفعل. علم الفعل ما هو? والنص تحقق الاشياء نعم الكاشفية العلمية هي عين الاشياء. علمه كما يقول الامير سلام الله عليه سعله طبعا هنا العلم الفعلي وليس العلم الذاتي فان العلم بانا نعم آآ فان العلم بان الشيء سيوجد علم بالعدم الحالي والوجود في الثاني فثاني الحال. يعني بعدما يتحقق في ظروفه اللائقة يكون آآ العلم بالوجود يعني بالفعل والعلم بان الشيء موجود غير مشروط بالعدم الحالي ابدا بل هو منافي له نعم فيستحيل اي اتحاد اتحادهما يعني اتحاد العلم قبل الايجاد واتحاد العلم بعد الايجاد والوجه في حل الشبهة يعني قد تقول الالم الحلي هذه المعضلة الكلامية التي تورط فيها المعتزل انظروا المعتزل حر في الفكر. يثير المسائل وان اخطأ في الكثير له ان يثير. يعني احسن من النصوصيين كالاشاعرة والسلفية نعم يعني تقول على من حلي كيف نحل هذه المعضلة? والوجه في حل الشبهة المذكورة ما التزمه ابو الحسين هنا ابو الحسين البصري كان من كبار علماء المعتزلة ويرجع اليه كثيرا المحقق التونسي والعلامة الحلي ولكن انا لم ارى كتبه لم تطبع نعم اه ما التزمه ابو الحسين البصري هنا من ان الزائل هم هو التعلقات الحاصلة بين العلم والمعلوم لا العلم اه لا العلم نفسه جميل هذا الكلام نعم من ان الزائل الزائل ما هو? هو التعلقات الحاصلة بالعلم والمعلوم لا العلم نفسه يعني الذي وهذه كذلك تبناها الغزالي بكتبه مثلا انا الان عندي علم بزيد انه في الغرفة الفلانية ثم تغير زيد الى المسجد للدراسة ذهب من غرفتي في المسجد الى المسجد يعني هل انا كنت اعلم بزيد ثم آآ تغير علمي بزيد في المسجد لا العلم كاشفية واحدة الذي تغير هو النسبة كانت النسبة الى زيد في الغرفة صارت النسبة الى زيت في بالمسجد. اما العلم واحد كاشفية كاشفية كاشفية لكن اذا نظرنا الى المتعلق باعتبار المتعلق يتغير وليس العلم يتغير. يعني النسبة تتغير. النسبة الى المتعلق من جاء بهذا? هذا ابو حسين البصري نعم والوجه في حل الشبهة المذكورة ما التزم التزمه ابو الحسين البصري هنا يعني في هذا المطلب من ان الزائل يعني الزائل هو التعلقات الحاصلة يعني نسبة نسبة علم بزيد في الغرفة هو تغير ثم النسبة جديدة ما هو في المسجد. اما العلم علم بزيت واحد نعم وبعبارة يعني عصرية الشروط الموضوعية تتغير ليس العلم. الشروط الموضوعية تتغير وليس العلم هو الذي يتغير نعم من ان الزائل يعني الذي يذهب هو التعلقات الحاصلة بين العلم والمعلوم. المعلوم هنا المتعلق لا العلم نفسه وسيأتي زيادة تحقيق في هذا الموضع ان شاء الله. نعم اه نعم يعني في المستقبل سيشير في هذا البحث في بحث العلم الى هذه المسألة وهذا وهذا المقاربة تبناها الغزالي كذلك قال ولا يعقل الا مضافا فيقوى الاشكال مع الاتحاد نعم هنا يفكك المحقق التونسي بين العلم والمعلوم المعلوم بالذات يا عندنا اه عندنا اه خمس مراتب خليني ابين هذه المسألة انها جميلة عندنا الوجود المطلق هذه المرتبة الاولى ثم هذا الوجود تعين بوجود نفسي وجود النفس الانسانية المرتبة الثانية ثم هذا الوجود النفسي تأشرق بعلم. وهو الكيف المحسوس عرظ يعرض النفس واقعية خارجية المرحلة الثانية. المرحلة الرابعة كلما كان هناك علم كان هناك متعلق يعني ما حكي في افق النفس المعلوم بالذات وهي الصور الصور والمفاهيم والمعقولات هذا يسموه المعقول بالذات ثم يوصلني الى الواقع الخارجي المعقول بالاعرظ هذه المرة تملك كل مرتبة حكم واحكام اذا خلطنا بينها اه نقع في الاشتباه الكبير معرفيا وعقديا المحقق التونسي يقول لا تشتبه. العلم واقعية خارجية. عرظ والعرض لا كاشف ولا مكشوف يجب ان يكون اه ظاء اظافة علم علم بماذا التي تسمى الان في علم الظاهراتية في الغرب القصدية يعني فيه شيء نتجه اليه نقصده قصديا نقصده نقصد ما هو المعلوم المعلوم بالذات الذي يوصلني الى المعلوم اه بالعرب خليني نقرب لك المسألة بمثال مرآة المرآة وجودنا عدم تقول وجود. اذا هي تنتمي الى الوجود العام تنتمي الى الوجود العام خلينا الآن من هذه المرحلة روحي للوجود الخاص ماذا يسمى? الوجود المرآتي ثم انعكاس التفاحة في الوجود المرآة تنظر الى المرآة بما هي في صقع المرآة هذا هو العلم باعتبارها تفهمني التفاحة قبل الالتفات الى التفاحة الخارجية. يعني بمجرد ابصر التفاحة في المرآة افهم ماذا? حية ام افهم تفاحة? تقول تفهم تفاحة سماحة الشيخ لهذا هو المعقول بالذات ثم هذه التفاحة الخارجية اه هذه التفاحة المرآتية تحيلني الى التفاحة الخارجية المعلوم بالعربي مسألة تطبيقية رائعة جدا. سجلها وتباحث اه تتجلى لك في افق ذهنك تجليا جميلا. اقول نعيد المتن قال ولا يعقل الا مضافا يعني العلم ذو اضافة علم متعلق العلم عين كاشفية هذه الكشفية تحتاج الى مكشوف متعلق متعلق في افق الدين ومتعلق خارج الدين ولا يعقل الا مضافا ولا يعقل العلم الا مضافا فيقوى الاشكال مع الاتحاد. من يقول باتحاد العاقل والمعقول كيف يحللنا هذه الاشكالية. يعني هذه الثنائية علم ومتعلق العلم. علم ومعلوم بالذات. اقول اعلم ان العلم وان كان من الكيفيات الحقيقية يعني واقعية خارجية. عرظ القائمة بالنفس كيف نفساني شأن من شؤونات النفس فانه لا يعقل الا مضافا الى القيل. قصدية هنا القصدية. القصدية يعني ايه? نتجه نقصد شيئا ما هو المتعلق</w:t>
      </w:r>
    </w:p>
    <w:p>
      <w:r>
        <w:t>المكشوف اين في افق الذهن يسمى المعلوم بالذات وهذا المعلوم بالذات يوصلنا الى المعلوم بالعرض الى الخارج فان العلم علم بالشيء. ما شاء الله. هذه هي القصدية. سبحان الله هذه الذي انطلق منها هو ارسل هذا الفيلسوف اليهودي الالماني واسس مدرسة تسمى الظاهراتية و انتشرت في العالم آآ في العالم كله فان العلم علم بالشيء اه يعني علمه مش يعني له متعلق متعلق يعني نقصده نقصد هذا المتعلق ولا يعقل تجرده عن الاظافة نعم ابدا ما عندنا علم بدون متعرق ان طبيعة العلم اينما يكون يحيلك الى متعلقه. ولهذا تقول علموا بماذا نعم حتى ان بعضهم توهم انه نفس الاضافة الحاصلة بين العالم والمعلوم نعم وهذا مبنى الفخر الرازي آآ الفخ الرازي لا يؤمن بالمعلوم بالذات العين مباشرة علاقة بين العرب والواقع الخارجي. ولهذا يقول العلامة حسن زاد امولي اه شفاه الله وهو الفخر الرازي واتباعه قال الفخر لست افتي ان العلم من اي مقولة ان لم يكن من مقولة الاضافة انتهى او اقول لو سئل الفخر عن علمه بنفسه فيقول له هل العلم حاصل لنفسك بذاتها ام لا نعم ثم اتبع انت التعليق اذا كانت عندك التعليق هذه المسألة رائعة جدا ثم جاءوا وبحثوا. ما هي العلاقة بين العلم والمتعلق  فتأسس باب من اروع الابواب الفلسفية وكذلك المعرفية وهو الوجود الذهني الوجود الذهني نعم حتى ان بعضهم هو الفخ الرازي ومن اتبعوه توهم انه نفس الاضافة الحاصلة بين العالم والمعلوم. المعلوم اكتب هنا المعلوم بالعرظ الخارجي ولم يثبت امرا حقيقيا مغايرا للاضافة. اذا عرفت هذا مع ان الاشكال يقوى مع الاتحاد هكذا قاله المصنف رحمه الله والذي يلوح منه يعني ما يفهم من كلامه يقوى الإشكال مع الإتحاد من انه ان العاقل والمعقول اذا كان شيئا واحدا يعني حقيقة واحدة كما اذا عقل نفسه توجه الاشكال عليه بانه يقال انتم قد جعلتم العلم صورة مساوية للمعلوم في العالم. صحيح وهذا لا يتأتى هنا لاستحالة اجتماع الامثال نعم الجماع الامثل نعم يعني اه حقيقة واحدة حقيقة واحدة يعني اذا جاءت الصورة صورة تفاحية افق النفس الانسانية طبعا هي تخضع لقوانين النفس لا شك في ذلك. يعني ما تستطيع تلمسها او تشم رائحتها او تأكلها لماذا? لانها في النشأة الادراكية لا يمكن ان تكون على مبنى المشا هي عين النفس. حقيقة واحدة لماذا? لان نحن فككنا بين العلم والمتعلق اذا اذا اذا تبنيتم ان العلم ان العلم ضوء اضافة فيعني في مرتبة العلم ومرتبة المتعلق المعلوم بالذات فانتفى الاتحاد اذا قلتم بالاتحاد انتفى المتعلق مشكلة نعم ولهذا يقول والذي يلوح منه ان العاقل والمعقول اذا كان شيئا واحدا يعني اذا كان العقل معقول شيئا واحدا كما اذا عقل نفسه توجه الاشكال عليه بان يقال انتم قد جعلتم العلم صورة مساوية للمعلوم في العالم وهذا لا يتأتى هنا لاستحالة اجتماع الامثل. لا يمكن ان تكون صورة تفاحية هي الانسان. الانسان نفس الصورة التفاحية نفس. ويقوى الاشكال باعتبار الاظافة اذا الاظافة يعني القصدية انما تعقل بين شيئين لا بين الشيء الواحد ونفسه فلا يتحقق علم الشيء بذاته. نعم  لاحظتم كيف? نعم فانت الان تريد ان تعلم بنفسك خلينا من العلم الحضوري. علم الحضوري ان الشيء حاضر عندك. لا. تكلم عن العلم المفاهيمي انت الحضور عندك من هذا الحضور اه تستخرج تجرد مفهوم النفس كليا تصدق على نفسك وعلى نفوس اخرى فتعلم نفسك بالعلم الحصول من خلال هذه الصورة اذا كان الاتحاد كما تقولون يعني الصورة هي النفس فكيف تنعزل هذه الصورة مجردة عن النفس وتطال الجميع ومنها تفهم النفس التي هي حاضرة عندك بالعلم الحضوري يعني تدرك نفسك بعلمين علم حضوري علم وجودي وعلم مفاهيمي اذا كانت الصورة هي النفس يعني اتحدت الصورة مفهوم النفس مع النفس فكيف تجرد؟ لا تستطيع ان تجرد مفهوم النفس عن النفس. فينتفي العلم بالذات. ولهذا يقول اه يقول ويقوى الاشكال يعني يشتد باعتبار الاظافة اذا اظافة انما تعقل بين الشيئين لا بين الشيء الواحد ويا نفسي وكذلك فالتفريع فلا يتحقق علم الشيء بذاته. لان العلم بالنفس يحتاج الى مرتبتين مرتبة النفس كوجود ومرتبة النفس كادراك في افق النفس. من خلال هذا الادراك يفهم الناس بالعلم الحصولي وان كان عندي علم بالعلم الحضور نعم والجواب عن الاول ان العلم انما يستدعي السورة لو كان العالم عالما بغيره اما اه عالم بذاته فان ذاته تكفي يكفي في علمه من غير احتياج الى صورة اخرى نعم لا اه شيخنا العزيز اه العلم الحضوري هنا اه خلط بين العلم الوجودي والعلم المفاهيمي اه انت بتفهم نفسك تقول مفهوم النفس تطال جميع النفوس اشتراك معنوي من مصادقها نفسك لا تحتاج الى صورة في عالم الادراك لا معنى للعلم الحصولي بدون صورة نعم تأمل في الجواب والجواب عن الاول ان العلم ان من يستدعي السورة لو كان العالم عالما بغيره. نعم في دائرة الغير يعني الايات الافاقية نحتاج الى صورة تستقر في افق الناس اما عالم عالم ذاته يعني في دائرة الأنفس فإن ذاته تكفي في علمه من غير احتياج الى صورة اخرى يعني اذا كان يقصد العلماء الحلي ان من ذاتي استخرج الصورة المفهومية. كلام صحيح. ما نحتاج الى شروط اخرى اما اذا اراد ان من هذا البيان ان علمي بالنفس فقط علم وجودي يعني علم حضوري شهودي بدون ما عندي علم حصولي بنفسي هذا خطأ وعلى الثاني ان العاقل من حيث انه عاقل مغاير له من حيث انه معقول نعم يعني مرتبة العاقل كنفس عاقلة والمعقول يعني المتعلق يختلف فامكن تحقق الاظافة. نعم. اذا قلت لكم العلم ذو اضافة. يعني في قصدية انا قصدي يعني انت من العلم تقصد المعلوم بالذات ومن المعلوم بالذات تقصد الواقع قارجي القصد يعني الاظافة. نعم ولان العالم هو الشخص والمعلوم هو ما هي الكلية. جميل لماذا لم تطبقه على النفس? يا ايها العلامة الحلي. ولان العالم هو الشخص يعني حقيقة شخصية. لكن المعلوم المعلوم بالذات دائما كليا. معلومات كلية. تصدق على كثيرين معنى العلم العلم عرض والعرض واقعية خارجية مشخصة. اذا هنا يفكك بين العلم كواقعية خارجية ومتعلق العلم وهي الكليات والمعقولات جدا كلام فاخر. الا اني اشكل على الاعلام الحلي. هذه القاعدة لماذا لا تطبقها على علم الانسان بنفسه بالعلم الحصولي العلم بالنص بالعلم الشهودي والوجود والحضور جزئي اذا انا اشاهد نفسي الان ثم اترقى من هذا العلم الشهودي الجزئي الى مفهوم كلي هو مفهوم النفس من مصاديق هذا المفهوم نفسي انا هذا مفهوم نص كلي. نعم ولان العالم هو الشخص واقعية خرجية وعلمه كذلك شخصي عرف كيف ننساني والمعلوم اكتب هنا متعلق العلم يعني المعلوم بالذات نعم وهو الماهية الكلية والماهية الخارجية المعلوم بالعرف شخصي كذلك</w:t>
      </w:r>
    </w:p>
    <w:p>
      <w:r>
        <w:t>نعم وهذان رديئان يعني العلامة الحلي لا يقبل الجوابين. اما الاول فلان المغايرة بين العاقل من حيث انه عاقل والمعقول من حيث انه معقول متوقف على التعقل نعم بدون تعقل لا يكون متعلق نعم. فلو جعلنا الت متوقفا على هذا النوع من التغاير ضار. نعم واما الثاني فلان العالم ها هنا يكون عالما بجزئه وليس البحث فيه نعم المهم  نعلم الحل لا يقبل هذا هذا الجواب اه السبب ما هو? السبب لم يكن الوجود الذهني اه بذلك الوضوح. متى اتضح الوجوه الديني بجميع حيثياته لما علق القشد على التجريد تجريد للمحقق الطاسي. يعني هذا المتن غير الشرع لأنها اشكالية كبيرة جدا تخيل انت الآن عندك آآ اه تفاحة حمراء فتدرك الاحمرار على مستوى ذهنك في افق ذهنك الإحمرار في افق ذهنك ماذا يكون? كيف نفساني وهنا كيف محسوس? كم مقولة كيف محسوس يعني اللون الاحمر كيف محسوس وفي الدين يصير آآ في النفس يصير كيف النفسانيين. فحقيقة واحدة درجت تحت مقولتين. وهو مستحيل. يعني حقيقة واحدة هي حقا مشكل نعم مشكل آآ كيف نعالج هذه المشكلة? هنا بدأت اشكاليات الوجود الذهني فجاء الخشدي اعطى مقاربة جدا جميلة لكنها ليست كاملة ناقصة وجاء صدر المتألين وابدع في حل الاشكالية نهائيا نعم الحاج الشيخ حسن زادة امولي له رسالة اسمها الوجود الظلي نفيسة جدا تعالج كل هذه الاشكاليات الوجود الذهني اذن لباب المطلوب ما هو? لباب المطلوب انظروا كيف. تأملوا كيف انا وجود نفسي من مراتب هذه الوجود النفسي مرتبة الادراك. يعني التعقل فالوجود الخارجي له خاصية بنيوية ما هي الخاصية البنيوية للوجود الخارجي? انه يتعقل يتعقل ولهذا الانسان يتحرك في ربوع الارض ويتعقل الاشياء. تقول لماذا يتعقل السمك شمس البقر الماء الذهب الفضة الوديان الاشجار عن انواع من انواع الحيوانات. لان الوجود في كل مرتبة كان طبيعته انه يتعقل يعني ماذا? يعني يحظر في افق ذهنك ثم ندرس هذا الحضور كيف حضور علمي كيف ننساني واقعية خارجية? ولها متعلق كل معلوم اه بالذات هو الذي يوصلني الى ذلك الوجود الذي من طبيعته التعقل وبعبارة اخرى الوجودات الخارجية تنعكس في فوق النفس بشكل هذه الصور الكلية نعم ولكنها ملاك ما هو? ان تكون عالم هذه النفس يعني لها كيف نفساني نعم اقول وهو عرض لوجود حده فيه. تقول العلم آآ من اي سنخ نقول هو ليس بجوهر فهو عرض لماذا? لان حد العرض ينطبق عليه كيف نفساني? كيف نفساني من مقولة العرب ويتكئ على النفس في الذات الالهية لما عنده اعراض ومأوى ليس بجوهر وليس بعرض هناك يقول علم العلم من سلخ الوجود ومصادر المتألين جاء قال لماذا جعلتم هذا الله في الله تعالى؟ هذه خاصة للوجود قاسية للوجود ليس خاصية الله تعالى بموائده يعني خاصية للوجود لأن الله تعالى وجود عندو هذه الخاصية فالعلم يكون من صنخ الوجود وليس من صنخ الماهيات فلا يكون كيف النفسانيين فخرج البحث الى جهة اخرى خارقة للعادة العلم نحو وجود لا عرض ولا جوهر قال وهو عرظ لوجود اه حدي في نعم اقول ذهب المحققون الى ان العلم من مقولة العرب عرضا واكثر الناس كذلك. يعني الكثير تبنى ان الناس كيف نفساني واكثر الناس كذلك يعني تبنوا انه عرب في العلم بالعرب واختلفوا في العلم بالجوهر فالذين قالوا ان العلم اضافة بين العالم والمعلوم قالوا انه عرض ايضا يعني الجوهر شيء ولكن علمي بالجوهر اه عرض فرق بين المتعة المتعلق والعلم والذي نقلوا ان العلم صورة اختلفوا فقال بعضهم انه جوهر لان حده صادق عليه اذا الصورة الذهنية ما هي? اذا وجدت في الاعيان كانت لا في موضوع وهذا معنى الجوهر  اه انا اعلم مثلا بالحديد جوهر خلينا من خصوصيات الحديث العرب كونه يتمدد بالحرارة لونه كذا لا الحديد كالجوهر الحل في افق ذهني انما هي محفوظة فيكون في الدين جوهرة وبعده كيف نفساني  صار الحديد من جهة ينتمي الى الجوهر والى الكيف النفساني هنا جاءت اشكالية الوجود الذهني. من هذه الاثارات نعم من المحققون قالوا انه عرظ ايظا لوجود حد العرض فيه فانه موجود حال في النفس كيف نفساني. لا كجزء منها وهذا معنى العرب واستدلال القائمين بانه جوهر خطأ. اين يبين? يبين في الوجود الذهني نعم فالوجوب الديني هنا ادمج في العلم عند المتأخرين يعني بعد صدمته العلم وغير الوجود الديني العين بابون والوجود ديني بابون. انفصل الوجود الذهني عن العين. هنا يعني في زمن الحلي والمحقق الطوسي لازال الوجود الذهني في دائرة العلم. نعم ولهذا لم تتضح المسألة ذلك الاتصال الاتظاح الجيد نعم نعم واستدلال القائلين بانه جوا خطأ لان الصورة الذهنية يمتنع وجودها في الخارج. وانما الموجود ما هي مثال له? يعني ليس لنا الجوهر الحقيقي. عندنا الجوهر في افق النفس. الجوهر الذي تترتب عليه الاثر قائم بالنفس له الاثار هذا غير موجود في الدين. ماهيته بدون اثارها. يعني مثاله يعني صورة في نشأة الناس. فتفقد خصوصيات الجواب الحقيقي هناك فتنسجم تمام الانسجام مع الكيف النفساني. كيف هذا في الوجود الديني? هنا لم يتطرق اليه لا المحقق التونسي ولا العلامة الحلي لان باب الوجود الذهني لم ينفصل كباب مستطيل. الان له مفصول ورائع جدا. جميل جدا من اروع البحوث العلمية هو الوجود الذهني يعني دراسة المعلوم بالذات ليس العلم معلوم بالذات القصدية المسألة الرابعة عشر في اقسام العلم يأتي ان شاء الله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