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الله يا الله سبحانه الله يا الله والحمد لله اعوذ بالله من الشيطان الرجيم. بسم الله الرحمن الرحيم. وبه تعالى نستعين والصلاة والسلام على محمد واله الطيبين الطاهرين اعزائي الطلاب اسعد الله ايامكم ووفقنا الله واياكم لكل خير. وصلنا الى آآ المسألة الرابعة عشر في اقسام العلم هذا بحث تصوري الاقسام دائما معنى تتجلى في اقسامها يعني لم نخرج الى من باب التصور فقط تصور تفصيلي لسنا في صدد القضايا ثم نطالب بالاستدلال قال وهو فعلي وانفعالي وغيرهما. يعني ينقسم العلم الى فعلي وانفعالي. مرة فعلي كالمهندس يهندس جامعة من الجامعات او حسينية من الحسينيات او مصنع من المصانع من ذاته يعني باعتباره يمتلك كمالا لانه درس واجتهد فصارت عنده المسائل مضبوطة يعني هذا هو الكمال بهذا الكمال ينشأ صورة في ذهنه لهذه الجامعة هذه الجامعة بجميع تفاصيلها يعني الادارة قاعات الدرس المكتبة المطعم اذا كان هناك مطعم مسكن الطلاب اذا كان هناك مسك مصلى وومن المرافق الاخرى تخرج من داخله لا تتجلى في الخارج هذا هو الفعلي مرة لا مرة انا اتي الى هذه الجامعة فعلية متحققة في الخارج المدير يستدعيني ويقول او الوزير يقول اريد اطلع على هذه الجامعة حقيقة هندست وفق المعايير ام لا? وانا دكتور في آآ الهندسة المعمارية. وعندي تجربة كبيرة في هذا المجال. فاتي واعاين مرافق الجامعة واحدة واحدة. هنا آآ هذا العلم جاني من خرج فانا منفعل هذا العلم الانفعالي لان نفسي انفعلت به ثم خبرتي في الهندسة اقول للوزير او المدير لا التخطيط جدا رائع والانجاز جد رائع نعم اقول العلم منه ما هو فعلي وهو المحصل للاشياء الخارجية كعلم واجب الوجود تعالى بمخلوقاته او المهندس كما بينت لك وكما اذا تصورنا نقشا صورة يعني لم نستفد صورتها من الخارج هذا نقشا حط تحتها الجامعة. عند المهندس ثم اوجدنا في الخارج ما يطابقه يعني ما يطابق هذا النقش يعني ما يطابق الهندسة المعمارية الجامعة تصير حقيقة خارجية هذا هو العلم الفعلي يعني من فاعل المعرفة الى الخرج ومنه انفعالي يعني اتأثر بالامر الخارجي وهو المستفاد من الاعيان الخارجية كعلمنا بالسماء والارض والتفاحة والزجاج والحديد والشمس والقمر واشباههما اشباههما يعني اشباه السما والأرض ومنه ما ليس احدهما. يعني اللا فعلي ولا انفعالي كعلم واجب الوجود بذاته تعالى بذاته هنا لا فعل ولا انفعال يدافع لانه لا يوجد ذاته كالمهندس يوجد الجامعة خارجيا. ولا انه اه علم بذاته من امر خارجي نعم. لا ند لله تعالى ولا مثل تقسيم فقط تقسيم يحتاج الى معنى كلي ملاك القسمة ترشح للأقسام نعم المعنى العام او العلم ملاك القسمة منشأ ولد العلم ذات الى الخارج فعل من الخارج الى الذات انفعاله قال وضروري اقسمه ستة ومكتسب يقسمه الى قسمة. باعتبار الحضور وعدم الحضور. يعني باعتبار الشهود وعدم الشهود اذا كان هذا العلم انا اشاهد الواقعية لا احتاج الى عملية فكرية وتأملية لا احتاج الى المفاهيم ولا الى الاستدلالات. هذا علم ضروري او اه علم مكتسب يعني يحتاج الى نشاط فكري نعم يقول الضروري اقسامه ستة هذه اليقينيات الست اقول قد تقدم ان العلم اما ضروري واما كسب بينا الضرورة والكسب ومضى تفسيرهما واقسام الضروري سدا البديهيات وهي قضايا يحكم بها العقل لذاته لا لسبب خارجي. سوى سوى تصور طرفيها يعني الموضوع المحمول كالحكم بان الكل اعظم من الجزء انا هنا عندي مبنى في هذا الامر الضروريات هذه الضروريات الكل اه اعظم من الجوز او اكبر من الجوز اجتماع النقيضين مبدأ الهوية انا عندي مبنى هنا هذه ليست قضايا. وانما ما بها القضايا ذي معايير سرمدية حكمة الله تعالى المهم هنا يعتقدونها قضية. وبالتالي المتعلق يعني المعلوم بالذات حاضر عند عند يعني الواقعية حاضرة عندك تشاهدها تعاينها كما تشاهد الشمس علمك بالشمس شهودي وليس اه حصوليا نعم اذن الاصنام لا تذهب الى المحمول والموضوع كما يدعي اه هنا العلامة الحلي والمحقق الطوسي نعم انا اشاهد الواقعية انتهى الامر هذا بالعلم الشهودي فاذا ذهبت الى الدين واردت ان نحللها نجعل لها موضوعا ومحمولا. الكل اعظم من الجزء. الكل موظوع اعظم من الجزء اه محمول انا اذا تصورت الكل اه نقول اعظم من جزئي وما احتاج الى دليل الى اه في المسألة. اذا بديهي عندهم الذي لا يحتاج الى دليل فاحتاج فقط يحتاج الى تصور الموضوع والمحمول نعم وهي قضايا يحكم بها العقل يحكم بها العقل هنا يعني يدركها العقل لا ينشئها يدركها يعني الحكم عن الادراك لذاته. نعم. لا لسبب خارجي سوى تصور طرفيها يعني الموضوع المحكوم الموضوع المحمول كالحكم مثال بان الكل اعظم من الجزء. الكل موضوع اعظم من الجزء محمول وغيره من البديهيات نعم الثاني المشاهدات وهي ما يستفاد من حواس حواس ظاهرة كان حكم بحرارة النار من اين عرفت الحرارة النار? تضع يدك في النار شهود هذا الشهود يعطيك معلومة شهودية ثم تعكسها في قضية هذه ثانوية هذا بعد النار حارة نعم اذا قلت للانسان اول مرة يرى النار نقول له النار حارة نعم هذا علم حصولي يعني انعقد في دينه قضية من موضوع ومحمول ثم يقول ما الدليل على انها حارة? ما تقدر تأتي بالدليل الطريق الوحيد ان تقولو ضع يدك فيحترق. يعلم بمفاد هذه القضية اذا النار حارة علم حصولي المتعلق ما تحكيه حاضر عندك انت نعم المشاهدات وهي اما مستفادة من حواس ظاهرة كالحكم بحرارة النار او من الحواس الباطنة يعني العلم الشهودي اه كما قال ذكرت انا افكر اذا انا موجود يريد يبين هذه المسألة ان العلم لا يكون الا في افق الوجود. لا يكون العلم بدون وجود قال انا افكر يعني انا اعلم انا موجود يعني التواجد في دائرة العلم في بنفسي تواجدي في دائرة الوجود نعم خلينا من اشكالات على وانا اراها لا ليست واردة لانهم فهموه انه يستدل بوجوده على العلم مع ان العلم حيثية من حيثية الوجود نعم مسألة هكذا قالوا له انت اول معلوم عندك ما هو يقول انا افكر. هذه لا يمكن اشك فيها ثم هذه معجونة مع الوجود. لا تنفك عن الوجود اه قالوا له هذا دور كيف اه انا اولا عندك معلومات كثيرة هذا الادعاء بان هذه المعلومة الاولى التي لا يمكن الشك فيها لا انت بنيتها على معلومات متعددة انا اشك وكل من يشك موجود فانا موجود. شكل الشكل الاول معلومة نعم معلومة كتير يعني وقالوا له الدور لا. الرجل لم يكن في صدد اثبات اثبات وجوده. لا اراد ان يبين ان اذا كانت عندي اه معلومة يعني افكر الذي لا يمكن ان اه ان اشك في شكي اشك في كل في كل شيء الا ان اشك اه بديهي</w:t>
      </w:r>
    </w:p>
    <w:p>
      <w:r>
        <w:t>فحتما هذا الشك بدون وجود لا يمكن. يعني الوجود معجون معه هنا دعنا من دي كارت ومبناه اريد نبين فقط هذه المسائل يعني او من الحواس الباطنة وهي القضايا الاعتبارية بمشاهدة قوى غير الحس الظاهر يعني الحس الباطن او بالوجدان من النفس الحواس الباطنة هي الوجدان المهم لا باعتبار الالات اه مثل شعورنا بذواتنا وبافعالنا هادي يعني هادي هي المشاهدات الظرورية الثالثة المجربات وهي قضايا تحكم بها النفس باعتبار تكرار المشاهدة كالحكم بان الظرب بالخشب مؤلم هذه المجربات الان في قمة النظريات نعم في قمة النظريات ان المتكرر لا يفيد القانون الكلي يجب ان تستخرج القانون الكلي بالتأمل والتفكر نعم  اذا المجربات ليست من الضروريات وتفتقر الى امرين المشاهدة المتكررة اذا اذا افتقدت الى آآ امرين فليست ضرورية يعني ليست ضرورية بذاتها ضرورية بامور والقياس الخفي وعاد تلقيا في القياس الخفي وهو انه لو كان الوقوع يعني شرطية. لو كان الوقوع على سبيل الاتفاق الاتفاق هنا يعني حضور شي وما في علاقة تكوينية بين الامرين هذا هو الاتفاق نعم يقول اه لو كان الوقوع على سبيل الاتفاق مثلا تمدد الحالي حديث مع حضور النار اذا لم تكن علاقة تكوينية بين تمدد الحديد والحرارة لم يكن دائما ولا اكثريا. ولماذا نحن نجد دائما الحديد يتمدد بالحرارة? ملاك واقعي. هذه قاعدة عقلية اذا المجربات تتكئ على امرين على المشاهدة الشهود الحسي وعلى القاعدة العقلية اذا ليست من البليهيات وليس من الضروريات نعم والفارق بين هذه وبين الاستقراء هو القياس. يعني هذه القاعدة الكلية نعم الاستقراء الناقص. هذا بحث في المنطق وما ادخل فيه انا فقط هنا اشير بنحو الفتوى نعم الظرورية الرابعة الحد السيات وهي قضايا مبدأ الحكم بها حدث قوي من النفس ويزول معه الشك كالحكم باستفادة نور القمر من الشمس نعم الحدسيات ما معناها? الحسيات يعني انت تؤمن بالشهود بقضية من القضايا وقياسها قياسها اه معها. نعم. الحدسيات وهي قضايا مبدأ الحكم هي حدس قوي من النفس يزول معه الشك كالحكم باستفادة استفادة نور القمر من الشمس. وتفتقر الى المشاهدة اكرر اذا المجربات والقياس الخفي نعم حتى هي تحتاج الى القياس الخفي الا ان الفارق بين هذه وبين المجربات ان سبب في المجربات معلوم السببية غير معلوم الهوية جميل جدا وفي الحدسيات معلوم بالاعتبارين يعني بالهوية  بالمهية هذه امور الان تنتمي الى نظرية المعرفة. مطالب راقية جدا يشير اليها العلامة الحلي. لكن هو في صدد التقسيم فلا يفيض فيها جدا معلومات رائعة جدا المتواترات وهي قضايا تحكم بها النفس يعني العقل لتوالد اخبار اخبار المخبرين عليها بحيث يزول معه الشك بعدم الاتفاق من المخبرين والتواطؤ اه التواطؤ. يعني يقول العقل يقول يستحيل تواطؤ هذا الكم الهائل على الكذب. جماعة تنتمي الى استراليا جماعة الى برازيل. في مناطق متفرقة ومذاهب متفرقة اهواء متفرقة. الكل يتفق على هذا الامر مستحيل نحن في حكم العقل مستحيل فتكون المتواترات يقينية لكن يقينية بشروط يقينية بشروط ثم الاخيرة ما هي? فطرية القياس وهي قضايا يحكم بها تحكم بها الناس باعتبار وسط لا ينفك الدين عنه. هذا للفطريات دائما القياس يكون حاضر نعم كونوا حاضرين في يد القياس. نعم نعم. تقول الاربعة زوج هذه فطرية يقينية لماذا? لانها تنقسم الى متساويين نعم. قال والعلم ينقسم الى واجب وممكن واجب في ذات المقدسة ممكن في اه الانسان باعتباره يترقى في اكتسابه. يعني شيء مكتسب لم يكن ثم كان يعني ممكن اقول العلم العلم ينقسم الى واجب وهو علم واجب الوجود بذاته علم الله تعالى بذاته والى ممكن وهو ما عداه يعني عاد غير العلم الالهي وانما كان الاول واجبا لانه نفذ فيه الواجبات. بناء على عينية الصفات للذات فيكون العلم لانه عين الذات على مبنى القاعدة التي اسسها الامام الصادق عليه السلام وتلقاها تلقبها تلقفها الفارابي الفيلسوف الامامي ثم ترقت صارت بسيط الحقيقة وهي قاعدة راقية جدا نعم دخل احد الاصحاب على الامام الصادق عليه السلام قال صف لي ربك فقال عالم قادر مريد محب وقال له هذه صفات يشاركها فيه المخلوق فتعجب هذا الصعب كيف قال صف لي ربك يا ابن رسول الله قال كله علم كله قدرة كله حياة من هنا فهمنا ان العلم اه عين الذات الحياة عين الذات و آآ القدرة على الذات والحياة عين العين وعين القدرة في البنية الوجودية اما في البنية الفهمية مفهوم العلم غير مفهوم الحياة الفخر الرازي لابطال العينية اه جاء بادلة اذكر لكم اه اه ادلة متعددة. يقول ندرك الذات وندرك الحياة ان الحياة غير الذات. ندرك ندرك ندرك والكلام في الفهم ام الكلام في البنية الوجودية? هذا هو خلطه بين البنية الدينية والبنية الوجودية من الفاخر نعم الادراك طبيعته يفصل الحيثية لوحدها. لماذا? حتى يفهمها ويفصلها وجوديا ام يفصلها معرفيا معرفيا بالادعاء. اما في الواقع الخارجي اصلا العلم حيثية اندماجية في الذات الالهية نصل اليها. ولا نعرف حتى كونها لكن الفخر يغالط اذا كان يعلم واذا لم يكن يعلم فهو جاهل بالجهل المركب. نعم وانما كان الاول يعني علم الله تعالى واجبا لانه يعني لان هذا العلم اه نفس ذاته تعالى الواجب نعم قال وهو تابع بمعنى اصالة موازيه في التطابق. نعم اه عندنا العلم تابع للمتعلق تابعوني المتعلق يعلم الله تعالى لا الواقع الخارجي تابع لعلمه نعم لانه علم فعلي تابع للعلم الذاتي مرة لا انا علمي تابع للمتعلق يعني المتعلق له الأولوية ثم يأتي العلم. وهو يعني العلم تابع بمعنى اه بمعنى اصالة موازيه في التطابق. اقول اعلم ان التابع يطلق على ما يكون متأخرا على المتبوع هذا هو التابع نعم وعلى ما يكون مستفادا منه وهما غير مرادين في قولنا العلم تابع للمعلوم فإن العلم قد يتقدم المعلوم زمانا وقد يفيد وجوده كالعلم الفعلي بالعلم الله تعالى وعلم المهندس نعم وانما المراد هنا كون العلم والمعلوم متطابقين يعني التفاحة في المرآة هي هي التفاحة في الخارج. لكن في كل نشأة بقوانينها لا نخلوط التفاحة في المرآة بقوانين المرآة والتفاحة في الخارج بقوانين الخارج نعم والتطابق موجود والا الكاشفية لا معنى له نعم وانما المراد ينقح المراد من كلامه وهو تابع يعني تابع بمعنى حتى اه يبعدك عن التأخر الزماني وغير الزماني بمعنى اصالة موازيه في التطابق يعني يطابق اه المتعلق حتى تتوم الكاشفية. وانما المراد هنا في قوله وهو يعني العلم تابع بمعنى اصالة موازيه في التطابق واما العلم تابع له حكاية عنه نعم والا لا تكون الحكاية وانما عليه العلم فرع على ما عليه المعلوم نعم العلم يوصلك الى المعلوم يعني المتعلق الخارجي من خلال معلوم بالذات اذا في تبعية تبعية انطباقية تابعية انطباقية ليس تبعي عرفية كما يتبع الفسيل آآ امه. لا</w:t>
      </w:r>
    </w:p>
    <w:p>
      <w:r>
        <w:t>الخروف النعجة لا ليس هكذا او اختلاف زماني بينهما لا بعد التتابع التطابقي يعني التفاحة في المرآة لا يمكن ان تأتي الا من تفاحة من الخارج. ولا تأتي من المريخ نعم نعيد العبارة فان العلم قد يتقدم المعلوم زمانا وقد يفيد وجوده كالعلم الفعلي وانما المراد هنا كون العلم والمعلوم متطابقين هذا التطابق هذه الان نظرية في نظرية المعرفة وهي نظرية الصدق. او نظرية المطابقة نعم من اجمل البحوث نظرية المعرفة نظرية المطابقة وهنا في يقوم المقدسة في طالب عباس عارفي اه عمل رسالة دكتوراه وطبعت الان كل هذه الرسالة عن نظرية المطابقة يعني كيف العلم يوصلنا الى الواقع الخارجي? يعني يتطابق الواقع الخارجي يعني نقاش مع كل المقاربات السفسطة والشكاك القديمة والحديثة رسالة في تصوري ان لم تكتب رسالة في الحوزة مثل هذه الرسالة وعلى اساس اترجمها انا الى اللغة العربية مع العتبة العباسية اه هم ارادوا ان ان تترجم هما استشاروني احسن كتاب يمكن نترجمه اه من العرب قلت لهم هذه نظرية الصدق وقال شيخنا تتكفل بترجمته قلت لهم انا ما عندي مشكل فبدأت بالترجمة بعض الصفحات فجاءني اتصال قال نريد فصلا من من الكتاب. قلت له ماذا لا ينفع? اما ان تترجمون كل الكتاب او لا? لان العرب يحتاجون كل هذه المطالب غير موجودة عندهم هذه المطالب نعم عند الايرانيين نعم المطالب هذه مبسوطة وموجودة كتب الكثير عنها. اما العرب ما عندهم كتاب بهذا المستوى بهذا العمق وممكن يكونوا متنا تدريسيا في الجامعات اه قلت انا لا اقبل اما كل الكتاب اولا لغي العقد ولم يتم الامر مع الاسف الشديد نعم ماذا اقول وانما المراد هناك كون العلم والمعلوم متطابقين. نظرية التطابق بحيث اذا تصورهما العقل حكما باصالة المعلوم في هيئة التطابق يعني المحروم اصيل في واقعه الوجودي. وان العلم تابع له. ما معنى تابع? يعني يكشفه لا يكشف غيره نعم وحكاية عن هذه نظرية المطابقة وان معاليه العلم فرع على ما عليه المعلومة معنى الفرعية هنا يعني لا يأتي الا من متعلق لا يأتي الى من متعلقين وعلى هذا التقدير يجوز تأخر المعلوم الذي هو الاصل عن تابعه نعم فان العقل يجوز تقدم الحكاية على المحكي نعم ثم تقول اذا تقدم المعلوم على العلم وهو متفرع على اذا تقدم المعلوم يعني فوق فوق الدين اذا تقدم العلم على المعلوم العلم في افق النفس المعلوم في الخارج وانتم تقولون ان المعلوم يأتي من الخارج لازم الدور الدور الدور المعرفي ولهذا قال فزال الدور. يعني يناقش هذه الاشكالية كما سيأتي. اذا وهو تابع يعني العلم تابع بمعنى اصالة موازيه في التطابق يعني آآ هذا المعلوم بالذات في افق الدين هو المعلوم الخارجي حقيقة واحدة يعني التطابق التطابق بمعنى ما معنى التطابق? يعني انت خرجت ما في ذهنك كهذه الكف وذهبت الى الخارج وعملت هذا التطابق لا هادي خرافة. لأن شأن النفس ليس بيدك انت. ولا يخرج الى الخارج واصلا الخارج نتا ليس بيدك ده تتعاملوا معها فقط مع المعلوم اذا كيف نكشف المطابقة? يعني عندنا ملاكات واقعية هذه الملاكات الواقعية تدرس في نظرية التطابق فنكتشف ان المعلوم بالذات هو هو نفسه الواقع خارجي نعم الواقع الخارجي والا يرد اشكال اشكال خطير جدا زعزع المعرفة يقول انتم تقولون بنظرية الصدق يعني ما هو في افق نفسي من معقولات وما معلومات بين قوسين المعلوم بالذات يطابقوا الواقع الخارجي. حتى تتم الكاشفية جميل سلمنا التطابق يحتاج الى حضور الكفة اليمين على الكفة الشمال اليس كذلك تطابق يعني حضور المعقول في افق نفسي وحضور الواقع الخارجي وهنا يشكل الكونت اذا كان الواقع الخارجي حاضر اه حاضرا اذا كان. اذا كان الواقع الخارجي حاضرا. اثناء المطابقة ما نحتاج الى المطابقة. لان الواقع الخارجي حاضر صدمة نحتاج الى العلم اصلا واقع خارجي في حوزتي بحوزتي اذن المطابقة لا معنى لها اذا ماذا نفعل? الواقع الخارجي ونحتاجه الواقع الخارجي ينشأ في الذهن. ما عندنا واقع خارجي. الواقع الخارجي ما عندنا علاقة به انا اصنع الكون في دائرتي ذهني فتغيرت الرؤية العلمية في الغرب تغيرت مية وثمانين درجة مية وتمانين درجة يعني صارت فتنة علمية خطيرة جدا الى الان مازالت منتشرة وخطيرة جدا. ولهذا المحقق الطاوسي يقول فزال الدور يأتي ان شاء الله توضيحه في الجلسة القادمة. اذا اللي رخص المطلب آآ يقول وهو تابع بمعنى باي معنى التابع العرفي الزماني لا لا لا. يقول هنا تابعون بهذا المعنى. اصالة موازيف التطابق. يعني المعلوم بالذات هو هو الواقع الخارجي. كالكف اليمين على الكف الشمال وهو حقيقة واحدة. والا انتفت الكاشفية نعم ثم نقول اذا كان المعلوم في افق نفسه منشأه المعلوم الخارجي يعني المعلوم بالذات والمعلوم هذا هو الذي يوصلني الى العالم الخارجي. اليس اليس لزم الدور? هذه هي الاشكالية. اذا خروجا من هذه الاشكالية بطريقته. اما ان ننفي الواقع الخارجي مطلقا. ونتبنى المدرسة الكونتية التي احدثت فتنة علمية. او انحل هذا الظهور. يقول فزال الدور كيف? سيأتي ان شاء الله بيانه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