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ما زلنا معكم اعزائي الطلاب في الكيف النفساني الذي هو العلم العلم من كيفية النفس فهو عرض على مبنى المشاء ووصلنا الى هذه المعضلة حقيقة معضلة معرفية انتم قسمتم العلم الى فعله وانفعالي الفعلي المعلوم ناشئ من الفعلي مهندس له علم فيحقق المعلوم في الواقع الخارجي هنا ما في اشكال الاشكال اين في العلم الانفعالي العلم الانفعالي ما هو مصدره? الواقع الخارجي اذن من اين جاء جاء من الواقع الخارجي تعين اي تعين في النفس. يعني انا ان ابصر الشجرة الخارجية فتعينت صورتها في ذهني هذه الصورة الدينية هي التي ترجعني الى العالم الخارجي فالعلم من جهة تابع ومن جهة متبوع في تعينه تابع للخارج في فهمي انا للخارج الخارج تابع له فيكون تابعا ومتبوعا وهذا هو الدور هنا انا في تصوري ثم دخل كانت واشكل وادى به الامر الى نفي الخرج. مطلقا. يقول كل ما نعلم هو من صنع آآ قوانا قوانا النفسية. ملاكاتنا النفسية مشكل كبير جدا المشكل في تصوري اين يكمن لفهم مسألة مهمة جدا نحن اذا كنا في دائرة الادراك الكلي يعني الانسان او الادراك الجزئي يعني الزايد الخارجي خليني انا ابين للكل احسن الإنسان عندنا انسان في افق الذهن يعني مفهوم الإنسان وعندنا مصادق الإنسان في الخارج من اين حصلنا على هذا المفهوم? حصلنا من المصاديق الخارجية دخلنا في اعماقها ووجدنا ما هو المشترك فيها وهو الانسان حيوان ناطق فتعين المفهوم الكلي في الدين البشري وهو مفهوم الانسان المشكلة الدور ما هي? لاننا جعلنا ما في الدين يعني مفهوم الانسان ومناشئ هذا المفهوم يعني المصداق المصاديق الخارجية جعلنا جعلناهما منفصلين يعني عندنا قاتان حقيقة ذهنية هي مفهوم الانسان وحقيقة خارجية هي الوجودات زيد وبلال وليلى وطه اذا صنعنا ثنائية ثم قلنا تابع ومتبوع فالعلم يكون تابع للمصادق ثم فهمي للمصادق يكون اما صديقها رجال تابعة اه المفهوم فيلزم الدور ما ثبت انه اه تابعا صار انه صار متبوعا. لماذا? لان فرضنا الاثنينية وقرب المسألة بالمثال مرآة وتفاحة والمثال يتكرر اين الاشتباه الاشتباه هنا تقول التفاحة من اين جاءت? جاءت من التفاحة الخارجية. يعني لولا التفاحة الخارجية المرآة لا تعكس شيئا اذا التفاحة في المرآة التابعة للتفاحة الخارجية وانت اذا ابصرت المرآة ولم تكن عالما بالتفاحة الخارجية. بمجرد ان تبصر المرآة ترى التفاح في المرآة كانعكاس ثم تنتقل الى التفاحة الخارجية تقول اه تفاحة خارجية اذن فيه تابع ومتبوع فهو الدور. المشكل اي المشكل ان جعلنا اه واقعية واقعية التفاحة الخارجية وواقعية تفاحة في في المرآة وهذا قسوة على الدين لان هذا تشبيه المعقول بالمحسوس يقرب المطلق بالمطلب بعمق الاشتباه هو التركيز على الاثنينية تفاحة في الخارج التفاحة في المرأة في العلم والكاشفية والادراك حقيقة واحدة ما عندنا تفاحة خارجية وتفاحة في المرآة حقيقة واحدة تقول شيخنا العزيز بالوجدان عندنا تفاحة خارجية قابلة لان نأكلها وعندنا تفاحة في افق المرآة هذه لا تؤكل ولا تشم كذا دقق جيد نحن في الكاشفية يعني بمجرد انت تبصر المرآة وتبصر التفاحة انت اين في المرآة ام في الخارج وجدانا لا نستدل على المسألة وجئت تأتي بطفل صغير دعك من الناضج بمجرد ان يبصر التفاحة في المرآة اين يتحرك? يتحرك نحو المرآة ام نحو التفاحة الخارجية بطبيعة الحال يتحرك نحو التفاحة الخارجية. ما معنى هذا? يعني التفاحة الخارجية اندكت في التفاحة المرآة فيها والكشفان و التفاحة المرئية انكشفت في التفاحة الخارجية حقيقة واحدة اذا اللي حاظ يختلف ما عندنا تابع ومتبوع حتى يلزم الدور صورة تابعة للخارج في تعينها في الدين والصورة هي التي توصلنا الى الخرج في الخارج يكون متبوعا. يكون تابعا ويكون متبوعا. يلزم اجتماع الناقضين وهو الدور. لا ليس هكذا نفهم المسألة يعني انت اذا كنت امام حوض هذا الحوض زلال زلالي درجة عجيبة ما معنى زلال? يعني يعكس بطريقة رائعة الاشياء وانت في الليل ليلا مقمرة رائعة جدا صافية. القمر يتلألأ في السماء ترى القمر منعكس في الماء يأتي صديقك ماذا تقول؟ وانت تبصر القمر وهو يبصر القمر. ماذا تقول؟ تقول هذا ماء؟ ام تقل قمر مع انه ليس من بقمر هو ما متموج لكن انت تقول القمر. ليش? لانك انت في متن القمر الخارجي. ولهذا تقول امر نعم مع انك انت اذا لامست لا تجد الا الماء اذا ما عندنا في الادراك ثنائيا يعني انا بمجرد ان اعيش قضية انا اين انا في متنها الخارجي هذا هو معنى الكاشفية المشكلة التي وقع في كانت وهذا الاشكال الدوري كلهم لانهم فصلوا بين الواقع والادراك وجعلوا الادراك غير الواقع فصارت عندنا واقعيتان ثم نقول هذه تابعة لتلك وتلك تابعة لهذه ونقع في الضوء. لا ابدا. التفاحة في المرآة يعني انا في الخارج. بمجرد ابصر التفاحة في المرآة انا في الخارج حقيقة واحدة حقيقة واحدة مرة تكون في مرتبة الكشف مرة تكون في مرتبة الاثار الوجود الخارجي والآثار. حقيقة واحدة ما عندنا آآ حقيقة والحقيقة الوحيدة لا تكون لا تابعة ولا متبوعة لا تبع ولا متبوعة حقيقة واحدة متى تكون تابعة اذا كان هناك شيء تذبحه ومتى تكون متبوعة اذا كان هناك شيء يذبحه اما اذا كنا في حقيقة واحدة لا تابع ولا متبوع ولا دور. هكذا المسألة. ثم التقرير العلامة الحين لا يشفي الغليل. تابعوني في التقرير. اقول الذي يفهم من هذا الكلام. ولهذا قال يفهم يفهمون هذا الكلام يعني هو يحتمي ان هناك فهم اخر اقول الذي يفهم من هذا الكلام امران يفهم بالمجهول امران آآ نائب فاعل احدهما يعني احد الامرين ان يقال قد قسمتم العلم الى اقسام من جملتها الفعلي الذي هو علة في وجود المعلوم يعني المعلول تابع للعلم الفعلي المهندس عندو خارطة فالجامعة ثم تتحقق في الخارج وها هنا جعلتم جنس العلم تابعا فلزمكم الدور عليه في العلم في العلم الانفعالي ليس في العلم الفعلي اذ تبعيت الجنسية تستلزم تبعية اه انواعه يعني انت اذا جعلت الجنس تابعا يعني الحيوان تابعا للجوهر فكل انواع تحته تابعة للجنس للحيوان ستكون كذلك مندرجة تحت الجوهر وتقرير الجواب يعني تقرير الجواب عن دور. وبيناه في كلام العلامة غير واضح. راح للعلم الفعلي. العلم الفعلي ما فيه اشكال. لان العلم الفعلي من الفعلي الى الى الخارج. لا في العلم الانفعالي. من اين جاء ان الانفعال يعني من الخارج. من يوصلني الى الخارج? هذا العلم الانفعالي. في افق الذهن منه الروح كالمرآة فيكون العلم تابعا للامر الخارجي في الحكاية يكون الخالص تابعا للعلم. العلم يكون تابعا ومتبوع. هذا هو الاشكال ايها العلم الحلي. لا تتكلم عن آآ العلم الفعلي. وتقرير الجواب عن هذا ان نقول</w:t>
      </w:r>
    </w:p>
    <w:p>
      <w:r>
        <w:t>نعني بتبعية العلم ما قررناه من كون العلم والمعلومة والمعلوم متطابقين على وجه اذا تصور تصورهما العقل حكم بان الاصل في هيئة التطابق هو ما عليه المعلوم يعني العلم الذي في افق الدين آآ كيف تصح المطابقة? اذا انطبق على ماذا? على الامر الخارجي. نعم. يعني اذا انطبق على الامر الخارجي كنا في ذلك العلم يعني العلم سابق. يحكي حقيقة وان ما عليه العلم فرع عليه يعني العلم متفرع على الامر الخارجي والا لا معنى للمطابقة ووجه الخلاص من الدور بهذا التحقيق ان العلم الفعلي الكلام ليس في العلم الفعلي. كلام في العلم الانفعالي يعني انا الان انفعلت بالكاميرا اخذت صورة منها ثم من يوصلني مرة ثانية الى هذه الكاميرا بدون صورة حسية انا لا اصل الى الكاميرا ان الكاميرا ليست بيدي الكاميرا في عالمها الخارجي. اذا الصورة الحسية ترجعني الى الكاميرا. فالعلم كان علم انفعالي. كان ببركة الخارج يعني كان متبوعا للخارج. ثم بما انه يوصلني الى الخارج صار الخارج تابعا لهذا العلم يلزم الضوء. لا ما عندها علاقة بالعلم الفعلي حسب تدقيق وثام نعم ووجه الخلاص من الدور بهذا التحقيق ان العلم الفعلي محصن للمعلوم في الخارج لا مطلقا. لا السيد الكلام ليس في العلم الفعلي يا العلم الحل الثاني ان يقول الجواب كما بينته لكم. المشكلة اننا جعل جعلنا امرين. واقعيتين فنقع في الدور لا محالة اما اذا قلنا التفاحة في المرآة هي عينا هي التفاح حقيقة واحدة لكن مرة في بلحاظ خارجي ومرة بلحاظ مرآتي. والعرف يدرك هذه هذه المسألة. بمجرد ان يرى القمر في الماء لا يقول ماء يقول قمر لماذا? لان هذه الصورة هي مندكة في الواقع الخارجي حقيقة واحدة. واذا كانت حقيقة واحدة لا تكون تابعة ومتبوعة هذه هي الكاشفية هذه هي الكاشفية. يعني انت ما عندك قضية وهذه القضية توصلك الى الواقع. هذه خرافة كبيرة وهم من هنا جاء اشكال كانت انت عندك قضية هذه القضية يعني انت في الواقع الخارجي  يعني بمجرد انا اكون في قضية انا في المتن الخارجي. متن الخارجي مثل القمر في في الماء. انا اصلا لا لا يهمني لا الما ولا تموج الماء ولا حيثيات الماء. بارد كذا كذا. انا ارى القمر ارى القمر ارى القمر انتهى الامر قمر انا هذا القمر يعني انا اين انا فين متن القمر لكن في متن القمر ليس بواقع بما هو واقعية خارجية. بما هو واقعية فهمية. بما هو واقعية فهمية حتى لا نخلط بين الامور الثاني ان يقال المتبوع يجب ان يتقدم التابع. يعني الواقع الخارجي يجب ان يتقدم على التابع للمعلوم في الدين. لماذا? لانه منه جاء باحد انواع التقدم الخمس يعني التقدم بالزمان تقدم بالعلية تقدم بالذات بالشرف سيأتي بها هنا وها هنا لا تقدم بالشرف يعني لا معنى اه شرف التفاحة في المرآة وشرف التفاحة في الخارج ولا بالوضع لانهما غير معقولين لان الصورة العلمية ليس لها وضع. الصورة العلمية مجردة فبقي ان يكون التقدم هنا بالذات وبالعلية وبالزمن نزعنا بالشرف لا معنى للشرف هنا نعم تقول الهاشميون متقدمون على القبائل القرشية بالشرف هنا لا معنى لي الشرف هنا هو الوضع لأن الصورة العلمية لا وضع لها اذا انت فالتقدم بالشرف وانتفى التقدم بالوضع بقي التقدم بالعلية. كتقدم النار على الاحراق. تقدم بالزمان كتقدم الوالد على ولده في الزمن والتقدم بالذات كتقدم تقدم الله تعالى جميع خلقه بذاته وعلى هذه التقادير الثلاثة يعني التقدم بالذات والعليا والزمن يمتنع الحكم بتأخر المتبوع عن التابع في الزمن نعم ما فيه اه ما في اصلا هنا بعد زمني في الادراك ما فيه يعني انت تقول لصديقك. ترى انت التفاحة في المرآة هو ينظر الى المرآة يقول اصبر خمس دقائق ثم يقول رأيتها. لا معنى لهذا الكلام. اذا التقدم والتأخر بالزمن احذفه ماذا بقي? تقدم بالذات والتقدم اه بالعلية نعم فلابد من استعداد نعم وعلى هذا التقدير التقادير الثلاثة يمتنع الحكم بتأخر المتبوع عن التابع في الزمن. ولا شك فإن علم الله تعالى الأزلي والعلوم السابقة على الصور الموجودة في الخرج متقدمة بالزمن والمتأخرة عن المتأخر عن غيره بالزمن. يمتنع ان يكون متقدما عليه بنوع من انواع التقدمات بالاعتبار. لذا كان به متأخر والجواب عنه ما تقدم ايضا. الجواب ما هو ان العلم الفعلي هو الذي يولد المعلوم. لا لا لا لا هنا اصلا  هذا للتفاحة الخارجية والتفاحة في المرئية. ليس من اقسام التقدم ولهذا قلت لكم حقيقة واحدة والحقيقة واحدة لا تكن متقدمة على نفسها لا بالذات لا يمكن ان تكون ذاتها متقدمة على ذاتها ولا تكن بالزمن لا معنى لا انت تكون متقدم على نفسك بالزمن. يعني موجود البارحة وخلقت اليوم. غير معقول ولا بالعلية ولا بكل انواع التقدم خارج تخصصا اينا حقيقة واحدة? اذا هذا الكلام كله لا معنى له من العلامة الحلي آآ رحمة الله عليه. وعلى هذا التقادير الثلاثة يمتنع الحكم بتأخر المتبوع عن التابع يعني تأخر الواقع الخارجي عن العلم تابع للعلم الانفعالي في الزمان. ولا شك في ان علم الله تعالى الازلي الازلي يعني لا يدخل في الزمان والعلوم السابقة على الصور الموجودة في الخرج متقدمة للزمن. لما تقدم بالزمن كيف كيف متقدمة بالزمن? يعني اه التفاحة في في المرآة مرت بزمان اه بدون كاشفية يعني هي متعينة في الميراث لكن كاشفية غير موجودة. بعد ثواني بعد ساعة تصير الكاشية. معقول هذا معقول يعني انت تريد ترتب وظعك قبل الخروج من البيت. تروح للمرآة ترتب نفسك لحيتك اه عمامتك لباسك اي تجلس امام المرآة فتنتظر خمس دقائق خمس دقائق حتى الصورة تظهر واش الخرافة هادي انت بمجرد انت تموضع امام المرأة تصور زماننا فيه زمان في يعني من هنا ما في تابع ومتعوب تبوع لانها صورتك انت وانت هي الصورة. فقط في في مرآة في مرتبة كاشفية وفي مرتبة واقعية. اذا هذا الهراء كله لا قيمة له. نعم نعم والمشكلة البنيوية انهم فككوا بين حقيقة واحدة. يعني جعلوا التفاح المرآتية غير التفاحة الخارجية. لا وهذا خطأ حقيقة واحدة دقيقة واحدة لها آآ لحاظ كاشفي ولحاظ واقعي. والحقيقة الواحدة لا تكون متقدمة لا بالذات ولا بالعلية ولا بالزمان ولا بالشرف ولا بالوضع اذا هذا كله كلام لا معنى له. وعلى هذه التقارير الثلاثة يعني التقدم بالذات والعليا وبالزمن. يمتنع الحكم بتأخر المتبوع عن التابع في الزمن ولا شك في ان العلم. هذه يعني كلمة كلمة ولا شك فان يعلم الله تعالى الازلي لماذا لم اتى بها. ولا شك يعني ولا ريب في ان علم الله تعالى الازلي. والعلوم السابقة على الصور الموجودة في الخارج متقدمة بالزمن يعني كيف يعني الله تعالى يخضع للزمان والنفوس العالية يعني جالسة</w:t>
      </w:r>
    </w:p>
    <w:p>
      <w:r>
        <w:t>في افق الزمان ثم خلقت لا الزمان اصلا لم يكن لان الزمن من مصادق الخلق زمان حركة وما حركة للمادة نعم والمتأخر عن غيره بالزمان يمتنع ان يكون متقدما عليه بنوع ما من امة انواع المتقدمات بالاعتبار الذي كان به متأخرا الان. والجواب عنه ما تقدم ايضا. الجواب ما هو عن هذا الاشكال الجواب ان العلم الفعلي هو يولد المعلوم. الكلام ليس في العلم الفعلي كلام في العلم الانفعالي العلم الانفعالي سببه الخارج ثم انا انا من اين نوصل الى الخارج من هذا العلم? فهو تابع ومتبوع هذا الدور. نحن نقول رفع الدور هذا اجعلها حقيقة واحدة يعني انت اذا رأيت التفاح في المرآة لا تقول ارى الزجاج مسقولا او ارى الحديد مسقولا. حتى العرف يدرك هذا. يقول تفاحة واطلاق حقيقي صدقني اطلاق حقيقي ملي ناكل هاد الاطلاق الحقيقي ما هو? وحدة الحقيقة ووحدة الحقيقة هذا هو الملاك ما هو لسه الاطلاق هنا اطلاقا اطلاق المجازي نعم المسألة الخامسة عشر في توقف العملة للاستعداد واضحة جدا لان الانسان مرتبط ببدن فاذا اكتسب اه شيئا يعني كمالا فحتما بدون قابلية لا يمكن خروج من القوى الى الفعل يحتاج الى امكان استعدادي الذي هو القابليات نعم قال ولابد في العلم من الاستعداد يعني القابلية اما الضروري فبالحوس نعم. واما الكسبي فبي اه الأول الأول يعني العلم الفعلي العلم العلم الضروري اقول قد بينا ان العلم اما ضروري يعني شهودي واما كسبي يعني نتحرك حتى نصل اليه. مثل الدراسة في الحوزة. انسان يكسب يتكامل وكلاهما يعني الضروري يعني الشهود الذي لا يحتاج الى جهد وفكر وتأمل واستدلالات حصل بعد عدمه اذا الفطرة البشرية خلقت اولا عالية على العلوم ثم يحصل لها العلم بقسمين. يعني الشهود والعلم الكسب هنا اكتب حاشية لان انت عالم دين وستصير آآ عالما دينيا وهذه خطورة جدا هذا المبنى ان الفطرة خلقت عارية عن العلوم في بعدها الطبيعي ببعده الطبيعي يعني اذا تركنا الانسان في بعده الطبيعي نعم يجب ان يفعل تعتذرت حتى يتكامل ويكسب العلم اما في بعدها الالهي لا فالهمه فجورها وتقواه الهبها فقط فقط الوعي بهذا الايلاء محتاج الى النضج العقلي. الهمهم فجوره وتقواه يعني انت في داخل نفسك تدرك بالشهود دوائر الفجور ودوائر التقوى فانت باختيارك تتحرك في دائرة التقوى يعني الخير او تتحرك في دائرة الفجور يعني الشر هذا شأنك ولهذا انت مسؤول ومكلف لكن الفطرة عارية عن العلوم لا ابدا. في العلوم الفوقية والالهية الفطرة بالعكس مملوءة بالخيرات نعم لكن العلم بهذه الواقعيات الايات الافاقية والانفسية نعم بتفعيل الاستعداد. اذا هذه الكلمة اذا الفطرة البشرية خلقت اولا عاري على العلو. هذه بالنسبة الى العلوم الطبيعية. ثم يحصل لها العلم بقسميه الشهود والكسب فلابد من استعداد سابق يحمل القابلية مغايرة للنفس يعني عرض وفاعل للعلم فاعل للعلم يعني اه بنحو بنحو المعد الفاعلين العلم هو الله تعالى. والله الذي يفيض عليك الكمال العلمي. فقط هذه القابليات اه ارضية لافاضة العلم كل نمد هؤلاء وهؤلاء من عطاء ربك فالضروري فاعله هو الله تعالى اذا القابل لا يخرج المقبول من القوة الى الفعل بذاته والا لم ينفك عنه الشهود الى الشهود الشهود اه اه اه لا يحتاج الى هذه القابلية. وللقبول درجات نعم يبين لك ان الكمال العلمي يحتاج الى كمال العلمي يعني تشكيكنا من حيث القابلية التشكيك. يعني قد تجد شخصا قابلية قوية. وآآ تجد شخصا قابلية اقل. وللقبول درجات مختلفة في القرب والبعد. اكتب التشكيك. يعني القبول حقيقة التشكيكية وانما تستعد النفس للقبول على التدريج. لا يمكن ان لا يمكن ان اه ان انت في المقدمة تدعي الاجتهاد ويجب ان تتدرج مقدمات سطوح اتقان المباني في السطوح ثم تروح الى درس خارج مدة طويلة ثم تدريس مباحثة ومراجعة وجلوس مع العلماء حتى يتعين فيك الاجتهاد على العرف الحوزوي الاصيل نعم نعم عرفو الحوزاوي الأصيل نعم وانما تستعد النفس للقبول على التدريج فتنتقل من اقصى مراتب البعد يعني المقدمات. يعني الآن في الأجرومية والباب الحادي عشر الى ادناها قليلا قليلا الأدنى يعني الإجتهاد لأجل المعدات التي هي الإحساس الإحساس بالحواس على اختلافها والتمرن عليها وتكرارها مرة بعد اخرى سيتم الإستعداد لإفاضة العلوم البديهية الكلية من التصورات والتصديقات فهي كلية تلك المحسوسة هذه بالنسبة الى الشهود. واما النظرية فانها مستفادة من الناس او من الله تعالى على اختلاف الاراء لكن بواسطة الاستعداد بالعلوم البديهية اما في التصورات بالحد والرسم وان في القصد تصديقات فبالاقيس المستندة الى المقدمة الضرورية. يريد يبين لك الفكر كيف اما تصوره اما تصديق. هذه مسألة آآ ليست مسألة استدلالية. مسألة معاينة مشهودة الكل يدركها بالشهود المعاينة. نحتاج الى دليل مجرد ان تدخل في الدليل تقع في الدور. نعم انت تريد تبين في العلم النظري يحتاج الى مدى التكامل انت الان في صدد العلم النظري تأتي بالعلم النظري لبيان ذلك دور. هذه الامور تكفي المعاينة تكفي المعاينة المسألة السادسة عشر في المناسبة بين العلم والادراك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