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معكم في العلم نعم ووصلنا الى هذه المسألة المسألة السادسة السادسة عشر في المناسبة بين العلم والادراك بحث تصوري وتقسيمي فقط ليس اه شيئا اه صعبا ما يفرق بين اه الادراك الكلي والادراك الادراك الحسي الادراك الكلي يسميه العلم ولهذا يقول الحيوانات لا تعلم وانما تدرك يعني وضع الإصطلاح فقط المهم تفهم انت ان العلم له مراتب مرتبة حسية خيالية عقلية نعم وهذه مراتب مراتب فقط مراتب ترقي مراتب تشكيكية اما المعنى واحد ما هو الكاشفية? قد تكون كاشفية حسية كاشفية خيالية كاشفية كلية عقلية نعم فهذا وضع الاصطلاح وباصطلاح يفارق يعني وباصطلاح يفارق العلم الادراك مفارقة الجنس النوع وباصطلاح اخر مفارقة النوع وضع اصطلاح فقط يعني ليس مطلبا علميا مجال تداولي تنقيح مصطلح فقط اقول اعلم ان العلم الذي هو مطلق الكاشفية يطلق على الادراك للأمور الكلية كاللون وليس هذا اللون والطعم وليس هذا الطعم مطلقا نعم ويطلق الادراك على الحضور عند المدرك مطلقا فيكون شامل للعلم والادراك الجزئي. يعني اه مرة يكون اه كليا فقط يعني في المرتبة الاعلى من النصف مفاهيم الكلية. مرة لا يطلق على مطلق الادراك لا يلاحظ المرتبة. يعني اذا كان في الحس فهو علم واذا كان في كلية فهو علم نعم ويطلق الادراك على الحضور عند المدرك مطلقا. قد يكون محصوصا قد يكون ما معقول. فيكون شاملا للعلم وللادراك الجزئي. الادراك الجزئي الحسي اعني المدرك بالعزة كهذا اللون وهذا الطعم يعني جزئيات هذا اللون للتفاحة الفلانية والطامي للتفاحة الفلانية ولا يطلق العلم على هذا النوع من الادراك. يعني الادراك الحسي نعم لا تقل الحيوان يعلم ولذلك لا يصفون الحيوانات العجب بالعلم لان ما عندها ادراك الكليات ولهذا لا تشكل الحضارات والحمد لله والا لا تصل النوبة حتى هو يعمر استراليا وامريكا وكندا وافريقيا ابدا. اترك له المجال يعني اشوف هذه العناية الالهية العظيمة نعم. حيوانات ضخمة والله تعالى حتى تسخر للانسان نزع لها العقل. نزع لها العقل من باب الخروج التخصصي نعم وان وصفوها يعني الحيوانات بالادراك كتب الادراك الحسي والادراك الوهمي والخيالي. فيكون الفرق بين العلم والادراك مطلقا على هذا الاصطلاح يعني تباين اه اه فرق ما بين النوع والجنس. يعني النوع والجنس بينهم بينهم بينونة اه ما فرق بين النوع والجنس النوع هو العلم والجنس هو الادراك. يعني الادراك ارقى. الادراك يصدق على الكليات والجزئيات والعلم فقط على الكليات فيكون عموم الخصوص مطلق وقد يطلق الادراك باصطلاح اخر على الاحساس فقط لا غير فيكون الفرق بينه وبين العلم والفرق بين النوعين الداخلين تحت الجنس وهو الادراك مطلقا. تقول ادراك بالكلية وادراك الجزئيات ادراك الجزئيات هو الادراك الحسي والادراك كلياته والادراك الكلي والعقلي فيكونان نوعين تحت مطلق الجنس وهو الادراك اذن هذا وضع اصطلاحي فاذا وجدت في الكتب كلمة ادراك احسب اه ابحث عن القرينة لا تأخذها هكذا مطلقا الادراك الحسي. ولا الادراك العقلي   ابحث عن القرين في الفصول الناصيرية المحقق التونسي له كتاب اسمه الفصول الناصرية الكتاب الفارسي ترجمه تلميذه انا درست هذا الكتاب طناش دورة كتاب صغير يأتي قبل التجريد اروع بكثير من الباب الحادي عشر المبهر في هذا الكتاب العقلانية العقلانية العلمية للمحقق الطوسي. اول مسألة يبدأ بها اه من ادرك شيئا ادرك وجوده الادراك الاول حسب القرينة هو الادراك الحسي لادراك الثاني بقرينة الوجود. الوجود لا يحس يدرك بالعقل. ادراك عقلي اذا انت اذا وجدت لفظ الادراك في متن ونص ابحث عن القرينة. قد يكون عقليا وقد يكون حسيا. فالمسألة وضع اصطلاح فقط ليس مسألة علمية. تنقيح تصوري المسألة السابعة عشر في ان العلم بالعلة يستلزم العلم بالمعلول هذه القاعدة فلسفية بامتياز موجودة في برهان الشفا موجودة في الهية شفاء من اروع القواعد وهي بنيوية ليست قضية هذه هذه بنيوية ما قبل القضايا ماذا ماذا تعني? تعني انت اذا احطت بالعلة بجميع خصوصياتها فالمعلوحة المعلول حاضر عندك انتهى الامر لان القاعدة اه آآ في الصياغة الفلسفية ليس هكذا الصياغة الفلسفية ذوات الاسباب لا تعلم الا باسبابها الا باسبابها اذا هذه ليست قضية علمية هذه قضية بنيوية ما قبل العلم ما قبل العلم نعم قال وتعلقه يعني العلم على التمام بالعلة يعني اذا انت حتى العلة بجميع آآ تفاصيلها يستلزم تعلقه كذلك بالمعلوم بالمعلول يعني انت اذا العلة كمتعلق متعلق الادراك احط بها من جميع خصوصيتها. فانت في متن المحلول بمتن المعلول مثاله انت الان آآ يأتيك ابنك صغير تقول آآ اللي من الصغر يقول احترقت الباب باب مثلا وانت في الريف تقول له النار موجودة يقولون عن النار موجودة اه لامست الخشب يقول لمست الخشب ما في مانع بين النار والخشب. يقول ما في مانع بالخشب. تتيقن ان النار احرقت والولد صادق لماذا? لان العلة العلة هي ذات النار ورفع المانع وهو البلل او البعد الى كانت النار بعيدة على على الباب من خشب البلا الغير موجود والبعد غير موجود يعني ما في ما في موانع والشرط الاقتراب موجود والنار موجودة حتما انت عندك يقين بان الباب احترقت وتخرج تعاين الامر تجده هكذا نعم وتعلقه يعني تعلق العلم يعني له متعلق يقصده على التمام شرط على التمام يعني بجميع تفاصيل آآ ما يسمى بالعلة على على التمام بالعلة يستلزم تعلقه كذلك بالمعلوم. يعني انت في متن المعلوم ولا تخف نعم اقول العلم بالعلة يقع باعتبارات ثلاث ثلاثة. الاول العلمي ماهية العلة? يعني ذات العلة. من حيث هي ذات وحقيقة لا باعتبار اخر يعني هنا اه لا تنظر اليها بما هي يتوقف عليها شيء. يعني بلحاض العلية وهذا لا يستلزم العلم بالمعلول لا على التمام ولا على النقصان. يعني الذوات بطبيعتها متباين بتمام الذات. لا علاقة لذات بذاته. الثاني العلم بما بها يعني بالعلة من حيث هي مستلزمة. لذات اخرى يعني هنا باعتبار العلية يعني باعتبار الصدور. وهو علم ناقص بالعلة فيستلزم علما ناقصا بالمعلول مثلا انت تعلم النار بما هي متحركة نحو الخشب متحركة نحو الخشب لا يعطيك اليقين ان الخشب احترق. لماذا? قد يكون الخشب بعيدا يعني الشرط غير متحقق قد يكون مبلولا. يعني مملوء بالثلج لفه الثلج كلها. نعم النار تذوب الثلج ولكن لا تحرق الخشب نعم. ولهذا يقول اه وهو علم ناقص بالعلة فيستلزم علما ناقصا بالمعلول من حيث انه اه من حيث انه اه اه لازم للعلة لا من حيث اه ماهيته الثالث لا الإحاطة التامة. يعني انت تعرف ذات النار وتعرف ان النار متجهة. يعني حيثية الصدور نحو آآ الباب. من خشب. والباب غير مبلولة وقريبة. اه تحترق بالقطع</w:t>
      </w:r>
    </w:p>
    <w:p>
      <w:r>
        <w:t>والثالث العلم بذاتها ومهيتها ولوازمها. اه يعني متحركة باللهب وملزوماتها وعوارضها ومعروضاتها. يعني كل الشروط الاساسية. وما لها في وما لها بالقياس للغير بالخشب يعني الباب الخشبية. وهذا العلم التام بالعلة وهو يستلزم العلم التام بالمعلول فانما هي المعلول وحقيقته لازمة لماهية العلة. وقد فرض تعلق العلم بها من حيث ذاتها ولوازمها حتما المعلومات وكل الحركات العلمية مبنية على هذه القاعدة تقول شيخنا العزيز كيف تفسر بطلان النظريات ومجيء النظريات. اقول لك هذه ما عندها علاقة بالقاعدة بالعكس هذه تعمق القاعدة. ما معنى ان العالم الاول لم يحد بهذه الامور بالتمام فاخل ببعض تفاصيل العلة. فجاء الثاني فاكتشف تلك التفاصيل فنسخ المقاربة الاولى واتى بالمقاربة الثانية. مثلا تقول الشمس تدور حول الارض خطأ وكانت هذه النظرية سائدة في الفلك ثم جاء العلماء وتدققوا لا قالوا هادو هم لم يحيطوا بجميع العلة بلوازمها ومعروفاتها وو كثير امور غابت عنهم فلما احاطوا بالعلة بتمام خصوصياتها وذاتها وماهيتها؟ قالوا لا. الأرض تدور حول الشمس اذا تأكيد للقاعدة وليس نفيا قاعدة وهي من اروع عناية الهية عناية الهية ليس لولا هذه القاعدة الانسان لا يمكن ان يصل الى المعلومات ابدا واضحة من اروع اه القواعد. ولهذا كلما انا حاولت لتبيينها والاستيلاء عليها نفشل ان الاستدلال ما هو? الاستدلال هو انك تنطلق من العلة بجميع خصوصيتها حتى تصل الى المعلوم يعني الاستدلال هو تطبيق لهذه القاعدة. فتأتي انت تثبت القاعدة بملاك القاعدة يعني الاستدلال ملكه هذه القاعدة فتأتي وتريد تستدل عليها هي ملاك الاستدلال. هي ملاك الاستدلال يعني الاستدلال ما هو? الاستدلال هو الاحاطة بالصغرى والكبرى بجميع الخصوصيات حتى نصل للنتيجة التي هي معلولة لمن? للصغرى كبرى اذا المسألة بنيوية. مم نعم مسألة بنيوية لا يمكن ان تكون قضية ادراكية. لا تحكي امرا وانما هي ملاك الحركة الفكرية والاستدلالية. اذا اردت ان تحيط بالمسببات يجب ان تحيط باسبابها. نعم لكن القاعدة آآ في الفلسفة مقيدة. يقول ذوات الاسباب لا تدرك الا باسبابها فالله تعالى ذاته فذوات الاسباب والله تعالى ذات الاسباب? لا يعني من له اسباب لا يعرف الا باسبابه الله ما عندو سبب فالله تعالى يخرج تخصصا من هذه القاعدة وكثير من الامور تخرج تخصصا من هذه القاعدة. نعم المسألة الثامنة عشر في مراتب العلم هذه هذا مبنى ارسطو ان الانسان يكون بالقوة ثم يتحرك يعي ما ما اسميه انا بالمعايير العقلية السرمدية هم عندهم هما ادراكات يعني قضايا وهي البديهيات والاوليات ثم يفعل هذه البديات بديات فيدخل في العقل النظري حتى يصير آآ عقلا راقيا يسمى العقل المستفاد في مراتب العلم ومراتبه ثلاث مراتب العلم اقول ذكر الشيخ ابو علي ان للتعقل ثلاث مراتب. الاولى ان يكون بالقوة المحضة يعني ما عنده شيء وهو عدم التعقل عما من شأنه ذلك. يعني عنده الاستعداد من شأنه التعقد يعني هنا عدم ملك ادب ملك الثانية ان يكون بالفعل التام كما اذا علم شيء علما تفصيليا نعم الثالث العلم بالشيء اجمالا كمن علم مسألة ثم غفل عنها ثم سئل عنها فانه يحضر الجواب عنها في ذهنه. وليس ذلك بالقوة المحضة لانه في الوقت في في لانه في الوقت عالم باقتداره على الجواب. وهو يتضمن علم بذلك الجواب وليس علما بها على جهة التفصيل وهو ظاهر. كالمجتهد المجتهد لا يحيط بجميع الفتاوي لكن بمجرد ان ان تعرض عليه الفتوى يأتي بالجواب. نعم هذه ملكة فوق الملكة التفصيلية. يعني المجتهد جامع للتفصيل وللاجمال التفصيل مندكم في ذلك الاجمال. متى شاء ان يخرجه يخرجه. اذا قوة يعني عدم ما لك ثم كسب النظريات تفصيل ثم مرتبة ارقى التفصيل آآ يصير آآ شديدا شديدا يعني اجماليا يعني شديدا متى شاء ان يفصل يفصل. متى شاء ان يفصل ويفصلنا اذا يقول المسألة الثامنة عشر في مراتب العلم ومراتبه ثلاث اقول ذكر الشيخ ابو علي في الفصل السادس من المقال الخامسة من نفس الشفاء نعم في البحث عن العقل البسيط نعم اه الاولى ان يكون بالقوة المحضة. هذه اه اه عدم الملكة وهو التعقل عما من شأنه ذلك عنده قابلية ولهذا قلت عدم ما لك حتى تصير ملكة ثانيا ان يكون بالفعل التام يعني صار ملك كما اذا علم بالشيعة من تفصيلهم المرتبة الثالثة العلم بالشيء اجمالا هنا الاجمال ليس الاجمال الاصولي وهنا الاجمال الفلسفي يعني التفاصيل ما عنده عنده شدة كلها هذه الشدة تنطوي على التفاصيل متى شاء ان يفصل مثل الاستاذ يأتي آآ في القسم امام السبورة عنده كل المعلومات بنحو الشدة يفصلها في السبورة. فهذا علم اقوى من العلم التفصيلي. يعني جعل هذه التفصيلات كلها في حقيقة مندكة قوية. نعم مرتبة اقوى نعم اذا هنا الاجمال بالمعنى الشدة وليس بالمعنى العرفي الثالث العلم بالشيء اجمالا كمن علم مسألة ثم غفل عنها. انظر فسرها عن الغفلة هنا ليس ضياع المعلومة لا لا لا مندكة مندكة ثم سئل عنها فانه يحضر الجواب عنها في ذهنه. كيف يحضر اذا غفل عنها? هنا ليس الغفلة المعرفية. يعني كناية عن ماذا? ان المعلومة مندكة في شدة نعم وليس ذلك بالقوة المحضة لانه في الوقت في في الوقت عالم باقتداره على الجواب. يعني ليس بالقوة المحضة يعني آآ ليست المعلومة راحت. فيأتي استعداد جديد لارجاعها. لا لا لا. يعني بالفعلية ولكن بنحو الشدة وليس ذلك بالقوة المحضة لانه في الوقت عالم باقتداره على الجواب. يعني حاضرة لكن ليس حاضرة بالتفصيل حاضرة بالشدة ثم تلك الشدة تترشح. نعم وهو يتضمن علمه بذلك الجواب وليس علما بها على جهة التفصيل هل هذا قوة ام ضعف? نعم قوة نعم قوة وهو ظاهر اذا الاجمال هنا لا تفسره بالاجمال العرفي وانما الاجمال يعني الشدة اذن المجتهد شديد الكمال. متى اراد ان يفصل? يفصل اما انت في طريقة طريقة الاجتهاد الان انت في سياق الاجتهاد مثلا في بحث الخارج. انت تركز على التفاصيل ما بنى فلان ما بنى فلان اشكال فلان كذا هذه كلها تفاصيل  نعم ولهذا اه العلماء المحققون يقولون كلما قل علم الطالب كلما كان قويا هي مغالطة هذي كيف? العلم هو الكثرة لكسب كسبل بالتدريج يقول لا يعني انت تصل الى علم الاصول مثلا اثنين وعشرين قاعدة اذا لاحظت باثنين وعشرين قاعدة في عالم الاصول كل التفاصيل ها كل التفاصيل مجرد الالتفات تأتي في التدريس في الكتابة في القطار في الجب ما يهم حتى لو كنت في البئر تستطيع ان تفسر العرفان خمس قواعد خمس قواعد فقط وعلوم اخرى هكذا الشيخ جوادي امولي يقول انا ابن المنظومة العقدية بثلاث قواعد الوجود اصالة الوجود التشكيك الوجود اصالة الوجود ثلاثة ابني بها كل الصرح العقدي لا في قواعد فقط اذا كلما قل علمك في شكل قواعد اجمالية يعني شديدة ان تكون مجتهدا. اما اذا بقيت في التفاصيل لا تكون مجتهدا آآ ابدا نعم</w:t>
      </w:r>
    </w:p>
    <w:p>
      <w:r>
        <w:t>المسألة التاسعة عشر في كيفية العلم بذي السبب وهادو السبب انما يعلم به كليا وهادو السبب انما يعلم به كليا آآ ذو السبب يعني الواقعيات التي لها اسباب ها اسباب نعم. تعلم بنحو كلي. نعم هذه طبيعة العلوم طبيعة العلوم العلوم لا تعلم بالجزئيات العلوم لا تهتم بالجزئيات مثلا كل الواقعيات الخلقية ما عدا وجب الوجوب. ادرجها ارسطو تحت عشر مقولات اذا انا اذا علمت بخصوصيات الجوهر هذه بنحو كلي يعني بنحو قاعدي. قاعدي يعني قاعدة كل الاسماك في المحيط اقول انها جواهر كل الاسماك مليار سمكة جوهر. لاحظت كيف؟ هذه بمعنى الكلي بمعنى الكل يعني بمعنى القاعدة يعني قواعد نعم هذا هو العلم الصحيح اقول اعلم ان الشيء اذا كان ذا سبب فانه انما يعلم بسببه لانه بدون السبب ممكن وانما يجب بسببه حسب القاعدة اه الشيء لم ما لم يجب لم يوجد. ما معنى ما لم يجب? يعني الوجوب بالغير. يعني كل موجبات تحققه ووجوده توفرت كما مثلت لكم بالمحرك اذا تمت كل المكونات ودورت انت المفتاح للسيارة حتما بالوجوب تتحرك السيارة فاذا نظر اليه او نظر اليه من حيثه هو هو ولم يحكم العاقل بوقوعه ولا بعدمه يعني لا يقتضي الوجود ولا يقتضي العدم وانما يحكم باحدهما يعني بالوجود او العالم اذا عقل وجود السبب او عدم السبب يعني تخيل انت الإنسان يتحرك من البصرة صوب كربلاء لزيارة المولى مم حسين عليه السلام. في الطريق توقفت السيارة اهي ماذا يفعل? يجلس ويسحب الرنجيلة ويشرب الرنجيلة الى يوم القيامة. لا ابدا ليس هكذا. يتفقد المحرك يا جدال غفل البنزين ما عمر البنزين السيارة بالبنزين ما ملأ هذا الصندوق بالمنزل نتاع البنزين اه هذا هو السبب يروح يملأ السيارة بالبنزين فاتوا تحرك يعني ما معنى? يعني راح تفقد السبب لما علم السبب وصارت هذا العلم عندو جامعا قل انت مطمئن تتحرك? اطمئن انعرف. ما عندي اي مشكل الا البنزين ولا ان الزنبين البنزين وفرنا يحرك السيارة تتحرك انظروا ماذا يقول فاذا عقل وجود السبب او عدم السبب. وجود السبب يعني البنزين اه توفر عدم السبب يعني البنزين غير متوفر فذو السبب انما يحكم بوجوده او عدمه بالنظر الى سببه. يعني اذا لم يكن البنز المتوفر السيارة لا تتحرك ابدا. اذا توفر البنزين حتما السيارة تتحرك اذا ثبت هذا فان ذا السبب انما يعلم كليا لان كونه صادر عن هذا الشيء تقييد له بامر كلي ايضا وتقييد الكل بالكل لا يقتضي الجزئية. يدخلك في متاهات بيانية في متاهات بيانية ليس هكذا هاه على من حل لهذا اشكال فيداغوجي يعني من جعل هذا السائق يروح يتفقد يتفقد المحرك ها عندو قاعدة كلية يقول قاعد الكلية المحرك السيارة ما دامت تتحرك يعني موجباتها كلها حاضرة هذا علم كلي ثم يأتي الى المصداق المحرك المصداقي هذا الحنة في التعامل مع المصاديق وبهذه الرؤية الكلية راح نتفقد المصداق نعم يعني الذي حرك السائق ليس الجزئي الجزئي لم يعينه جالس في الكرسي السيارة. لماذا لماذا يروح يعاين? لانه عنده علم كلي عن كل يعني المحرك توقف. موجبات التحرك آآ مفقودة. يا كاملا اما كاملا او جزئيا كاملا لا يكون في العادة يعني المتور المحرك كلو يخرب جزئي يجد الماء ما فيه او البنزين ما فيه او البطارية توقفت او خيط ما من الخيوط تقطع من حركه نحو هذا? هذه القاعدة الكلية يعني هو يفهم الامور بنحو قاعدي الجزئيات نتعامل معها فقط هذا هو الفهم الصحيح على منحي يدخلك في متاهات لفظية انظر اذا ثبت هذا يعني لا لا نعرف آآ ذا السبب الا بسببه فان ذا السبب يعني المحرك هنا انما يعلم كليا. لماذا يعلم كليا? لانه كونه صادرا عن عن الشيء تقييد له بامر كلي ايضا يعني تقول يعني المحرك لا يتحرك الا بتوفر امر كامل. هذه هي الفهم الكلي وتقييد الكلي بالكل لا يقتضي الجزئية. نعم. تقول هذا السيارة لا تتحرك الا بموجباتها موجباتها. تقول ما هي الموجبات? يقول لي ما يهمني. لازم تكون الموجبات هذا العلم الكلي ثم اذا ذهب المصداق هنا هذا الكل يروح يروح يعاينه مصداقا يروح الى الموجبات يبحث البطارية سالمة. يعني في هذا السائل السائل الحامض يروح الخيوط كلها خيوط متصلة يروح الى البنزين متوفر يروح الى الماء ما موجود يعني ممكن تحترق يملأها بالماء لاحظت كيف الفهم الكلي ما هو? المحرك يحتاج الى تواصل الخيوط الى البطارية الى الماء الى البنزين والى والى. كليات كلها كليات ما تخرج من الكليات لو قيدتها الى يوم القيامة. متى تدخل الى الجزء اذا عاينت الخيوط حقيقة امامك. هذا هو معنى الفهم الكلي نعم  نعم. والتحقيق هذا انك ياتي ان شاء الله في ادامة التطبيق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