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جمال العلم ووصلنا الى مثال يطبقه العلامة الحل على ما بينت انا نحن نفهم بنحو كلي بنحو كل يعني بلسان الحداثيين بنحرق بنحو قاعدي قواعد نعم قواعد ثم نأتي الى الجزئيات هذه الجزئيات ما هي الا مصاديق لتلك الكليات. انا مثلت لكم بمثال عرفي السيارة عن المحرك والحركة هنا يمثل بالظاهرون بالكسوف نعم والكسوف والخسوف يعني عندك انت شمس تأتي الاشعة تسقط على الارض اذا دخل القمر بينها وبين  بينه وبين الارض بعد يأتي بابا يأتي اه الارض لا تصلها الاشعة لا تصل الاشعة فلا ترى الشمس مرة لا مرة الارض تأتي بين الشمس والقمر نعم فالارض تغطي الضوء على القمر القمر يختفي يدخل في المحق اي نعم خسوفها وكسوف مثال جميل جدا يبين ما بينته انا مع المحرك. اسمع جيدا والتحقيق هذا من حيث يعني تطبيق المصداقية انك اذا عقلت كسوفا شخصيا من جهتي سببي وصفاته الكلية التي يكون كل واحد منها نوعا مجموعة في شخص في شخصه. كان العلم به كله. يعني انت تعرف الكسوف كقاعدة كليا والكسوف وان كان شخصيا يعني هنا الذهاب الى المصداق فانه عند ذلك يصير كليا. يعني انت بتفهم المحرك اذا اجتمعت كل اسباب الحركة اه السيارة تتحرك اه انت عندك علاقة بهذه السيارة? لا حتى لو كان عندك صديق معك يمشي موازيا وتوقفت سيارته وتوقفت سيارته نعم تقول انت اه تفقد الموجبات. وهو يقول لك انت بتتفقد الموجبات. اها. قاعدة واحدة كم مصداق لها? اه مصداقا نعم وان كان شخصيا فانه عند ذلك يصير كليا كقاعدة ويكون نوعا مجموعة في شخص. نعم. يعني انا آآ هذه هذا الكلي عندي كقاعدة ثم اين اجده? اجده في في التشخص وانه على المجموع في شخص له معقول كلي لا يتغير لا يتغير نعم تخيل هذا الذي ينتقل من البصرة الى الى كربلاء اه تتوقف المحرك تفقد وجد الماء يعني السيارات تحترق فملأ الماء تحرك كم? ساعة او ساعتين توقف فتفقد لا الماء موجود. البنزينة البنزين اه انتهى فيروح يملأ البنزين. دائما هذه القاعدة الكلية في ذهنه. اين تتجلى له في المصادق يعني اه ذوات الاسباب تعلم بموجباتها. يعني باسبابها. هذه القاعدة هي الحاكمة بنحو كلي ولكن اين تتشخص? طبعا تتشخص في المصداق. يعني كل حديد يتمدد بالحرارة. كل ما نحتاجها الحديد يتمدد بالحر. يعني طبيعة الحديد تتمد بالحرام. هذه معرفة قاعدية ثم اين تجد الحديد يتمدد بالحرارة من الخارج يعني في التشخص المصداقي اما القاعدة قاعدة كلية يقول اه والنوع المجموع في شخص له معقول كلي لا يتغير. يعني القاعدة قاعدة وما يستند اليه من صفاته واحواله يكون مدركا بالعقل. يعني بالحو كلي. فلا يتغير ابدا. فانه كلما حصلت العلل الشخصي واسبابه وجب حصول ذلك الجزئي يعني تخيل السيارة تعبانة تعبانة قديمة قديمة ما قبل سقوط سقوط صدام ويتحرك المسكين من البصرة الى الى كربلاء تتوقف في الطريق خمس مرات هذه القاعدة الكلية تقول تفقد الاسباب خمس مرات القاعدة لا تتغير بل يتغير يتغير المصداق الخارجي. فيقول اه كلما حصلت علل الشخص واسبابه وجب حصول ذلك الجزئي فيقال ان هذا الشخص اسبابه كذا. يعني مثلا تقول اسباب التعطيل آآ انتهاء الماء انتهاء البنزين اه البطري توقف وكلما حصلت هذه الاسباب كان هذا الشخص او مثله يعني مصداق اخر لا يهم فيكون كليا بعلله واضح الان المطلب? نعم يعني انت في الدرس الحوزوي اه اذا اراد الاستاذ ان يعلمك الاستصحاب يقول يجيب آآ مجموعة من الناس عشرين ثلاثين الف مليار هذا كان متيقن بان ثوبه كان طاهرا زلزل هذا اليقين الشك شك زلزل اليقين السابق. قاعدة ماذا تقول? ادانة اليقين تعبدا وليس كشفا هانتا تقول نعلمكم الاستصحاب هذا عنده ثوب كان متيقنا به ثم شك وذاك ذاك ذاك هذا هو الاستصحاب لا ليس الحكم الاستصحاب يؤصله الاستاذ قاعديا ثم انت في سفر تقيت بشخصك يقول والله يا استاذ انا انا كان كنت اصلي بالدشداشة في البيت وانا اعرف انها طاهرة سافرت الى مشهد امام الرضا وراجعت اعتلاني الشك انها نجسة ماذا نفعل تقول له انت كنت على يقين من قبل? يقول نعم. يقول لك شد لا تعتبر شك صل بها وصلاتك صحيحة اذا انت تعلمت عند الاستاذ قاعديا وطبقتها في المصاديق اذا هذا الكل يندك في المصاديق حين التطبيق اما هو قاعدي لا يتغير ابدا صار مادي لا يتغير. هذا هو معنى القاعدة. المسألة العشرون في تفسير العقل هنا بحث تصوري بما هو العقل يقول والعقل غريزة غرزة بمعنى شيء مغروز في الانسان. ليس الغريزة الحيوان غريزة الاكل والجنس ولا هي الغريزة بمعنى مدفون في الانسان يلزم هذه الغريزة العلم بالضروريات عند سلامة الالات دقة جدا فاخرة نتفق على مسألة نبين المسألة جيدا عندنا العاق بمعنى هذا الكيان المجرد كيان مجرد واقعية مجردة ما عندها علاقة بالإدراك نحو هذا جانبا نأتي الى العقد فقط في دائرة الانسان هنا اه ثلاث معاني اساسية العقل السياقي تقول هذا يفكر بالعقل المعتزلي هذا يفكر بالعقل السلفي هذا عقله اشعري هذا عقله امامي هذا عقل علماني هذا عقل قومي هذا عقل شيوعي هذا ما معناه? يعني هو تربى في بيئة مملوءة بالمفاهيم تشبع بها وصار يفهم الوجود من خلال هذا العقل. هذا العقل سياق يعني تشكل في دائرة السياق  في خلفيات تسمى الموقع التأويلي يقرأ الامور آآ يقرأ الامور بها. مثلا عندنا رواية ان الامام الامام الحسين اعترض بشدة على صلح الامام الحسين ياتي عقلك السياقي تقول هذا معصوم ويعرف ان الامام الحسن امام حجة ومعصوم فتن في هذه الرواية مهما كانت بعقلك السياق بعقلك السياق يعني بعقلك العقدي يعني انت منتمي الى الامامية والامامية يقولون كل ما صدر من المعصوم فهو حجة لانه معصوم لانك انت متربي في السياق. الذي لا يتربى في السياق هذا الامام الحسين يراه قائدا سياسيا صاحب مصلحة فان الممكن. فيقول نعم هذا بشر والامام الحسين بشر والامام حار. الامام الحسين حار واعترض على اخيه يبلعها  هذا العقل السياق ليس حجة اوليس حجة? يعني يأتي الان العقل المعتزل حجة العقل الوهابي محجلة  في عقل وهو العقل الغريزي. يعني الانسان وهو يتحرك فكريا في دائرة ماذا? الوجود ويكتسب المعرفة هذا عقل نفسي تابع للنفس ليس حجة كذلك ليس حجة والعقل بالمعنى ماذا? العقل ذلك الضياء الإلهي. يثير فيهم دفائل العقول الهمها فجورها وتقواها. هذا عقل ما عنده علاقة بعقلي وبعقلك الجزئي. ضياء الهي حاكم على الانسان</w:t>
      </w:r>
    </w:p>
    <w:p>
      <w:r>
        <w:t>فهذا العقل الجزئي او العقل السياقي اذا لم يتناغم مع ذلك الضياء الالهي السرمدي وليس من صنخ المخلوقات لانه حكمة الهية ظياع صارمدي لا بداية له ولا نهاية ولا مخلوق اذا انسجم الانسان وترقى الى ذلك العقل يكون مطابقا للواقع يكون حكيما في سلوكه وفي فهمه. هنا يشير الى العقل الغليظ يعني العقل الانساني نعم والعقل غريزة يلزمها العلم بالضروريات يعني ترقى الى الضروريات يعني هوما عندهم اجتماع النقيضين مبدأ الهوية عند سلامة الالات نعم اذا لم تكن الاته سالمة يعني يكون مختلف في العين مختلف في السمع مختلف في العاقل ومختلف واهمته في ذاكرته لا يمكن اذا سلامة البدن شرط للادراك الصحيح ليس علل للادراك تبطل للادراك. اقول هذا هو المحقق في تفسير المحقق في تفسير العقل. وقد فسره المحقق التونسي او قوم بان العلم بوجوب الواجبات واستحالة للمستحيلات لامتناع انفكاك احدهما عن الاخر. وهو وضعيف لعدم الملازمة بين التلازم والاتحاد نعم اه لاحظت كيف هذه العلم بوجوب الواجبات واستحالة المستحيلات؟ هادي دلك العقل المعياري هداك العقل المخياري ليس غريزة انسانية ليس غريزة انسانية حاكمة على الغليزة الانسانية. العقل هو قوة في الانسان تتحرك من المعلومات الى المجهولات اذا راعت ذلك العقل المعياري الذي من تجلياته المنطق راعت هذه المعايير حتما يكون في الحقيقة من حيث الفاء ويكون في الخير من حيث السلوك اما اذا لم يراعي هذه الامور فينحرف نعم قال ويطلق على غيره بالاشتراك يعني هذه الغريزة والعقل المجرد عقل مجرد في عالم العقول العليا الذي تقع فيه قوس النزول وتكون هي لها الشأن الشأن في الخالقية بإذن الله عند المشهد هذا العقل الغريزي ذلك العقل كواقعية اشتراك لفظي نعم قال ويطلق على غيره يعني العقل على غيره بالاشتراك اللفظي يكتب الاشتراك اللفظي قال لفظة العقل مشتركة بين قوى النفس الانسانية التي هي غريزة تدرك تدرك الكليات ثم النظرية وبين الموجود المجرد في ذاته وفعله معا في النشأة العليا ويندرج تحته عند الاوائل عقول عشرة سبق البحث في فيها. هذه العقول العشرة التي تقع متسلسلة في قوس النزول اذا ذاك عقل وهذا عقل بالاشتراك اللفظي. يعني هناك معنى وهذا معنى اخر. نعم اما القوة النفسانية فيقال عقل عملي وعقل عقل علمي وعقل عملي. نعم. هل عندنا عقول متعددة؟ ام عقل واحد؟ لا عندنا عقل واحد عقل شأنه الادراك شأنه الادراك اذا كان في دائرة الحقيقة ادراك النظر للحقيقة اذا كان في دائرة الخير يعني ما من شأنه السلوك ادراك النظر للخير اذن العقل النظري له كم متعلق متعلقان. مرة نكون في الدائرة الحقيقة ما عندنا هناك تكليف. مرة نكون فداءات الخير ما يسمى في الفقه مصلحة. هناك ياتي الالزام ادراك الإلزامات هذا عقل نظري بعضهم يقول اذا كنا في دائرة الحقائق التي لا تلزمنا بشيء هذا عقل نظر اذا كنا في ذات الخير الذي يلزمنا والمصالح هذا عقل عملي. اذا هذا مباني فقط في تشخيص المصطلحات. ولكن الدقيق الدقيق العقل النظري له فقط ملكة الكشف. مرة يكون هذا العقل النظري فداءة كشف ما لا نرى انفسنا ملزمة بشيء مرة يكون لا فداء في الإدراك للخير الملزم بالحركة يعني يجب ان تفعل نعم اه العقل العملي كما يفسره بعضهم هو تلك القوة في حالة الانجاز. الانجاز يعني الان انا في حالة الصدق وبر الوالدين يعني في حالة العمل يسمى العقل العملي. اذا هنا كل وما يختار لان المسألة مسألة تصورية. اما القوة النفسانية في دائرة الانسان فيقال عقل عملي وعقل آآ علمي. اما العلمي فاول مراتبه الهيولاني يعني الاستعداد المحض وهو الذي من شأنه الاستعداد للمحض يعني عدم الملكة من غير حصول علم ضروري او كسبي وثانيها العقل بالملكة يعني بدأ يدرك البديهيات وهو الذي استعد بحصول العلوم الضرورية لماذا? لادراك النظريات. يعني بدأ يحصل على الظرورية. يعني بدأ ينضج اذا نضج يدرك هذه المعايير التي تقول اجتماع النقيضين ارتفاع النقيض الى هذه الامور فصار له بتلك الاوليات ملكة الانتقال الى النظريات. واعلى درجات هذه المرتبة ما يسمى القوة القدسية. وادناها مرتبة البليد الذي تثبت افكاره دون حصول آآ حصول ما حصول دون اصول مطالبه وبين هاتين الدرجتين يعني البلادة الى القوى القدسية درجات متفاوتة في القرب والبعد بحسب شدة الاستعداد وضعف يعني مراتب تشكيكية نعم مراتب تشتيكية لكن هذه كلها في اه حالة طبيعية اذا ادخلناه في الحالة الطبيعية زائد الحالة القدسية الإلهية. عندو كذلك قوة قدسية قوة الهية يثيرون فيهم دفائل العقول في اي بعد في بعد القوى القودية وثالثها العقل بالفعل يعني هنا صار التفاصيل والنظريات حاضرة عنده وهو ان تكون النفس بحيث ما تشاءت استحضرت العلوم النظرية المكتسبة من العلوم الضرورية. لا على انها بالفعل موجودة. يعني بنحو الشدة شدة وهو الاجتهاد مات اراد ان يفصل من هذه الشدة يفصل. ولهذا يقول لا على نحو بالفعل موجودة. يعني بنحو التفصيل. يعني المجتهد عنده كل المسائل الفقهية والفقهية مفصلة لا ليس هكذا عنده الشدة يعني الكمال بسيط. الشدة يعني الكمال البسيط. متى شاء ان يفصل يفصل نعم هذه قوة. ورابعها العقل المستفاد وهو حصول تلك النظريات. بالفعل وهو اخر اخر درجات كان للنفس في هذه القوة. يعني هذه انا في تصوري لا تكون الا للمعصوم. لا تكون لغيري المعصوم يعني عنده الشدة المجتهد عندو الشدة فقط يعني الإجمال ثم متى شاء يفصل البركة هذه الشدة تخيل انت وجود وجود ارقى عنده الشدة يعني الكشف التفصيلي والكشف الاجمالي. شدة وتفصيل. هذه هذا الله تعالى واولياء الله تعالى الانسان الطبيعي لا يكون هكذا واما العملي هذا العقل النظري واما العملي فيطلق على القوة التي باعتبارها يحصل التمييز بين الامور الحسنة والقبيحة يعني الامور العملية حسن يعني خير والقبيحة للشر متى يكون الفعل حسنا الصدق حسن. يعني انا لمست الخير اذا تلبست بالخير ففعلي يكون حسنا. اذا صدق عنوان الحسن على على الصدق الصدق يعني في مقابل الكذب انطباعه عنوانه الحسن على على الصدق لان الفاعل لمس الخير. اذا لمس الخير هو ملاك الحزن نعم تقول الصدق حسن ما معنى? يعني انت اذا صدقت تلبست بالخير يعني تكاملت يعني ساعدت عشت المجد الإلهي اذا لا قدر الله مارس الانسان الكذب. يعني تلبس بالشر فالكذب يكون قبيحا لانه شر اللي ملاك الواقعي والشرعية هذه البحوث في فلسفة الاخلاق وهي في غاية الجمال والروعة. نعم. يقول واما العقل العملي فيطلق على القوة التي باعتبار هذه القوة يحصل التمييز. يعني بهذه القوة نميز بين الامور الحسنة والقبيحة ما هي الحسنة? يعني نحن فداء في الخير. والفقيه يقول في ذات المسرح. والقبيحة ما هي القبيحة? في دارت الشر? الفقيه يقول في دائرة ماذا? غياب المصلح نعم. وعلى المقدمات التي يستنبط بها الامور الحسنة والقبيحة. يعني</w:t>
      </w:r>
    </w:p>
    <w:p>
      <w:r>
        <w:t>آآ النتائج والمقدمات وعلى وعلى فعل الامور الحسنة والقبيحة. يعني ادراك للمقدمات وللغايات والانجاز هذا كله عقله عملي حسب اه تصور من? تصور العلامة الحلي. فهذا مصطلح من حقي من حقك ان آآ تقول هذا مصطلح اجرائي. انا هكذا اه نفهم المصالح او بشرط انه يفهم الطرف المقابل انك واضع للمصطلح ولانه قد يخالفك في وضع المصطلح. اذا العقل النظري عقل نظري هنا المقصود به العقل الفدائي في الانسان اي نعم هو قوة ادراك فقط ثم باعتبار الانبساط التكاملي عاقل عقل بالملكة يعني قابل لكسب الملكة ملكة العلم ثم يدخل في اول خطوة اه يعني بعد ما يكون هيولاني يدخل الى ابن مالكة يعني يبدأ يفهم هذه القواعد الكلية البديهيات نعم هل البديهيات قضايا? هذا انا لا اؤمن بهذا نعم ثم بهذه البهيديهية ينتقل الى آآ النظريات نعم يصير عندو معلومات بالفعل بعد ما كان بالقوة ثم هكذا يترقى يترقى حتى يصل الى درجات عليا نعم يعاقلون عقلها يولاني عقل بالملكة عقل بالفعل ثم عقل مستفاد يعني يكون درجة راقية. هناك التفصيل والاجمال الاجمال يعني الشدة حاضرة حاضرون في وهذا هادي خاصية للمعصوم ثم العمل بما هو? يقول واما العمل فيطلق على القوة التي باعتباره يحصل التمييز بين الامور الحسنة والقبيحة يعني الذهاب الى العمل يعني البعد العملي يعني البعد الخيري نعم. هذا تقسيم. لكن التقسيم الذي بينته انا احسن. العاقل كله كشف وعندنا عرق علاقة بالعمل. العمل عنده علاقة بالارادة عاقل كاشفية كالمرآت مرة تكشف الحقيقة لا ترى نفسك انت ملزم امام هاد الحقيقة. كاشفية فقط مرة تكشف حقائق هذه تلزمك والخير. بمجرد ان تكشف دائرة الخير انت اه هذا الخير يقول حرك الارادة. يعني ياتي الالزامات هذا هو العقل النظري متعلق لي درك يختلف. مرة نكون في حقيقة يعني انا الان اكشف ان الشمس تدور آآ في فلكها والارض تدور حوله ما لا ارى نفسي ملزما باي شيء. لان انا في ذات الحقيقة نعم في ذات الحقيقة ارى المعصوم ادرك المعصوم انه له مقام الهي ومعصوم وكذا. ادراك فقط ادراك نظري للحقيقة لكن انا ارى نفسي ان المعصوم بالالتزام به والموالاة والثبات على الولاء وترتيب عملي هذا بعد خرج من الادراك الحقيقي الى ادراك الخير. معصوم صار خيرا صار خيرا. يعني يجذب ارادتي لكن هذا كشف وذاك كشف نعم ثم اذا العقل كله نظري في اي درجة ثم اذا قلت العقل العملي هو دائرة الإنجاز العمل لك ذلك نعم لك ذلك العلامة الحل لا عمل العقل النظري شيء والعقل في ذات الخير شيء ذاك عقل نظري وهذا ليس عقلا آآ نظريا. يعني في البعد العملي. مع ان العبارة لا تدل على ذلك. تأمل جيد. يقول واما العقل العملي. فيطلق على القوة التي باعتبارها يحصل التمييز. يحصل التمييز  وليس عملا نعم يحصل التمييز بين الامور الحسنة والقبيحة. هذا اولا يعني بنا الخير والشر وعلى المقدمات التي يستنبط بها الأمور يستنبط ادراك الامور الحسنة والقبيحة. وعلى فعل الامور الحسنة والقبح. يعني ادمج البعد الكشفي النظري والبعد العملي في العقل العملي. وهذا خلط في الاصطلاح تربطهم في الإصطلاح. لا يمكن لقوة واحدة تكون عملية وتكون نظرية نعم. لا يمكن نعم العقل بالتحقيق انا اتكلم بالتحقيق فقط للكشف لكن مرة يكشف حقائق لا ترى نفسك انت مجذوبا ملزما امامه مرة تكشف حقائق لا ترى نفسك انك ملزما اه امامه. الله تعالى مرة تفهمك واقعية تقول واجب الوجود حي قادر عنده قضاء والقدر وكذا تقل اه هو خير والخير ما هو? مطلوب لذاته. مطلوب يعني حركة نحوه اذن العقل النظري قد يدرك الحقائق ولا يرى نفسه ملزما ملزما عمليا امام مرة لا. نفس الحقيقة كواجب الوجود باعتبارها آآ خيرا يعني مطلوبة لذاتها يعني انا اريد ان اتلبس بالكمالة الالهية. بقدر سعتي الوجودية اتحرك اذا هذا الكشف في شقين باعتبار المتعلق هذا عقل نظري عقل نظري ما عنده اي عقل عمل عقل عملي معذرة تقسيم غير صحيح عند القدماء اذا اردت ان تنتقل الى العمل ليس العقل هو الذي يحركك الذي يحركك هو الاختيار. يعني الارادة. لكن الارادة مشروطة بالبصيرة. يعني يجب ان يكون عقل نظري يضيء لها يضيء لها ولهذا عندنا قبح العقاب بلا بيان قاعدة ما يعني يجب ان يكون هناك بيان حتى انا اشعر بالمسؤولية واحرك ارادتي اذا لم يكن هناك بيان بيان يعني بصيرة يعني عقل يعني فهم نعم قبح العقاب بلا بيان. العقاب لمن? لعقلك لا لارادتك. لماذا انت تحركت في هذا الاتجاه? يعني ملاك الفاعلية هي الارادة. لكن ليس الارادة العمياء. الارادة المتنورة بالبيان اما ان يكون هذا البيان احياني صلاة صوم وحج وكذا ومرة يقول لا طبيعي يعني ضياء الهي يغمرك ويقول لك الصدق حسن ما معنى? يعني الصدق تحرك نحوه خير فانت امام الصدق هنا ليس في ادراك بعض وانما في ادراك له جاذبية. لكن من يحركك نحو الصدق? الارادة بارادة بعد ما وعيت بهذا القانون الطبيعي الذي هو مم تجلي معرفي للخير يعني الخير يتجلى في هذه القضية الصدق واجب يعني انت ملزم بالصدق بر الوالدين الزام واجب يعني انت ملزم ببر الوالدين لاحظت كيف يعني العمل هو بالإرادة التي تختار الفعل وعدم الفعل لكن بعد التنوير التنوير قد يكون من الوحي وقد يكون من من الامور الطبيعية الطبيعية يعني في المقابل وحيانيه ليس طبيعي بمعنى المادة الهمها اجورها وتقواها قبل النبوة ثم تأتي النبوة تبين لها بعض التفاصيل من هذه الدوائر دائرة التقوى ودائرة الفجور بين لها دار التقوى حتى تتحرك نحو وبين دائرة الفجور حتى تبتعد فهذه التقوى الدائرة التقوى ودائرة الفجور عندها علاقة بالاختيار بالارادة من يوعيني بهذه الدوائر هذه هذا الضياء الالهي الهمها اجورها وتقوى واكثر من ذلك يعني العناية الإلهية توسعت اكثر ارسلت الأنبياء يثيرون فيهم دفائنا العقول نعم ده فائل العقول المسألة الحادية والعشرون في الاعتقاد والظن وغيرهما اقسام العلوم غير اليقينية ويأتي ان شاء الله بيان واللهم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