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الحادية والعشرون في الاعتقاد والظن وغيرهما يعني ما دون اليقين قال والاعتقاد يقال لاحد قسميه باحد قسم العلم يعني ان محقق التوصية راه الاعتقاد يساوي التصديق الاعتقاد هو التصديق والتصديق والاعتقاد نعم الاعتقاد يكون من اقسام العلم لا يكون علما الى الأقسام المقسم ما اقسم بنحو. نعم. اقول الاعتقاد من الامور الظرورية نعم لكن اختلفوا في انه هل هو من قبيل العلوم او جنس وغير لها وحقق التونسي هنا يقول يساوي التصديق يعني من من قبيل العلوم او لا حقيقة تختلف في جوهرها عن العلم وقال جماعة بالاول يعني انه علم وذهب ابو الهذيل العلاف من ائمة المعتزلة الى الثاني يعني جنس مغاير وابطاله ابطاله ابو علي الجبائي يعني ابطل مبنى اه ابي الهذيل بانه لو كان كذلك يعني كان جنسا اخر لكان اما اه مثلا للعلم وهو المطلوب يعني اذا قلت هو العلم هو يقول ليس علم هو يقول ليس علما جنس اخر كيف انت تأتي بهذا القياس القياس المنفصل ثم تلزمه بهذا يعني هو يقول اما الف او باء الف اذا كان علم. معليش نبني على الفرضية لو كان كذلك لكان يعني شوف القياس الشرطي يعني قياس قياس استثنائي بشرطية منفصلة. اما مثلا للعلم وهو المطلوب او ضدا فلا يجتمعان من اين جئت بالضدية? قد يكون من صنف اخر لا يضاد العلم. بالعكس يكون متوقفا على العلم. يعني العلم علة معدة للاعتقاد يقع في طوله لماذا انت تفترض انه يقع في عرضه فيكون ضدا للعلم فلا يجتمعان مع انهما قد يجتمعان نعم قرب الإجتماع لا يدل على وحدة وحدة النوع او مخالفان فلا ينتفيان بالظد الواحد المخالفان يعني هذا لا يظد مضادة لهذا مثلا انت تجد العسل لونه اصفر وعنده اللذة اللون الاصفر من ماهية اللون واللذة من ماهية الكيف كيف محسوس من باب الملموسات وليس المبصرات فمن حيث النوع يختلفان ولا تضاد بينهما يجتمعان في العسل لون اصفر ان الحلاوة اذا هذا الكلام من من ابي علي الجبائي لا معنى له. هذه الامور كلها بلح الدهر الان لا قيمة له نعم ضيع نفسه الانسان في خرافات ابي الهذيل والجباء الكل انتاج والتحقيق ماذا يقول اعلام الحلي? والتحقيق هنا ان نقول ان الاعتقاد احد قسمي العلم. يعني العلم اما تصور واما تصديق. العلم الحصولي طبعا اما تصور او تصديق. الاعتقاد عند المحقق التونسي التصديق وذلك لان قد بينا ان العلم الحصولي يقال على التصور يعني يصدق على التصور يعني التصور احد لقسمي العلم وعلى التصديق التسديد يعني انا اه تعامل مع قضية وليس على مع مفردات كأنه جنس لهما يعني العلم كأنه جنس لهما والاعتقاد هو التصديق وهو قسم من قسم العلم. هنا نحتاج الى وقفة وقفة اجتهادية من قال ان الاعتقاد هو التصديق التصديق هو السهم الواقع واذا قلنا فهم الواقع انت في دائرة القضايا لأن المفردات ما عندها علاقة بالواقع الماء ماء ما عنده علاقة بوجودية وما عندهم ما عنده علاقة بالواقع نركز على الهوية في دائرة دائراتية فقط التصديق له عندك قضية تفهم هذه القضية تفهم العلم ادراك ادراك فهم الواقع انتهى الامر ام ليس ليس من باب الاعتقاد. الاعتقاد هو انتقال ذلك الفهم الى قلبك نعم تعتقد به اذا الاعتقاد مرتبة قلبية تأتي بعد اه بعد العلم فالعلم يكون علة معدة نعم وليس من اقسام التصديق الا اذا قلت لا هذا وضع المصطلح فاذا وضعنا المصطلح للتصديق بانه الاعتقاد هذا لا مشاحة في في المصطلح قال سيتعاكسان في العموم والخصوص نعم لان العلم ينفرد بالتصور. هناك يغيب الاعتقاد ويتجلى في التصديق هناك يحضر اعتقاد اقول هذه نعم هذا نتيجة لما ما دام الاعتقاد يساوي التصديق فالعلم اوسع منه فيكون النسبة التطابقية بينهم العموم والخصوص والذي نفهمه منه ان الاعتقاد قد ظهر انه احد قسمي العلم فهو اخص منه بهذا الاعتبار فيكون الدائرة داخل العلم لان العلم له كم دائرة دارت التصور والتصديق لان العلم شامل يعني دائرة شاملة للتصور والتصديق الذي هو الاعتقاد والاعتقاد باعتبار اخر اعم من العلم من اين لأنه شامل للظن والجهل او المركب واعتقاد المقلد   او حدث الخلط او حالة الخلط من من العلامة تذكرون قسمنا العلم الى باعتبار التحقق غير متحقق جهل بسيط اقدام الملكة اذا الجهل البسيط في مقابل العلم عدم الملكة والملاك تقول متحقق جزما مئة بالمئة او لا يعني كلها من اقسام التصديق. كلها من اقسام التصديق درجة التصديق تختلف لدرجة تصديق يعني شوف اذا ذهبنا الى الجزمل الجزم مئة بالمئة والمطابق اه اليقين بالمعنى الاخص التقليد اليقين بالمعنى الاعم. كلها تصديقات. يعني كلها على مبنى اعتقادات الجهل المركب ويعتقد وهو ليس الوعي بانه ليس واعيا بانه مخالف للواقع. عندو قضية وصدق بها والظن فوق خمسين بالمية الشك خمسين بالمية الوهم دون الخمسين يعني عشرين بالمية ثلاثين بالمئة لكل هاد التصديقات وبالتالي كلها اعتقادات. نعم ولهذا وهذا الكلام والاعتقاد باعتبار اخر اعم من العلم انه شامل للظن والجهل المركب واعتقاد المقلد اذن العلم الذي تتكلم فيه العلم العلم الجازم ده في خلط هنا اي علم تتكلم مطلق العين ام العلم الجزم وليعتق والاعتقاد باعتبار اخر اعم من العلم انه شامل للظن والجهل المركب واعتقاد المقلد السلس من المصادق العلماني نعم يعني في ذهن العلامة العلم فقط اه لعلمه وترجيح جازم مطابق للواقع بدليل يعني اليقين فهذا ما ظهر لنا من قوله فيتعاكسان اي الاعتقاد والعلم في العموم والخصوص الكلام المحقق الطوسي نعم يعني عموما خصوص من وجه واعلم ان لنا في هذا الكلام على هذا التفسير ان نظرا نظرا هو اسما وذلك لان الاعتقاد انما يكون قسما من العلم لو اخذ العلم التصديقي بالاعتبار الاعم الشامل للعلم بمعنى اليقين والظن والجهل المركب واعتقاد المقلد. وحين اذ لا يتم التعاكس يعني كلام العمالة حلي موافقني انا لان الاعتقاد لا يكون اعم من العلم بهذا الاعتبار يكون مساوقا له او مسابقا له في التصديق. الترجيح. فيكون بينهما خصوص مطلق فالواجب ان يرادوا باعتبار اصطلاحين او او ما يؤدي معناه. نعم يعني على ما الحين يقول انت من حقك ان تقول اليقين بالمعنى الاخص هو الاعتقاد اه هو العلم وبقي آآ باقي الاقسام ليست ليست علما صحيح هي ليست آآ علما بالمعنى بالمعنى الاخص هذا بالمعنى الاخص اما العلم بمعنى الاعم الشامل له. اذا يجب ان ننقح المصطلح نقول الاعتقاد يساوي التصديق جيد. العلم هنا اليقيني. نعم</w:t>
      </w:r>
    </w:p>
    <w:p>
      <w:r>
        <w:t>اذن الاعتقاد علم هذا سلمناه على مبنى ثم الاعتقاد ليس هو العلم اليقيني. اذا يكون اشمل دائرة من العلم والعلم ينفرج بالتصور ويلتقيان فقط في اليقين مع الاخص هنا تصحح العبارة العموم والخصوص من وجه لا يهم لكن الاعتقاد الاعتقاد قلبي وليس اه فهما تصديق فهم الواقع. ما عندي علاقة انا اه قلبي اقبله او لا اقبله وهذا هو التنقيح الإصطلاحي الصحيح قال ويقع فيه التظاد بخلاف العلم يعني الاعتقاد يقع فيه التضاد. اقول اعلم من الاعتقاد منه ما هو متماثل ومنه مختلف. والمختلف على قسم متضاد وغير متضاد وهو ظاهر لكن وجدت اعني عند ابي علي الجبائي تعلقه بظدين فيحكم بتضاد اعتقال الظدين اذا هذا الاعتقاد راح الى ماذا? راح الى ما بعد العلم يعني الاعتقاد بعد العلم يعني انا فهمت الواقع والتزم به في قلبي اذا هنا اه من بداية المتن الى الى هنا في خلط شديد للاصطلاح الجباء يتكلم بمصطلح العلامة الحلي بمصطلح المحقق التوصي بمصطلح مصطلح ما اتفقوا لكن تدقيق العلم يقول الاعتقاد عنده علاقة بالقلب يعني قد يفهم الانسان الواقع ان يصدق بالواقع انه هكذا ولكن قلبه جاحد نعم اقول اعلم ان الاعتقاد منه هو متماثل ومن هو مختلف. بينت لكم الاختلاف الاختلاف اه امران متباينان بالهوية وقد ينسجما كما كان حلاوة واللون الاصفر الاصفرار في العسل نعم. التماثل التماثل فردا تحت ما هي وحية. نوعية واحدة نعم والمختلف على قسمين متضاد وغير متضاد. يعني المختلف على ما فيه تضاد هنا جاب التظاد على عند علي الجبي. المشكل في المعتزلة انهم احدثوا مصطلحات غير دقيقة مصطلحات خصومهم لأنهم كانوا في صدد تأسيس مدرسة في في في العقائد وانتم تعرفون كيف المعتزلة برزوا للمأمون المأمون عطاهم فسحة نعم كان مخالفا شديدا لاهل الحديث نعم وزد على ذلك عندو من هذا الجانب الائمة عليهم السلام طرحهم جدا عميق فلا يمكن لاهل الحديث اه ان يصمدوا مع اهل البيت فما بقي يحتاج الى مدرسة عقلانية تراوغ بالعقلانيات حتى يقع في مقابل مدرسة تجلت فيها العقلانية في اعلى درجة وتجلت فيها النصية لان العصمة الى في اعلى درجة. فهو احتاج الى مبرر معرفي تبنى المعتزلة المتوكل ظرب المعتزلة سجنهم عذبهم تبنى النصية. جماعة ابن حنبل وكذا نعم فمن ذاك الزمان السنة راحوا في هذا الاتجاه اقول اعلم من الاعتقاد منه وما هو متماثل نعم تماثل يعني فردا تحت ما هي نوعية واحدة ومن هو مختلف والمختلف على قسم متضاد يعني لا يجتمعان وغير متضاد يعني يجتمعان وهذا ظاهر لكن لكن وجدت ضاد عند ابي العلي الجباري تعلقه بالظدين فحكم فحكم بالتضاد اعتقاد الضدي نعمل اه واحد يعتقد بالله وواحد لا يعتقد بالله. وقال به ابو هاشم اولا ثم حكم بان تضاده انما هو لتعلقه بالايجاب والسلب لا غيره. نعم. يعني واحد يعتقد بالله واحد لا يعتقد بالله. هنا اتفق اما العلم فلا يقع في تضاد لوجوب المطابقة فيه. انظر هنا العلم بمعنى اليقين بالمعنى الاخص فهذا الكلام كله غير منقح اه اصطلاحيا. واذا لم يكن منقحا اصطلاحيا التواصل الأخذ والرد لا يتوب. لاحظت انا استشكلت عليه. لكن التحقيق ان الاعتقاد عنده علاقة بالقلب. يعني انا فهمت الواقع من خلاله التصديق. التصديق عليه فهم الواقع. من خلال قضية فقط يبقى الامرها هكذا نعم وآآ الاعتقاد لا. اعتقاد فهم الواقع. يعني تجاوزنا التصديق الى الالتزام القلبي بهذا المتعلق العلمي بهذه بمفاد هذه القضية التي تطابق الواقع قال والسهو عدم ملك ملكة العلم وقد يفرق بينه وبين النسيان نعم هنا آآ هذه الاعتقاد والسهو والنسيان ما عنده علاقة بالعلم خارجة عن هذا البحث تخصصا. هذه حالات النفسية علاك نفسيا لا يهم وجبه هنا لان في ذلك الزمان هذه الامور لم تكن مفصولة كانت مندكة في بعضها البعض اقول هذا هو المشهور عند الاوائل والمتكلمين وذهب الجبائيان الى ان السهو معنى يضاد للعلم وقد فرق الاوائل بينه وبين النسيان فقالوا ان السهو زوال الصورة عن المدرك خاصة دون الحافظ والنسيان هو النسيان زوالها عنه ومعا. يعني الذي يسهو الصورة غير واضحة امامه لكن الحافظة موجودة ولهذا ينتبه كيف ينتبه? ينتبه لان الحافظة لا زالت وحافظ على الصورة والنسيان يقول النسيان زوال الصورة على المدرك يعني عن الفاعل الادراكي الانسان وعلى الحافظة. هذا هو النسيان. نسيان خلاص يعني الحافظة ما فيه اما السهولة ساحافظة موجودة ما زالت حية نعم اذا هذا له ملاكات واقعية تعود الى الفيزيولوجية فسلجة وتعود كذلك الى علم النفس اقول والشك تردد الدين بين الطرفين اذا بنينا على ان الشك هنا الشك التصديقي لانه يتكلم على العلم الذي جاء من التقسيم العلم اما متحقق او لا. وليس متحقق جهل بسيط عدم ملك متحققون بجزم مئة بالمئة مطابق عدم مطابق وعدم مطابق جهل مو ربك مركب مطابق بدليل اولى بدليل يقين بالمعنى الاخص بدون دليل تقليد ناتي الى اه ليس جزما مائة بالمائة يعني يدون المائة بالمئة خرجنا اليقين بالمعنى الاخص واليقين بالمعنى العام والتقليد وان نركز على الوسط خمسين بالمئة فوق خمسين ظن دون الخمسين وهم الخمسين شك اذا الشك هنا شكنا آآ حيثية من حيثيات التصديق تقول التصديق الشك تصديق الوهم تصديق الظن اذا الشك انسان متردد بين خمسين وخمسين اقول الشك هو سلب الاعتقاد وتردد الدين سلب الاعتقاد وانت قلت الان الاعتقاد يشمل الشك والوهم يشمل كل الاقسام. لاحظتوا يعني فيه ينطق خبط في في الإصطلاح نعم الم تقل الاعتقاد هو التصديق فالشك تصديق ام خمسين بالمئة فقط الشك هو سلب الاعتقاد سلب الاعتقاد خمسين بالمئة. في اعتقاد خمسين بالمية وتردد الذهن بين طرفي النقيض على التساوي. خمسين خمسين بالمئة وليس معنى قائما بالنفس ليس معنى قائما بالنفس اين هو عينه الانسان يشك اين يعني كيف نفساني تنتكلم على العلم كيف نساني? يعني عرض في النفس الناس تشك تشك بماذا? لانها في حالة ماذا? خمسين خمسين بالمئة نعم وليس معنى قانون بالنفس ان قائم بمن وهو ومذهب الاوائل وابي هاشم لا ابدا فلاسفة لا يقوم بهذا. نعم الا اذا خارط على ما نحل بين الشك والشك كحالة نفسانية والشق التصديقي. هذا شك تصديقي. يعني ان ترى في علم علم خمسين بالمئة الشكل غير التصديقي. يعني انا قبل الترجيح في حالة شك يعني الترجيح ما فيه لا هنا في ترجيح الا انه غير جازب الا انه خمسين بالمئة. لا ظن ولا وهم وقال ابو علي انه معنى يضاد العلم. يضاد العلم يضاد العلم ذلك الشك قبل الترجيح قبل داك الشك في مقابل العلم المقسمي نعم واختاره البلخي لتجدده بعد ان لم يكن. وهو خطر لعدم اتحاد المتعلق الذي هو شرط في في تضاد المتعلقات يعني متعلق الشيك غير متعلق العلم غيره</w:t>
      </w:r>
    </w:p>
    <w:p>
      <w:r>
        <w:t>هذا كله خبط اعتزالي خبط كلامي. متكلمون اذا جينا الى الأمور التكوينية آآ نجدهم حال في حالة هشاشة لا يتقنون الواقع وبالتالي لا يؤسسوا لقواعد علمية بالمعنى الكلمة. نعم. فهنا انظر الشك هو سلب الاعتقاد. انتم قلتم الاعتقاد هو مطلق التصديق ونهون صدقت بالخمسين بالمئة. يعني عندي علم بخمسين بالمئة. مثل واحد يريد ان يستبصر ها يريد يستبصر درس اية التطهير اكتشف ان هالبيت عندهم عصمة فبدأ من الصفر مثلا وصل الى عشرين بالمئة وهم ثم راح الى ايات المباهلة صعد الى اربعين. وراح الى ماذا اه الغدير اه ما نقول الغدير راح الى اية اخرى مثلا اه اية التطهير اه اية الاكمال وصلها خمسين بالمئة. جاء الغدير اوصله الى اليقين. في تدرج تدرج الى خمسين بالمئة فهو ترجيح وعلم الا انه علم دون الجزم. نعم لم يصل الى الجزم مئة بالمئة وبالتالي لم يصل الى اليقين نعم مع الاسف الشديد هذا آآ من ورط المحقق التونسي والعلامة اللي هي الحلي وخربطة المعتزلة ولهذا في التخبط الشك هو سلب الاعتقاد ويقول ليس معنى قائم بالنفس وهذه خطيرة جدا نعم سر بالاعتقاد انا نظن خلطوا بين الشك الذي يقع في مطلق العلم والشك التصديقي شك بتصديقي يعني انا عندي علم خمسين بالمئة. يعني الان في حال تدرج معرفي اما الشكل الذي يقول هو سلب الاعتقاد هو الشك الذي يقع في مقابل المقسم الكبير. مقسم العلم العلم الذي يشتمل على مطلق الترجيح الترجيح الجازم المطابق بدليل وبغير دليل والجان المركب والظن والشك والواو هذا في مقابل الشك نعم اما هنا شكشك تصديقي  مغالطة بالاشتراك اللفظي بالاشتراك اللفظي. قال وقد يصح يصح ماذا? تعلق كل من الاعتقاد والعلم بنفسه وبالاخر بالاخر فيتغير الاعتبار لا الصور اقول العلم ان اعلم ان العلم والاعتقاد من قبيل النسب الذي بينا هذا الامر قصدي العلم والاعتقاد امور قصدية. كما بينت لكم انا علم عندي علم مطلق العلم ليس بالضرورة اليقين. يعني انا فهمت الواقع انظر عندي قصدية للواقع يعني قصدي يعني ايه اتجاه يعني اضافة الى الواقع واعتقد اعتقد بماذا? بالفراغ اعتقد بشيء يعني عندي قصدي نحو شيء اذا العلم والاعتقاد من آآ من المقولات القصدية باستراحتنا الحوزية يعني العلم اه مقولة ذات اضافة والاعتقاد مقولة ذات اعتقاد مدة اضافة. بمعنى العلم والعلم بشيء الاعتقاد اعتقاد بشيء هذه القصدية وهذا في الاطار نعم يقول وقد يصح تعلق كل من الاعتقاد والعلم بنفسه نعم يعني اه لاعتقاد مضاف الى العلم والعلم مضاف الى الاعتقاد وبالاخر فيتغير الاعتبار الى الصور. نعم. يعني اين يجتمعان ويختلفان في المتعلق فما به ما اليه القصد ما اليه الاضافة اقول اعلم ان العلم والاعتقاد من قبيل النسب يعني القصدية يعني العلم له متعلق نقصده والاعتقاد له متعلق نقصده هو الاضافات عطف تفسيري يصح تعلقهما بجميع الاشياء حتى بانفسهما فيصح تعلق الاعتقاد بالاعتقاد والعلم كذلك يعني العلم بالعلم وكذا العلم يتعلق بنفسه وبالاعتقاد اذا عرفت هذا فاذا تعلق العلم بنفسه وجب تعدد الاعتبار. نعم الى العلم كان الة ينظر به وباعتبار التعلق العلمي به يصير شيئا منظور فيه اه خذ مثلا انت الكيف النفساني الذي هو علم له اعتبارا اعتبار حقيقة نفسية وجود نفسي وباعتبار ماذا يوصلك الى شيء فانت مرة تعتقد بصورة بحد ذاتها. يعني انت متعلق بصورة بحد ذاتها مرة لا مرة آآ تتبع المتعلق الاضافة انظر هنا العلم عنده كم آآ لحظ على اعتبار اعتبارا اه مثلا مثال حسي تفاحة في المرآة نعيده ونكرره لانه جميل جدا. مرة تنظر الى التفاحة الى التفاحة في المرآة ما عندك علاقة انت التفاح الخارجية. ومرة لا تنظر الى التفاحة في المرآة باعتبارها حاكية يعني بقول المحقق التونسي ما فيه ينظر وما به ينظر ما فيه ينظر تركز على العلم بما هو علم ما به ينظر الى الحكاية والمتعلق نعم فاذا عرفت هذا فاذا تعلق العلم بنفسه وجب تعدد الاعتبار اذا العلم اذا اذا العلم كان الة ينظر به هذا ما به ينظر. وباعتبار تعلق العلم به يصير شيئا منظورا فيه وكون شي معلوم مغاير لاعتبار كونه علما نعم يعني معلوما لما ينظر به كآلة ومغاير لاعتباره كونه علما يعني هنا ما فيه ينظر والسبب به ينظر. تنظر الى التفاحة بما هي في المراد. فلابد من تغير الاعتبار لكن هل هذا يمكن يعني انت تتأمل في التفاحة في المرآة يمكن لا توصلك الى المتعلق يعني الى التفاحة الخارجية ونحن ظربنا ظربنا الثنائية في ممر. لا يمكن هذا لا يمكن تقول له يا شيخنا انا ائتمل في التفاحة كل مرآته ما عندها علاقة بالتفاح الخارجي. قلت لا هناك انت تعمل في مرآة مصقولة غير مصقولة نعم نقيب نظيفة غير نظيفة ما عندك علاقة اه صوب التفاحات صورة تفاحية هناك اه تختفي تماما. اذا العلم العلم قصدي لا يتركك في في مستواه تروح دائما تروح الى المتعلق يعني الى المحكي اما الصور فلا اما الصور فلا يعني تنظر الى الى التفاحة في المرآة والا لزم وجود صور لا تتناهى بالنسبة الى معلوم واحد لاحظت كيف يعني آآ صور ثابتة نعم انا اقول لا اصلا هذا واقع محال نعم سورة واحدة هذا لا شك لا شك واللحظات متعددة لكن هل يمكن للصورة ان تكون لها كيان بدون حكاية? انا مجرد ارى اه ارى التفاحة في المرآة انا في التفاحة الخارجية. ما هذا الذي اعلمه وبالتالي ما عندنا اثنان حتى نأتي ونقول المطابقة المطابقة نعم المطابقة المطابقة واذا قلنا بالمطابقة يجب ان يحضر الاثنان يعني التفاحة الخارجية والتفاحة المرآة فيها. ثم انا التفاحة الخارجية بيدي. فالمطابقة اصلا ما احتاجها سليمة بانتفاء الموضوع وندخل في مشاكل معرفية خطيرة جدا تنعكس على التكوين وعلى الدين كما فعل الغربيون مع الاسف الشديد نعم لان العلم بالشيء لا ينفك عن العلم بالعلم بذلك الشيء عند اعتبار المعتبرين يعني الوعي بالوعي واعلم ان العلم بالعلم علم بكيفية وهيئة هيئة للعالم يقتضي بالنسبة الى معلوم ذلك العلم وليس علم بالمعلوم كما ذهب اليه الجبائية اذن اذا كان العلامة هكذا لماذا انتم فتحتم هذا الموضوع يعني يقول العلم بالعلم العلم بالعلم راجع الى الفعل المعرفي يعني الى الان سن خاصية للانسان ليس خاصية لمن قاسية لي للصورة. يعني انت اذا ابصرت التفاحة في المرآة وتبدأ تتأمل فيها هذه لحظاتك انت. وليس التفاحة. التفاحة اذا سألتها. ما انت? تقول لك انا انا التفاحة الخارجية كشفا عن التفاحة الخارجية كشفا يعني لا ترى في الا التفاح الخا  نعم لا التفاح الخارجي. تقول اذا نأكلك تقول له انا كاشف. انا موصل لك. موصل اوصلك الى التفاحة الخارجية واعلم ان العلم بالعلم يعني الوعي علم بكيفية وهيئة لمن? للعالم</w:t>
      </w:r>
    </w:p>
    <w:p>
      <w:r>
        <w:t>فعلى المعرفي يعني الإنسان يقتضي النسبة الى معلوم ذلك العلم. نعم وليس علما بالمعلوم كما ذهب اليه الجباء  المشكل اين? المشكل انه الأمور غير منقحة في ذلك الزمن نعم انا لا اقول لا نتعامل مع المتون نتعامل مع المتون ونخرج منها الكنوز اذا كانت هناك كنوز ونستفيد منها. انا عندي فقط اشكالية. لماذا نأتي بمباني الجباء وفلان فلان ونضيع وقت الطالب في امور تجاوزها الزمان بكثير بكثير. نعم قال والجهل بمعنى يقابلهما يعني العلم والاعتقاد مم واخر قسم لاحدهما الجهل الذي يقابل العلم عندنا جهلا عندنا الجهل البسيط يقابل العلم الجهل البسيط يعني ترجيح غير موجود عدم ملكة لا علم لك اذا التقابل هنا لك وعدم الملك الجهل مركب اه الظلمانية استولت على النفس يعني فيه حيثية ثبوتية في النفس تلطخت النفس ودفعت العلم هذا هو الجانب المركب اذن حقيقتان لا تجتمعان في النفس يصدق عليهم التضاد نعم اذن هنا تقابل تقابل التضاد ولا يتغير هذا المبتلي بالجهل المركب الجهل البسيط لا لأنه فارغ القلب يمكن ان يترقى الى العيب وانا لم التفت الى الوقت انتهى. 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