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الجهل قالوا والجهل بمعنى يقابلهما يقابل العلم الاعتقاد واخر قسم لاحدهما يعني الجهل المركب اخر واخر  قسم لاحدهما قسم للعلم. لان الجهل المركب من اقسام العلم قلت لكم الجهل قد يكون الانسان فارغ القلب طارق القلب ما عنده ظلمة في قلبه اذا اردت ان امثل لك بالمثال التطبيقي سني البريء الذي يحب اهل البيت عليهم السلام هذا سريعا يصل الى الحق اه الناصبين ابدا. الناصبين عندو ظلمة في قلبه لا يمكن ان يقبل الحق ومطلقا نعم مطلق. ولهذا انتم اذا تأملتم في عالم التبليغ الاستبصار دائما يكون في الناس اصحاب الجهل البسيط فمن كان مبتليا بالجهل المركب هذا لا تنتظر منه التغيير ابدا اعلم ان الجهل يقال على معنيين. الجهل البسيط في مقابل العلم. ملكة مقابل عدم منك او الجهل مرتب فالبسيط هو عدم العلم يعني عدم الملكة مطلقا? لا عم من شأنه ان يكون عالما. يعني التقبل بينهما ملاك وعلم ملك وبهذا المعنى يقابل العلم والاعتقاد مقابلة العدم والملكة. نعم واضح. فهذا يقبل ان يتنور ويقبل ان يتعلم نعم المركب الجهة المركب هو اعتقاد الشي على خلاف ما هو عليه في الواقع وهو قسم للاعتقاد اذ الاعتقاد جنس للجهل ولغيره ويسمى الاول بسيطا نظرا الى عدم تركبه والثاني مركبا لتركبه من اعتقاد وعدم المطابقة يعني ظلمة في ظلمنا واضح جدا هذا لا يحتاج الى آآ نقاش فقط بقيت مسألة حقيقة متعبة وهي الجهل المركب اذا كان يخالف الواقع فكيف يتم الترجيح كيف يصدق عليه انه انه عين واعتقاد. نعم هذا بحث مهم جدا نعم. اذا العلم والاعتقاد اه ليس انت الواقع بيدك ثم تبدأ ابحث هذا فقط في دائرة الشهود بدائرة الشهود لا يتصور الجهل المركب لماذا? انت في متن الواقع الخارجي اما اذا ذهبت الى خرج شهود من استدلالات وما اشبه ذلك لا قد هناك تخطئ لماذا? لانك انت الواقع ليس بيدك. انت تصل اليه من خلال تأملاتك فقد تبني على واسس هشة علاقة مقدمة كاذبة هتقع في الاشكال وانت ترى اه انك في الواقع. اذا هذا العلم علمنا ذاتاني الجهل المركب علم علم ذات لي نعم يعني يمكن ان نطبق نغير القسمة قسمة اه اخرى تقول العلم اه ناظر الواقع او لا ليس ناظر للواقع متحقق كحالة نفسانية الجهة المركب غير متحقق مطلقا جهل بسيط مطابق للواقع يقيني يقيني ثم يقيني بدليل يقيني بغير دليل او غير يقيني فيأتي الظلم والوهم الشك قال والظن ترجيح اذا من مقسم مقسم الترجيح من اقسام التصديق. يعني تصديق ترجيحي دون آآ المائة بالمئة والظن ترجيح احد الطرفين يعني الف با والف لا باء ترجح بها على الله لا بأس وهو غير اعتقاد الرجحان وهو اعتقاد الرجحان نعم آآ قلنا هنا في خلط السلاح ماذا تريدون بالاعتقاد? اذا تريدون مطلق التصديق فالظل تصديق اذا تريدون الاعتقاد هو متأخر على العلم في اعتقادات حتى باطلة. في اعتقادات حتى وهمية انا لا افهم وهو غير اعتقاد الرجعة. اقول الظن ترجيح احد الطرفين. يعني انا رجحت امامة علي عليه السلام على غيره من من على عدم امامته ثمانين بالمئة. بعد لا زلت في طور التحقيق اعني طرف الوجود وطرف العدم. يعني وجود الامامة وعدم وجود الامامة. في امير المؤمنين سلام الله عليه. مثلا ترجيحا غير مانع من النقيض. لماذا? لانه ثمانين بالمئة. تبقى عشرين بالمئة اه تحتمل بطلان المعتقد ولابد من هذا القيد ليخرج الاعتقاد الجزم نعم. في التقسيم وانا عجازم مية بالمية او دون مئة بالمئة. يعني يبقى اه مانع عشرين بالمية تلاتين بالمية يعني فوق الخمسين نقول ستين يبقى اربعين بالمية الطرف المقابل له حظ سبعين يبقى ثلاثين. ثمانين يبقى عشرين. تسعين يبقى اه عشرة ولا يمكن ان توصله الى مئة بالمئة هذا وظوء نعم واعلم ان رجحان الاعتقاد مغاير الاعتقاد الرجحان لان الاول ظن ولا غير والثاني قد يكون علما لا ادري انا والله لا ادري نعم واعلم ان رجحان الاعتقاد رجحان الاعتقاد يعني ظن مغاير لاعتقاد الرجحان. يعني نعتقد ان ثمانين بالمية اه يترجح الالف لماذا التفنن في المصطلحات لان الاول ظن دا غير والثاني قد يكون علما وعلما اي علم آآ المقسم الذي يشمل آآ اللي يشمل كل هذه الاقسام حتى الظلم او العلم اليقيني علم اليقين هذا غير غير علم اليقيني ما عنده علاقة بالظن ذاك جزم مئة بالمئة مطابق للواقع بحجة ودليل المهم قلت لكم في البداية المصطلحات فوضى مشوشة فجرت مع هذا التشويش. نعم كيف تقول انا لا اعتقد بالرجحة اعتقد بالرجحان. انا اعتقد بالرجحة ثمانين بالمية نعم الظن بالرجحان وينسابق الاعتقاد بالرجحان تقول انت تعتقد بكم ولاية امير المؤمنين? يقول الان في التحقيق وصلت رجحت اعتقد ثمانين بالمئة لما مازلت في طورل بطول التحقيق. اذا آآ رجحان الاعتقاد او الاعتقاد بالرجحان اه شي اخر نعم الا اذا قلت لا الاعتقاد بالرجحان اعم له مصداق يقيني ومصداق مصداق ظني. نقول له هنا عموم وخصوص مطلق ولكن هذا خلاف ما انتم اصطلحتم عليه. انتم قلتم الاعتقاد مطلق التصديق والظن من التصديق قال ويقبل الشدة والضعف وطرفا علم وجهل. يعني العلم مقولة تشكيكية العلم مقولة تشكيكية. اقول لما كان الظن لا الظن هنا. لما كان الظن عبارة عن ترجيح الاعتقال من غير منع النقيض. يعني النقيض يبقى يتنفس. تقول رجحت الستين اربعين يعني من غير منع ناقص من اربعين بالمية يمنح وكان للترجيح مراتب داخلة بين اطراف الشدة في الغاية والظعف في الغاية كان قابل للشدة والظعف اه فقط ملاحظة الشدة والضعف ليس بالمعنى التشكيك الصدرائي يعني هنا الظلة ومراتب ظنه مراتب نعم لان التشكيك الصدرائي كل المراتب حاضرة لا تنتفي اما مقولة العلم العلم لا يخضع لهذا التشكيك يعني انا الان في صدد تحقيق العصمة مطلق. العصمة العامة عصمة النبي مطلقا وعصمة الامام مطلقا وصلت الى ستين بالمئة نعم هذه مرتبة ثم ازدت تحقيقا صعدت الى ثمانين بالمئة. هل انا لا ابقى اعتقد بسبتي? ام هل انتفى? انتفى. اذا تعينت مرتبة واحدة يعني ليس التشكيك الاصطلاحي. يعني حقيقة واحدة لها مراتب ضعيفة وشديدة لا هنا يقصد بمراتب يعني اذا صعدنا الى مرتبة اعلى ثمانين بالمية ستين بالمية تتبخر بعد اما لا يقول لك انا اعتقد بالعصمة ثمانين بالمية وستين بالمية. لا لا لا اذا اعتقدت ثمانين بالمئة ستين انتفى. اذا هذا هو بمعنى التفاوت</w:t>
      </w:r>
    </w:p>
    <w:p>
      <w:r>
        <w:t>ليس بمعنى التشكيك حقيقة واحدة مراتبها ثابتة نعم لان العلم ليس فيه تشكيك بهذا المعنى العلم اما حق واما الايمان التشكيكي نعم. اذا ذاكروا الايمان هنا سنشير اليها نعم يقول لما كان الظن عبارة عن ترجيح الاعتقال من غير منع النقيض نعم يعني انا ارجح ثمانين بالمئة يبقى عشرين بالمئة من غير منع النقيض يعني عشرين بالمئة بقت تتنفس يعني لاحظ وكان للترجيح مراتب داخلة بين طرفي شدة في الغاية والضعف في الغاية يعني تخيل واحد وخمسين الى تسعة وتسعين كم مرتبة كان قابل للشدة والضعف. يعني من واحد وخمسين الى تسعة وتسعين. هذا كله مراتب الظلم. لكن كما بينت لكم اذا ارتقى الى مرتبة ارقى المرتبة الثانية خلاص تبخر من اعتقاده. وطرفا طرفا العلم لا مرتبة بعده للرجحان يعني المئة بالمئة. والجهل البسيط الجهة البسيطة اصلا الترجيح غير موجود اذا الظن لا يصل الى الاطراف يعني لا يلمس الجزم مئة بالمئة ولا يبقى في الجهل البسيط في الوسط هذا الوسط كله مراتب الظال الذي لا ترجح معه وصف للجهل البسيط البتة عن الشك المحضة نعم الشك عدم الملاك اذا انت الان من خمسين الى اه هو يتكلم عن الظمأ المفروض يبدأ من واحد وخمسين ليس من يعني تجاوز حتى الوهم. معليش هذه من الاشتباهات الصغيرة الظن انت الظن ما معنى الظن? يعني فوق خمسين يعني الظن درجاته تبدأ من الضعف الى الشدة الضعف واحد وخمسين اثنين وخمسين كذا كذا الى تسعة وتسعين. لا يصل الى مئة بالمئة ولا ينزل الى ماذا? الى الشك خمسين بالمئة العلامة الحلي هنا لا اه استخدم الظلم بالمعنى العام الذي يشمل الظن قسيم الشيك وقاسم الوهب فيشمل قسيم الشك والوهم ويشمل الجهل اه الشك خمسة خمسة والوهم يعني دون خمسين. لانه جاء الى الجهل البسيط. المفروض يقول لا. درجات تبدأ من واحد وخمسين الى تسعة وتسعين نعم والمسألة سهلة جدا نعم المسألة الثانية والعشرون في النظر واحكامه. النظر يعني للفكر يعني التأمل نعم اقول وكسبي العلم يحصل بالنظر مع سلامة جزئي ضرورة اه النظر العلم معلول للنظر. يعني انت تتحرك فكريا من خلال التحليل التركيب الاستدلال الاستنباط الاستقراء فيتولد الامن اذا النظر اه يولد العلم نعم. مع سلامة جزئه يعني عندك انت ادوات ادوات ادوات الإدراكية كلها تكون سالمة مثلا القوة الحاسة السالمة ما في خلل بالعلم في اللامسة ينادي ادوات الحس تنطلق منها انت في تعاملك مع الواقع الخارجي حافظة سالمة الذاكرة سالمة. الخيال السليم العاقلة السالمة يعني المخ. ما فيه خلل وكل ما له مدخلية بماذا? مدخلية تعين النظر حتى يتولى للعلم. اقول قد بينا ان العلم  ضروري لا يفتقر الى طلب وكسب شهودي انت في مثل الحقيقة. فلا معنى للنظر فيه ونظري يفتقر الى ماذا? الى الطلب والكسب. فالثاني هو المكتسب بالنظر وهو ترتيب امور ذهنية ذهب الى القياس ليصل الاستنباطي او القياس الاستقرائي اه للتوصل الى امر مجهول. اذا النظر ما هو? الحركة من المجهول الى المعلوم. هذه الحركة الاولى يعني يعين المدعى الف باء قضية. ثم يذهب الى المخزون المعرفي يدور في المخزون المعرفي. يتحرك في المخزون المعرفي. هذه الحركة الثانية ثم يعود الى المجهول ينقلب معلوما. الحركة الثالثة اذن هادي حركة لماذا الحركة في المخزون المعرفي? حتى يجد المناسب وهو الحد الاوسط المناسب لهذا المجهول وهو معلوم فيتنور المجهول ينقلب معلوما فالترتيب جنس بعيد يعني هنا يفكك التعريف النظر ما هو ترتيب امور ذهنية للتوصل الى امر مجهول. فالترتيب جنس بعيد لانه كما يقع في الامور الذهنية كذلك يقع في الاشياء الخارجية الجنود مرتبة الكواكب مرتبة فاتقين بالأمور الدينية خرجت هذه الأمور كلها يخرج الأخر عنه ثم الترتيب الخاص قد يراد لاستحصاله ليس بحاصل يعني المجهول وقد لا يكون كذلك نعم يعني من باب اه العلم بالعلم والتذكير فالثاني ليس بنظر نعم لان المعلوم حاضر وهذا الحد فظع من نقطة هنا جملة جديدة وهذا الحد قد اجتمعنا على العلل الاربعة اه للنظر هذه نقطة جميلة نقف عندها انت دائما اذا كنت في دائرة التعريف او حتى الإستدلال لا فرق دائما ابحث عن العلة المادية والعلة الصورية والعلة الفاعلية والعلة الغالية في دائرة التعريف وفي دائرة الاستدلال نقول لماذا? نقول لان الواقعيات التي نريد ان نكشفها لها مكونات مادة وصورة ولها علة اوجدتها وعلة اه تتجه نحوها وهي العلاقة فهذه الواقعية بدون هذه الامور تبقى في دائرة ماذا؟ مبدأ الهوية الانسان انسان نعم تقول تعرف الانسان انسان انت قلت الانسان انسان تحصين الليل حصل اذا متى نصل الى واقعية هذا الانسان خارج دائرة الهوية? نذهب الى مكوناته الخارجية لعل الفاعلية وها الى مكوناته الداخلية ما هي المادة والصورى من هناك نؤصل للتعريف ونؤصل نعم نعم وهذا الحد وهو ليس بحد وانما هو اه تعريف رسمي نعم لماذا? لان النظر نشاط بنشاط وليس واقعية نشاط اكشن يعني ما قلت ان يفعل تعرف وبالتالي يعرف باللوازم ولا يعرف بالجنس والفصل. اذا الحد هنا مقصود التعريف. وهذا التعريف قد اشتمل على العلل الاربعة للنظر يعني العين الاربعة التي تكون النظر يعني الفكر اعني المادة والصورة والغاية وفيه اشارة الى الفاعل. يعني على الاربع درسنا في باب العليا والمعلولية. وهذه الامور قد تكون تصورات هي اما حدود او رسوم. يعني تقييدات التعريفية حد ورسم يستفاد منها علم بمفرد المهم المفرد اه العين بالمفرد اه متعدد. مفردة ساذجة الانسان الماء الذهب هذه واحدة ستة اذا لم تخن تخني الذاكرة يعني هنا المفرد في مقابل القضية مقابل المركب مقابل القضية القضية المطابقة للواقعة يعني في مقابل التصديق. ليس في مقابل القضية كتركيب مقابل القضية التي تحكي الواقعة للتصديق عندك المفردة. انسان ما ذهب وعندك تركيبات الوصفية التي لا يصح السكوت عليها تقول الانسان العالم لا يصح السبك سكوت عليه تقول انسان عليم تقييم احد الصفة والموصوف مفردة تصورية المضاف مضاف اليه مفردة تصورية الظرف الظرف المظروف في البيت مفردة تصورية مضاف المضاف اليه بينها اه كتاب زيد نعيد مفردة ساذجة صفة وموصوف جر ومجرور ظرف مظروف وآآ اه اذا لم انسى نعم اه المفردة السرذجة يعني ما ذهب وكذا ثم يصفه الموصوف الانسان العالم جيد ماذا? تقيهم الانسان عالم وصفة موصوف لم تتحقق هنا القضية التصديقية لا يصح السكوت عليها الصفة والموصوف ثم الجر والمجرور والظرف المظروف جاره المجرم والمضاف المضاف الى ايه? نعم ثم الجزء الشرطية اذا طلعت الشمس بعد تصور هذا اذا طلعت الشمس فالنهار موجود شكل التركيب جزء الشرطية ثم القضية قبل التصديق بها يعني تعينت في في تصوري مثلا تقول النبي معصوم بالعصمة المطلقة في مقابل الوهابي الذي لا يؤمن بها مطلقا. هو يتصورها ثم ينتظر منك الدليل يعني ترجع هذه القضية تصديقا. اذا القضية بمعزل عن الحكم. يعني بمعزل عن المطابقة تبقى في البعد التصور</w:t>
      </w:r>
    </w:p>
    <w:p>
      <w:r>
        <w:t>هذه هي السبعة في تصوري اعيد اه المفردة الساذجة الانسان الماء الذهب. الصفة والموصوف الجار والمجرور المضاف المضاف اليه الظرف المظروف يعني في البيت كتاب زيد نعم هذه الامور ثم اه الجزء الشرطية ثم ماذا? القضية غير تصديقية نعم هذه كلها مفردات تصورية نعم  يقول اه نعم. وهذه الامور قد تكون تصورات هي اما حدود او رسوم يستفادوا منها علم بمفرد. الان بينت لك التصور. وقد تكون التصديقات يكتسب بها التصديق هنا القضية خرجت من البعد التصوري الى اوصلتك الى الواقع الأول لا لا بشرط من هذا منفتحة قد تحكي الواقع وقد لا تحكي الواقع عندا. فاعل المعرفي اذا القضية لها لحظر قضية كتصور وقضية كتصديق واعلم ان النظر يعني الفكر لما كان مركبا اشتمل بالظرورة على الجزء المادي وجزء سوري فالمادي هو المقدمات والصور هو الترتيب بينها الترتيب ندرسه في اه الماد ينبص في في الصناعات الخمس والصوري هو تبدأ من تعريفات الى القضايا الى الاقيز فاذا سلم هذان الجزءان يعني المادة والصورة بان كان آآ الحمل والوظع والربط والجهة الحمل يعني تقول انسان النبي معصوم حملت والوضع يعني الموضوع والربط يعني النسبة والجهة تقول آآ النبي معصوم بالضرورة تعرفون انتم القضية عندها خمس مكونات تقول كل نبي معصوم بالظرورة كل سوق يشير الى ماذا? يشير الى شمول النسبة لجميع الافراد سور فلسفته ما هو? سلاية النسبة القضية الى جميع الافراد الموظوع الموضوع عنوان يطال الافراد ثم المحمول ملاك القضية المحمول يمر الى الافراد من خلال اه الموظوع لا يمر الى الافراد مباشرة بل ينتسب الى الموضوع حتى ينتسب الى الافراد. فتحتاج الى نسبة اذا سور موضوع محمول النسبة لكن كيفية النسبة كيف تقول بالظرورة وليس بالامكان او بالامكان وليس بالضرورة خمس مكونات في القضية. هنا يشير الى هذا آآ المطلب نعم يقول فاذا سلم هذان الجزءان يعني المادة والصورة بان كان يشرح لك هذا هذا هذين الامرين بان كان الحمل والوظع والربط يعني النسبة والجهة على ما ينبغي كان الترتيب على ما ينبغي يعني وفق قواعد المنطقية ينبغي اه على ما حصل العلم بالمطلوب بالضرورة هذا فيه التصديقات وكذا في التصورات لانه اذا كان الحد مشتملا على جنس قريب وفصل اخير حيوان ناطق مثلا وقدم الجنس على الفصل حال صالات تصور محدود قطعا واليه اشار المصنف بقوله مع سلامة جزئي عن المد والصور يعني الجزء المادي والجزء السوري نعم. اذا اه التعريف عنده عيلة صورية وعيلة مادية واعلم ان الناس اختلفوا هنا فقال من لا مزيد تحصيل له جيد اذا هذا ما عنده تحصيل لماذا انت تضيع وقتك يا لعل ما نحلي مع هذا الفارق نعم ان النظر لا يفيد العلم لان العلم بافادته للعلم ان كان ضروري لزم لزم اشتراك العقلاء فيه يعني اه يعني هذا النظر اذا افادنا امرا ظروريا هذا عند الجميع اه عن جميع العقلاء بالعلم لماذا? العلم طبيعته تواصلية انا وصلت الى حقيقة واوصلها اليك. واذا كان هذا العلم اه ضروريين فيكون عند الجميع. وبالتالي لا حركة في لهذا الامر يعني تحريك ولا نشاط وان كان نظريا تسلسل جميل هنا اه التسلسل هذه المسألة اه عندها علاقة بنظرية المعرفة وتسمى المبنية اول من نقحها ارسطو من اجمل المسائل ان شاء الله لأن الوقت انتهى نؤجلها للحصة القادمة ان شاء الله. افيدكم مسألة جديدة هي المبدأية في المصطلح والا هي موجودة في تراثنا نعم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