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اللهم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ورزقنا الاخلاص في باطننا وفي ظاهرنا امين يا رب العالمين. وصلنا الى مسألة جميلة جدا هو لم يعالجها هنا اه علاقة بالسفسطة والشكاكين واعلم ان الناس اختلفوا هنا فقال من لا مزيد تحصيلا له لا يهمنا هذا الأمر ان النظر لا يفيد العلم الا ان العلم بافادته للعلم اما ان كان ضروريا هذا لا يحتاج لزم اشتراك العلاقة في العقلاء فيه. اذا الضروري لا يتحرك يعني ما في نظر ينتفي النظر للتأمل وان كان نظري تسلسلا هذه التي اردت ان ابينها. الان نظرية المعرفة في الغرب تغيرت هويتها تماما يعني ظهرت اه مسائل جديدة جدا. وهذا لا يعني ان هذه المسائل ليست لها التواجد عند القدماء لكن اثيرت اشكالات اثيرت اشكالات جديدة فتشكل علم جديد يسمى علم نظرية المعرفة الحديث يختلف عن نظرية المعرفة القديمة من مسائله التي هي محل جدال كبير هي المبنى المبنى الذي نحن نتبناه ويتبناه كثير من العلماء في الغرب وهي ان المعرفة اه كالهرم فيها قاعدة هذه القاعدة تكون ظرورية ظرورية يقينية. ما هو نوعية هذا اليقين? انا في تصوري هو الشهود نعم الشهود يعبر عنه علمائنا بالبلاء ما الفرق بين البداهة والشهود اه انا اذا كنت في مقابل الباهدة بدأ فاشاهد. بدأ يعني الواقعية نور يغمرني يملأني فأنا اه بنوره اكون في دائرته. يعني انت الان اه لا تعرف في اي مكان في الغرفة مظلمة مطلقا. ظلام مطلق نعم لا ترى حتى نفسك ولا تعرف انت اين في اي بقعة في اه صالون صالون فيه مكتبة فيه اه مكتب انت بتشتغل عليه اه وفيه وفيه انت لا تدري اين فبمجرد يدخل ابنك الصغير ويشغل الكهرباء الضوء ينتشر فترى موقعك النور هو الذي آآ اثر فيك وصار الواقعية امامك ومتموضعك في في بهذا الصالون او في المكتبة واظحا فانت تشاهد نفسك فاذا نظرت الى الاشياء الذي التي ملأها النور نورا نورها بل هي البداهة ببركتها ذاك النور الذي انعكس فيها واذا نظرنا اليك تقول انا اشاهد اذن المشاهدة والبديهة لحظ اعتباري. اذا كنت في الأشياء المتنورة غمرتك وملأتك وعيا فهذه هي اذا نظرت الى انت نفسك في مقابل هذه الامور بديهية فانت في الشهود والبداهة فالقاعدة يجب ان تكون بديهية وشهودية. ثم نبني صرح المعرفة طبقة بعد طبقة هذا الصرح هذا البناء في مقابل المبنى هذا هو النظر الذي يولد العلم فنتحرك بمنهجية خاصة تختزل في آآ امرين التحليل والتركيب ثم ننتج العلم هذا الحركة المنهجية في دائرة التحليل والتركيب اه الذي يندرج تحتهما الاستقراء والاستنباط وو النتج والعلم هذه الحركة نظر الحركة المنهجية في المعلومات وفقا لهذه المباني هذا هو النظر والانتاج هو العلم يعني انت تصنع طبقة طبقة طبقة حتى تصل الى القمة اما يزداد العلم او اما يغلق نعم لا يهم في الازدياد المبنى هذا يسمى المبنى. نعم اه يعني الاساس. يعني المبنى مبنانا نحن هو هذا هو مبنى المبنى يعني النظريات قائمة على البديهيات والباديات لا تقوم على غيرها. بينة بنفسها والا يلزم التسلسل تنزل تحت تنزل تنزل ولا تصل وبالتالي لا يمكن ان تتحقق المعرفة نعم لان الانسان لا يمكن ان يرجع الى التسلسل الذي هو لا حد له فكيف تتحقق المعرفة ابدا? واعلم ان الناس اختلفوا هنا فقال لا فقال من لا مزيد تحصيل له ان النظر لا يفيد العلم لان العلم بافادته للعلم ان كان ضروريا لزم اشتراك العقلاء فيه. والضروري لا يتحرك النظر لا يتحرك في الضروري. وان كان نظرين تسلسلا نحن نقول يتوقف عند البديهيات. هذا هو مبنانا مبنى مبنى المبنائية وهذا اشكال كان قبل ارسطو فعرست قال المعرفة اذا بينت بنفسها يلزم الظهر اذا بينت بغيرها يلزم التسلسل اه نظري يبين بالنظري والنظري يبين بنظري انا نقف قال يجب ان نصل الى قضايا بينة بنفسها يعني البديهيات وهذا هو التأسيس للمبدأية ولان النظر لو استلزم العلم يعني النظر يعني الفكر التأمل استنباط الاستقراء يولد العلم لم يختلف الناس في ارائهم لاشتراكهم في العلوم الضرورية لا ليس بالضرورة هذا قد انا نؤمن امر اشاهده وانت تؤمن بامر تشاهده الا ان البناء يختلف لماذا? لان التصورات الحكم الموضوع المحمول رعاية المنطق ورعاية المعايير العقلية اللي كلها لها الداخل اذا الضروري بمعنى ضروري لا يكفي لوحده لي بنا صرح المعرفة يجب استغلال هذا الضروري يعني البديهي في اطار صحيح قواعد منطقية سليمة تشكيل المقدمات والتصورات تكون صحيحة الحدود تكون سليمة نعم اذا هذا الكلام غير صحيح. نعم اه يقول ولان النظر صاحب هذا المبنى السخيف ولان النظر لو استلزم العلم لم يختلف الناس في ارائهم لاشتراكهم في العلوم الضرورية قلنا لا ملازمة بين الامرين التي هي مبادئ النظريات مبادئ النظرية هذا هو المبدأية وذهب المحققون الى انه يفيد العلم بالظرورة بالظرورة فان متى اعتقدن ان العالم ممكن صغرى? وان كل ممكن محدث مخلوق حصل لنا العلم بالظرورة بان العالم محدث مرة نكون على مستوى السورة سورة القياس يعني ترتيب المقدمات صحيح ورانا كن على مستوى المادة يعني العالم وممكن وحدوث هذه الأمور. فخرج الجواب عن الشبهة الأولى بقوله ضرورية ولا يجب اشتراك العقلاء في الضروريات حتى في الضروريات يقول لا يشترك العقلاء فناهيك عن النظريات كيف لأن الضرورة قد تكون ظرورة لكن المشكل في التصورات فان كثير من الضروريات يتشكك فيها بعض الناس بعض الناس اما لخفائف التصور او لغير ذلك ان يصن لم يلتفت التصورات لانها قد تكون النظرية الضرورية الضرورية في التصديق. لكن ليست ضرورية في التصورات يحتاج الى فهم الموضوع نظريا وفهم المحمول نظريا. هذه الامور مرت علينا نعم. وخرج الجواب عن الشبهة الثانية بقوله مع سلامة جزئيه يعني المادة والسورة. يعني الترتيب المنطقي من حيث الصورة ومن حيث المادة هذا الترتيب صحيح. وذلك لان اختلاف الناس في الاعتقاد انما كان بسبب بسبب تركيب الترتيب الصحيح. هذه وظيفة المنطق وغفلتهم عن شرائط الحمل هذه عندها علاقة بالمنطق وغير ذلك من اسباب الغلط اما في الجزء المادي او اما في الجزء المادي او الصورة فاذا آآ سلم حصل المطلوب لكن من حصل له سلامة الجزئين يعني اذا ترتبت كل موجبات النظر نعم يأتي اليقين وتأتي المعرفة. نعم. الانسان يشتبه نحن نؤمن بالواقعية اه الواقعية النقدية ما معنى الواقعية النقدية? وهذا كذلك بحث في نظرية المعرفة الحديث وبحث جميل جدا يعني انا اؤمن فيه ان هناك وقع هذه الواقعية الميتافيزيقية. وهو من اني اصل الى هذا الواقع</w:t>
      </w:r>
    </w:p>
    <w:p>
      <w:r>
        <w:t>لكن ليس بنحو الكلية بنحو الجزئية نعم وهذه هي الواقعية المعريفية واقع المعرفية النقدية تقول انا اصل الى الواقع ولكن نحو الجزئي نعم اما اصل لا اصل الى الواقع كما يقول الشكاك فهذا آآ خطأنا قالوا مع فساد احدهما يعني البعد المادي والبعد الصوري قد يحصل ضده يعني الجهل طبعا هنا الجلجل مركب مصيبة اقول النظر اذا فسد من جهة المادة ولهذا عندنا الصناعات الخمس اساسية في المنطق. يعني اليقينيات والجدل وهذه الامور اساسية في اه المنطق. انا درست لطالب من لندن درس انفرادي شرح تجريد المنطق للعلامة الحلي رحمة الله عليه اه الجوهر النضيد من بداية الى نهايته. يعني كل المواد الخمس درسناها للبرهان والجدل والخطابة وحتى الشعر الان لا حتى البرهان لا يدرس مع الاسف الشديد نعم اقول النظر اذا فسد من جهة المادة التي تدرس في الصناعات الخمس او من جهة الصورة التي تدرس قبل الصناعة الخمس يعني الاقيس لم يحصل العلم نعم وقد يحصل ضده على الجهل هنا الجهل المركب وقد لا يحصل يعني مفتوحة والظابط في ذلك يعني كيف ياتي الفساد ان نقول ان كان الفساد من جهة الصورة يعني الترتيب السوري اعني على الشكل الثاني لم يكن شكلا شكلا ثانيا. الشكل الأول لم يكن شكلا ثالثا. الحد الأوسط غير متكرر او او لم تلزم النتيجة الباطلة. نعم الصورة المنطق السوري المنطق السوري اه الصورة لوحدها لا تكفي. ولهذا العلماء ركزوا كثير على آآ المواد الخمس. مثلا انت تقول عندك الآن آآ آآ اسد تقول اسد حمار وكل حمار ينهق. الصورة ماذا تعطيك? تعطيك الاسد ينهق هذا من حيث الصورة المادة مادة تقول الاسد ليس حمار اذا هنا الصورة صحيح تعطي نتيجة قطعا يعني ضرورة الانتاج وليس ضرورة النتيجة يعني يجب ان نفهمها جيدا الصورة تعطيك ضرورة الانتاج ولا تعطيك ضرورة النتيجة يعني انت اذا قلت على الاسد حمار الكبرى ماذا تقول? وكل حمار يلحق. حتما لضرورة الإنتاج. ينتج الأسد ينهق لكن هل الاسد يرهق? هذا راجع الى المادة. الاولى خاطئة. الاسد حمار? لا بين الاسد والحمار بينونة مهوية المادة خطأ. ولهذا يقول لم تلزم النتيجة الباطلة وان كان من جهة المادة لا غير كان القياس آآ وان كان من جهة المادة لا غير كان القياس منتجا يعني اذا المادة كانت صحيحة القياس يكون منتجا من الصورة تأتي بالمادة الصحيحة وتنتج فاذا فان كانت صغرى في الشكل الاول صادقة والكبرى كاذبة صورة صادقة والكبرى كاذبة. في كل واحد كانت النتيجة كاذبة لان ملاك الاقيس هي الكبرى نعم نعم والا جاز ان تكون صادقة وان تكون كاذبة. يعني الزم اجتماع النقيضين. لاحظتم انتم اجتماع النقيضين آآ ومبدأ السبب الكافي. هنا مبدأ السبب الكافي يعني الكبرى واجتماع الناقضين يعني الكبرى توصلك الى مدى اجتماع الناقضين اذا مبدأ السبب الكافي يعني الملاكات العلية للانتاج المعرفي مع مبدأ التناقض دائما آآ يمشيان معا نعم. يعني اذا كان مبدأ السبب الكافي اعطي له المعطيات المادية الصحيحة. لا يوصلك الى مبدأ التناقض اذا اعطي المادة الخاطئة حتما يعطيك النتيجة الباطلة يعني اجتماع نقيدا تقول هذا باطل نعم فان كانت الصغرى في الشكل الاول صادقة والكبرى كاذبة. الكبرى هي ملاك الانتاج في كل واحد اه في كل واحد من الظروف. نعم. يعني الضرب الاول والظرب الثاني والظرب الثالث والرابع الظروف معروفة كانت النتيجة كذبة قطعا. لماذا? لان اه اه الكبرى تندرج اه تنطوي على الصغرى وهي كذبة تكون كذبة من جهة وصادقة من جهة واجتماع نقي فالإنتاج يكون كذبا نعم يانا الكبرى تنطوي على الصغرى بالقوة والكبرى كاذبة يعني الصغرى كاذبة والصغرى انت وضعتها صادقة انظروا ماذا قال? يقول فان كانت صورة في الشكل الاول صادقة والكبرى كذبة. يعني كل ما تنطوي عليه الكبرى فهو كاذب. وهي تنطوي على الصغرى بالقوة القياس يفعلها فقط يخرجها من قوة الى الفعل في كل واحد من من اظرب القياس الشكل الاولى يهمنا هذا. كانت النتيجة كاذبة قطعا والا جاز ان تكون صادقة. وان تكون كاذبة. يعني باعتبار الصورة مندرجة تحت الكبرى فتكون كذبة وباعتبارها صادقة فتكون صادقة كذب اجتماع النقيضين وبهذا التحقيق ظهر بطلان ما يقال من النظرة الفاسد لا يستلزم الجهل نعم لا النظر الفاسد يستلزم الجهل والا لكان المحقق المحقق اذا نظر في شبهة المبطل افاده الجهل وليس كذلك. مع انه معارض بالنظر الصحيح. نعم المحقق اذا نظر في شبهة مبطل ينظر اليها بما هي قضية بمعزل عن مبدأ السبب الكافي يعني ينظر الى القضية التي يتجاهل مركب مثلا الوهابي يقول النبي ليس بمعصوم بالعصمة المطلقة. انت تتصورها لكن بمعزل عن ماذا? بمعزل عن دليل الوهابي والا انت ينتقل اليك الجهل المركب دلالة هنا قلوب دع الدليل انا اتصور القضية النبي اه ليس النبي مع معصوما بالعصمة المطلقة. تصورتها هل انا جاهل? لا. متى اكون جاهلا? اذا امنت بسبب الكافي يعني بدليله اما مجرد التصور لان القضية في بعد تصور قلت لكم من اقسام التصورات القضية التي هي بعيدة عن الدليل نعم نعم وليس كذلك مع انه معارض بالنظر الصحيح فان انشرط اه اه فان شرط اعتقاد احقية المقدمات في الصحيح شرط نحن في الفاسد ايضا اذا انت اذا اشترطت صحة المقدمات حتى تكون النتيجة صادقة وصحيحة. كذلك نحن نشترط اذا كانت المقدمات فاسدة. النتيجة تكون فاسدة كذلك. قال وحصول العلم عن الصحيح واجب الاشارة الى ماذا? اشارة الى ضرورة الانتاج وضرورة النتيجة لماذا قيدها عن الصحيح? يعني المادة برهانية يقينية والصورة مرتبة بالترتيب المنطقي الصحيح. حتما الانتاج يكون ضروريا والنتيجة تكون ضرورية. يعني واجبة وحصول العلم عن الصحيح في بعده المادي يعني مقدمات يقينية اه واجب نعم فتقول هنا ضرورة الانتاج وضرورة النتيجة اقول اختلف الناس هنا المعتزلة على ان النظر مولد للعلم وسبب له نعم. والاشاعرة قالوا ان الله تعالى اجرى عادته بخلق العلم عند عقيب النظر. وليس النظر موجبا ولا سببا للعلم هذا مبنائي لأن المعتزلة لا يؤمنون في عالم الامكان بضرورة العليا والمعلولية بين المخلوقات يؤمنون فقط بضرورة الضرورة بين الله تعالى والمخلوقات هذه ضرورة يؤمنون بها والا لا معنى للخلق اما بين النار والاحتراق يقولون بالعادة. بين المقدمات والنتيجة في العلم يقولون بالعادة يعني الله تعالى ربط بين النظر والعلم ربطا عاديا فقط والله تعالى هو الذي اه يفيض العلم المعتزلة قالوا لا باعتبارهم يؤمنون بالتفويض على مبناهم طبعا وليس الكل العلم هو علة تامة النظر علة تامة للعلم فينتج فينتج. هاي يشير الى هذه المباني. المبنى الصحيح ما هو؟ لصحيح العلم وهو الذي يفيض العلم. لكن النظر معله معدة اذا كان العلة معدا كفى مبنى الاشعرية واذا كان الله هو المفيض في دائرة العلل المعدة يعني الارضية ان تفهم ابناء المعتزلة. مسألة سهلة جدا بالنسبة الى مستواكم. قالوا اختلف الناس هنا فالمعتزلة على ان النظر يعني الفكر مولد للعلم وسبب له. سبب</w:t>
      </w:r>
    </w:p>
    <w:p>
      <w:r>
        <w:t>يعني بمعزل عن الله تعالى والاشاعرة قالوا ان الله تعالى اجرى عادات آآ اجرى عاداته بخلق العلم عقيد النظر على مبنى العادة وليس النظر موجبا ولا سببا للعلم نعم للمبنى لا يؤمنون بضرورة العليا والمعلولية في دائرة المخلوقات واستدلوا على ذلك بان العلم الحادث امر ممكن. والله تعالى قادر على كل الممكنات اه فاعل لها على ما يأتي في خلق الاعمال فيكون العلم فعله هذا مبنى من الاشاعرة والمعتزلة لما ابطل القول باستناد الافعال الحيوانية الى الله تعالى بطل عندهم هذا الاستدلال ولما رأوا العلم يحصل عقيد النظر وبحسبه وينتفع عند انتفائه حكموا عليه بانه سبب له كما في سائر الاسباب نعم نحن ندور بين التفويض وبين العادة نعم الحق ان النظر مبنى الصحيح والحق ان النظر الصحيح يجب عند عنده حصول العلم. ولا يمكن تخلفه عنه فانا نعلم قطعا انه متى حصل لنا الاعتقاد في مقدمته اعتقاد المقدمة فانه يجب حصول النتيجة. قالت الاشعة الى التذكر لا يولد العلم. فكذا النظر بالقياس عليه والجواب الفرق بينهما ظاهر اذا المبنى الصحيح ان العلم يولد النظر يولد العلم لكن كعلة معدة وليس كعلة فاعلية. الله هو الذي يفيض العلم لكن انت تحرك ان تنشط فنشاطك له مدخلية في توليد العلم لكن ليس مدخلية مطلقة يعني ان نحن نؤمن بالتوحيد. نعم. قال ولا حاجة الى اه الى المعلم ظاهرا هذه اشارة الى اه افة في زمان المحقق التونسي كانت الباطنية جماعة الصباح وانا اوصيكم كطلبة آآ اقرب حياة حسن الصباح هذا قم وكان اماميا لان اه القوميين كلهم امامية كانت عندو طموحات سياسية واعطاه الله تعالى عبقرية في في القيادة وكان عالما فلما تأسست الدولة الفاطمية هاجر الى مصر يعني عندو طموحات سياسية فلم ينسجم مع الدولة الفاطمية يعني ممكن انه اراد ان يكون قائدا والظروف لم تسمح رجع الى ايران واسسا مع حركة الحشاشين ودربهم تدريبا عجيبا فكانوا يقتلون بقربة الى الله تعالى نعم مثل داعش دعا الشق في القربى الى الله لكن هو مبتلي بالجامع. كالخوارج نعم ما عندهم بصيرة ما عندهم نور نعم الصباح كان عندو طموحات سياسية لماذا انا اوصيكم بدراسة هذه الشخصية تليق هذه الشخصية تفهمون اسرار السياسة والقيادة بطريقة عجيبة جدا رجل خارق العادة في هذه الأمور الا انه لم يكن في الطريق الصحيح هو الذي قتل يعني جمعت والتي قتلت نظام الملك نظام الملك هو تستطيع ان تقول من في في الجانب السياسي مؤسس للاشعارية هو الذي اسس النظامية في بغداد وكان نجمه الغزالي ابو حامد وهو الذي اسس النظامية في نيشابور وكان مجدها نجمها استاذ الغزالي اه اه امام الحرمين عندهم الجويني وكان حقيقة كان محنكا جدا في السياسة وخدوم لطائفته يا ريت نحن عندنا هكذا ناس يختمون اه اهل البيت عليهم السلام كان مخلصا لمذهبه خدم الاشعرية خدمات كبيرة جدا وترقت ونضجت في زمني وبرز علماء كبار في طائفته ثم قتلته هذه الحركة. حركة الباطنية. ولهذا الغزلي كتب لنظام الملك آآ كتابين في النقض الباطنية وكتاب مطبوع نقض الباطنية. تسمى ماذا? آآ يقولون العلم لا يحصل الا بمعلم. نعم قال ولا حاجة الى المعلم انا في تصوري المحقق التونسي يشير الى هذه المسألة. وانتم تعلمون ان المحقق التونسي سجنوه دجنوه اه سجنته هذه الجماعة مدة تجلته مدة فبعد اطلقوا سراحه. المحقق التونسي لامامه لانه هو من قوم كذلك لم يقتنع بهذه الحركة. اقول ذهبت الملاحدة الى ان النظر اه غير كاف في حصول المعارف بل لا بد من معونة من المعمر من المعلم للعقل لتعذر العلم باظهر الاشياء واقرب آآ اقرب اقربها من دون مرشد واطبق العلاقة على العقلاء على خلافه اي نعم. العلامة الحين لم يشر الى هذه النقطة نعم المحقق التونسي كان يعيش هذا الظرف الباطنية الباطنية يقول انت يجب ان تخضع لمعلم وهذا المعلم باطني وعنده علم الباطن وعنده كذا نعم ولا يقصدون بالعلم المعلم والإمام هو الإمام صاحب الزمان سلام الله عليه ابدا ما عندهم هذه العقيدة امام حاضر حاضر يشاهد تجلس معه ويعطيك الاسرار الا انها طبقية كالحركات السرية الطرق السرية كلها هكذا نعم نعم اقول ذهبت الملاحدة الى ان النظر غير كاف في حصول المعارف بل لا بد من معونة من المعلم للعقل لتعذر ماذا سببه? لتعذر العلم باظهر الاشياء واقربها من دون مرشد واطبق العقلاء على خلافه لان ما تحاصر في المقدمة لنا على الترتيب المخصوص يعني الصحة المادة والصورة حصل لنا الجزم بالنتيجة سواء اون كانت هناك سواء كان هناك معلم او لا وصعوبة تحصيل المعرفة باظهر الاشياء لا يدل على امتناعها مطلقا من دون المعلم نعم حصول المعرفة شيء عدم تحققها شيء. يعني ينسجمان المعرفة اه صعبة والعلم يتحقق نعم. ولقد الزمهم المعتزلة الدور والتسلسل وخليها ان شاء الله في الحصة القادمة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