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الطاهرين اعزائي الطلاب السلام عليكم ورحمة الله وبركاته وصلنا الى هذه النقطة في بحثنا قال  اه ذهب الملاحدة انا اظن انهم الباطنية الذي عاش في عصرهم المحقق التونسي والغزالي ونظام الملك وو ونظام الملك قلنا قاتله الباطنية وكان آآ اشعريا وكان سلطانا وقلنا خدم المذهب الاشعري خدمة كبيرة اقول ذهب اعود الى الوراء ذهب الملاحدة الى ان النظر غير كاف في حصول المعارف بل لابد من معونة من المعلم للعقل لتعذر العلم. هم يقولون بالامام الغائب وليس بمعنى صاحب الزمان سلام الله عليه سلام الله عليه. باعتبار مبانيهم والغزالي له ظاهرا كتابان في الرد عليهم نعم لابد من معونة من المعلم للعقل لتعذر العلم باظهر الاشياء اه اقربها من دون مرشد واطبق العقلاء على خلافه نعم اصلا تركيزه على المعلم ولي يلزم الدور ثانيا تعطيل العقل نعم حتى الائمة عليهم السلام صاحب الزمان سلام الله عليه قلت لكم لا يمكن ان يترشح من المعصوم نبيا كان او وصيا يعني اماما لا يمكن ان يترشح منه اه شيء يتعلق بالدين وبالهداية الا اذا كان هناك ملاك عقلي. ما معنى ملاك عقلي? يعني فيه اه حيثية خارج الدين يدركها العقل يعني من المستقلات العقلية في كلام المعصوم والا لا يقبل كلام قالوا معصوم. هذا مبنى مبنى الامامية ومبنى اه العقلاء في كل عصر. اما الذين يستندون الى الله تعالى والى المعصوم في كل شيء فهذا يلزم الدور اولا وتعطيل العقول نعم  واطبق العقلاء على خلافه صحيح لان متى حصلت المقدمة لنا على الترتيب المخصوص كما بين في المنطق حصل لنا الجزم بالنتيجة سواء كانت هنا سواء كان هناك معلم او او لا نعم وصعوبة تحصيل المعرفة باظهر الاشياء لا يدل هذا دفع هذا الاشكال صعوبة المعرفة غير والوصول الى المعرفة غير. قلت لكم نحن نؤمن بالواقعية النقدية. يعني لا يمكن ان نصل للواقع بجميعه نعم كل الواقع قد نخطئ وقد نصيب الى ان الاصابة موجودة. المعرفة نصل اليها. نعم فهذا وصعوبة التحصيل الرد على ذلك الاشكال. وصعوبة تحصيل المعرفة باظهر الاشياء لا يدل على امتناعها مطلقا من دون المعلم وقد الزمهم المعتزلة الدور والتسلسل. نعم. هذا الكلام صحيح من المعتزلة لتوقف العلم بصدقه يعني صدق ذا المعلم على العلم بتصديق الله تعالى يعني انت اذا لم تكن لك معرفة بوجود الله تعالى وانه آآ له حكمة مطلقة ومن مصادق الحكمة اللطف والعدل ومن مصادق العدل تكمل الانسان ومن موجبات تكميل الانسان بعث الانبياء هذه كلها مقدمات عقلية  لتوقف العلم بصدقه على العلم بتصديق الله تعالى اياه بواسطة المعجزة والمعجزة قهرية معجزة قهرية يعني ملاك واقعي على ان النبي اه متصل بالغيب نعم فلو توقف لو توقفت المعرفة بالله تعالى عليه يعني على هذا المعلم الضار ولان دليل اخر احتياج كل عارف الى معلم يستلزم حاجة المعلم الى اخره ويتسلسل نعم العلامة الحلي لا يقبل آآ التسلسل. نعم. وهذان زمان ضعيفا لان الدور لازم على تقدير استقلال المعلم بتحصين المعارف وليس كذلك بل هو مرشد الى استنباط الأحكام من الادلة التي من جملتها ما يدل على صدقه من المقدمات واذا كان مرشدا هو كان ثابت المعتزل يستشكل على اصل المعلم نعم نحن بنحل الان اه اذا كان ليدافع عن الامام سلام الله عليه انا امام من مصاديق المعلم في توهم العلامة الحلي لا الإمام سلام الله عليه بكل تجلياته الدينية في ملاكات واقعية ملاكات واقعية خذوها قاعدة مني كل الاحكام الشرعية والاحكام العقائدية هي داخلة تحت الاحكام العقلية وكانوا يعلموننا في بداية الدراسة الحوزاوية للاحكام الشرعية الطاف تحت الاحكام العقلية لكن الاحكام الشرعية دوائر لا يصل اليها العقل هذا لا يعني ان لا ليس لها احكام عقلية يعني ملاكات ذاتية كون العاقل لا يصل اليه هذا شيء كونها خالية عن الملاكات الذاتية. شيء اخر نعم العلماء الحين يقول لان الدور لازم على تقدير استقلال المعلم بتحصيل المعارف وليس كذلك بل هو مرشد الى استنباط الاحكام من الادلة التي من جملتها ما يدل على صدقه من المقدمات على صدقهم للمقدمات اذا المقدمات سابقة على المعلم ايها العلمين انت تقول من جملتها ما يدل على صدقه اذا الادلة التي تدل على صدقه ليست ناتجة منه ولا يلزم الدور اذا لازم تكون متقدمة وهذه هي الملاكات الذاتية هادي هي الملاكات الذاتية التي دائما نحن نكررها. اذا فتحنا هذا الباب باب المعلم يأتي الحسني يأتي الحبيب ياتي الغزي يأتي كل هذا يدعون الوصل بالامام المهدي سلام الله عليه وهي كلها خرطي في خرطي وهراء في هراء نعم ولهذا مراجعنا الكرام قادة الامة ولا واحد يدعي انه عندي اي اتصال بالامام المهدي سلام الله عليه حتى لو كان هناك اتصال ثبوتي الاثبات لا لا يدعيه قد يكون هناك اتصال ثبوتي يعني في الواقع في اتصال. لكن المرجع لا يدعي ابدا هذا لا يدع ويسعى دائما لاخفاء هذا الامر هذا هو المنطق هذا هو المنطق هذا هو المنطق والتسلسل يلزم لو وجب مساواة عقل المعلم لعقولنا اما على تقدير الزيادة فلا من اين عرفت هذه الزيادة على من حل من اين عرفت هذه الزيادة? المعلم من امين هذا اذا كان منصب من النبي فبمهلكات واقعية يعني بتنصيب الهي انتهى الامر هذا ليس بمعلم هذا معصوم اذا لم يكن منصب من الله تعالى فيأتي ويقول انا المعلم المطلق اعلمكم باي حق ويلزم الدور قال نعم لابد من الجزء السوري في جميع الحراك الفكري بدون الجزء السوري لا معنى لهذا الحراك الفكري. النشاط الفكري الجزء السوري يعني القواعد المنطقية وهي حاكمة على المعطيات العلمية. هذه المعطيات العلمية قد تكون يقينية برهانية قد تكون ظنية. اقول يشير بذلك يعني بهذه العبارة الى ترتيب المقدمات نعم وفق القواعد المنطقية فانه لا بد من حصول المقدمة في الدين من من ترتيب حاصل بينهما ليحصل العلم بالنتيجة وهو الجزء السوري للنظر. الجزء السوري يعني المقدمات مقدمات القواعد المنطقية اذ لولا الترتيب لحصلت العلوم الكسبية لجميع العقلاء تكون دفعة واحدة بدون ترتيب لا صغرى ولا كبرى ولا دفعة واحدة فالعقلاء متساوون في هذا الامر ولم يقع خلل لاحد في اعتقاده. نعم. وقيل لا حاجة اليه يعني لا حاجة لهذا الترتيب والا لزم التسلسل او اشتراط شيء بنفسه وهو سهو وهو سوي على خطأ فان التسلسل يلزم لو قلنا بافتقار كل زائل الى ترتيب وليس كذلك بالمفتقر الى الترتيب انما هو الاجزاء المادية خاصة المعطيات هي التي تحتاج الى التركيب. اما القواعد الصورية المنطقية نعم ما اتحدث تحتاج الى الترتيب لا معنى تحتاج الى الترتيب هي ترتب الفكر وهي لا تترتب هي سرمدية هي ما قبل الفكر ما قبل الفكر نعم</w:t>
      </w:r>
    </w:p>
    <w:p>
      <w:r>
        <w:t>جيد بعض العصابات هنا وهنا سخيفة ضعيفة الا انها تساعد الطالب على اضاءة ما في ذهنه من امور. اذا عندنا معطيات هذه المعطيات قد تكون يقينية قد تكون ظنية ما يسمى بالمادة تدرس في الصناعات الخمس ثم عندنا هذه القوالب المنطقية هذه القوالب المنطقية اولا لا من صنخ الفكر ولا من صنخ المعطيات ما فوق العلم وما فوق المعطيات قضايا صلمدية اذا جاءت المعطيات في افق الدين يجب ان تخضع لهذه المعايير هنا الوجوب الوجوب معياري ليس آآ الوجود تكويني يعني معياري ما معناه? يعني اذا شئت الحقيقة ومعرفة الواقع يجب ان تلتزم اخلاقيا بهذه اه المعايير في اخلاقيات المعرفة نعم مثلا انت تكون في حوار مع وهابي بين المقدمة يقبلها سلم بها بين الكبرى يسلم بها الكبرى تولد النتيجة بفضل الصغرى مسلم مسلم في النتيجة يتمرد فهذا مريظ اخلاقيا. لماذا? لانه اه لا يلتزم بمقتضيات المنطق. اذا سلمت صغرى وكبرى بالقطع واليقين تسلم بالكبرى مقتضيات المعايير المنطقي نعم قال وشرطه عدم الغاية وضدها يعني والشرط ضدها وحضورها نعم آآ اولا شرطه يعني شرط العلم والمعرفة او النظر هنا البحث عن النظر عدم الغاية عدم الغاية ما معنى? يعني انت تتحرك نحو المجهول حتى ترجعه معلوما واذا ارجعته معلوما صار حاضرا. نعم لان النظر ما هو? تحديد المجهول يعني المدعى ثم ترجع الى المخزون المعرفي. المخزون المعرفي متنوع. تبحث عن المخزون المعرفي الذي يناسب ذلك المجهول تستخرجه ثم تحرك حركة ثانية اولى حركة فداءت المخزون المعرفي الثاني حركة ثالثة ينقلب المدعي المجهول معلوما حاضرا عندك هذه العملية. اذا المجهول يكون ماذا? يكون هو الغاية. تتحرك نحوه. وشرطه عدم الغاية. يعني المجهول لا يكون معلوما. والا يلزم تحصيلا الحاصل فالذي تتحرك نحوه يكون اه مجهولا. يعني مدعى والا لا معنى لان نتحرك نحو المعلوم. تحصين لي الحاصل اقول الذي فهمناه من هذا الكلام ان شرط النظر عدم العلم بالمطلوب يعني المطلوب يكون مجهولا. الذي هو غاية النظر لاجله النظر. والا لزم تحصيل الحاصل. هذا صحيح ويشترط ايضا عدم ضدها عن الجهل المركب لان الانسان اذا كان متلبسا بالجهل المركب اصلا لا يقبل المعلوم لماذا? لان قلت لكم التقابل بين الجهل المركب والعلم تقابل التضاد هذا ينفع هذا ينفيدك ولهذا قال وشرطه آآ عدم الغاية وعدم ضدها اذا كنت متلطخ بالجهل المركب لا ينفع ولهذا قلت لكم سني والوهابي يختلفان في هذه النقطة. السني مبتلي بالجهل المركب. ولهذا قلت لكم الفرق بين السني والوهابي سني مبتلي بالجهل البسيط والوهابي مبتلي بالجهل المركب. ولهذا لا تنتظر الخير من الوهابي الا من رحم الله تعالى نعم يشير الى هذا المطلب ويشترط ايضا في النظر عدم ضدها. يعني عدم العلم وعدم عدم العلم عدم عدم يعني الجهل المركب يعني متلطخ بظلمة نعم وعدم ظدها ظد ما هو يعني ظد العلم هنا. لان الجهل المركب يضاد بالعلم اعني الجهل المركب لانه باعتقاده حصول العلم له لا يطلبه فلا يتحقق النظر في طرفه وعنده يعتقد انه عنده علم هو جهل مركب ويعتقد خلاص ليش يسمع لك انت? ليش يسلم لك انت ويشترط ايضا ويشترط ايضا حضورها اعني حضور المطلوب الذي هو الغاية اذا الغافل عن الشيء لا يطلبه النظر نوع من الطلب نعم حضوره يعني تعينه اه عندو حضوران او قل ثلاثة حضور كمجهول حضور كمناسبة يعني يناسب المخزون المعرفي الحركة الثانية وحضور فعلك علمي يعني خرج من من الجهل الى العلم نعم مثال مثال ذلك تقول النبي معصوم لا ادري اذا هذا حضور كجهل يعني عدم العلم ثم نذهب الى المخزون المعرفي نقول اذا ارسل النبي الله النبي الى الانسان يزداد في تكامله ام لا? نعم يزداد يعني يحقق الغاية فالحاكم لا يترك هذا الامر لانه يريد الغاية. فكل ما ادى الى الغاية فهو من الطف الله تعالى. فتقول النبي معصوم مجهول تقول النبي لطف وكل العصمة لطف وكل واجب على الله. يعني داخل في المطلقة فالعصمة واجبة يعني داخلة في الحكمة المطلقة. يعني يجب ان يتعين بهذه الحكمة في دائرة النبي ويجعله معصوما لانه بها الذي يهدي الناس نعم وعنده حضور ثالث وهو رجوع هذا الشيء يعني المدعى من دائرة الجان الى دائرة العين. نعم قال ولوجوبي ما يتوقف عليه العقليان وانتفاء ضد المطلوب على تقدير ثبوته كان التكليف به عقليا. هذا الاختلاف بين المعتزلة والاشاعرة. هل النظر عقلي ام النظر سمعي الاشاعرة من الاساس نفوا هذا الامر الحسن ما حسنه الله والقبح ما قبحه الله. النظر اذا لم يحسنه الله تعالى لا يكون حسنا ابدا نحن نقول امور الذاتية لا تحتاج الى تدخل الارادة الالهية. لماذا? لان الحكمة الالهية من قبل جعلته في ذاته اه حسن فلا معنى ان تأتي الارادة وتقول انا اجعله حسنا ومجعول بحكمته تعالى قبل ذلك نعم اقول اختلف الناس في وجوب النظر هل هو عقلي او سمعي عقلي يعني ملاك وجوبه في ذاته. سمعي ملاك وجوبه ليس في ذاته بل هو بارادة الى هي ثم نقول اولا الله تعالى حتى يوجب النظر ويجعلني انا مكلف بالنظر يجب ان نعرفه اولا وهذا يلزم الضوء فذهبت المعتزلة الى الاول يعني الوجوب العقلي والاشاعرة الى الثاني يعني الوجوب الشرعي على مبناهم في الحسن والقوة اما المعتزلة فاستدلوا على وجوب النظر عقلا بان معرفة الله تعالى واجبة مطلقا. نعم الوجوب معرفة واجب الله مطلقا اما ستأتي ادلة المعتزلة. الخوف يعني الخوف من الهلاك والشكر المنعم كثير من الأدلة لي هي عقلية محضة نعم لا يمكن ان تكون آآ نقلية نعم اما المعتزلة فاستدل على وجوب النظر عقلا بان معرفة الله تعالى واجبة مطلقا. هذا الوجوب العقلي ولا تتم هذه المعرفة الا بالنظر يعني النظر موصل للمعرفة كما بينا. وما لا يتم الواجب المطلق الا به فهو واجب. هذه قاعدة كذلك عقلية. فها هنا ثلاث مقدمات احداهما ان معرفة الله تعالى واجبة مطلقة تحتاج الى بيان واستدلوا يعني استدل المعتزلة على ذلك بوجهين الاول ان معرفة الله دافعة للخوف الحاصل من الاختلاف نعم والحاصل من خوف الهلاك وغيره وغيره يعني خفلة لك. ودفع الخوف واجب عقلا. الثاني ان شكر الله تعالى شكر المنعم واجب لان نعمه على العبد كثيرة. والمقدمتان ظروريتان شهوديتان نعم لا شك فيه. والشكر لا يتم الا بالمعرفة ضرورة نعم جدا كلام جميل. الثانية ان معرفة الله تعالى لا تدوم الا بالنظر وذلك قريب من الضرورة. شهود اذا المعرفة ليست ضرورية قطعا فهي كسبية ولا كاسب سوى النظر. اذا التقليد يستند لا اليه. وتصفية الخاطر الى انفلتت عن ترتيب المقدمات لم يحصلها منها علم بالضرورة. نعم اذا هذا هوما الأدلة ادلة المعتزلة على اا ان النظر واجب. الثالثة ما لا يتم الواجب المطلق الا به فهو واجب لقاعدة عقلية والا خرج الواجب المطلق من كونه واجبا او لازم تكليف ما لا يطاق</w:t>
      </w:r>
    </w:p>
    <w:p>
      <w:r>
        <w:t>لان الشرط اذا لم يكن واجبا جاز تركه فحينئذ اما ان يجب على المكلف المشروط او لا والثاني يلزم الخروج عن كونه واجبا مطلقا. مع ان اه اه معرفة الله واجبة بالوجوب المطلق. والاول يلزم منه تكليف مما لا يطاق اذ وجوب المشروط حال عدم الشرط ايجابي لغير المقدور وهو محال نعم فثبت ان وجوب النظر عقلي. ولا يجب سمعا خاصا. والا لم يجب. يعني اذا قمنا بالوجود السبعة اصلا ينتهي الى اه الى المحال فلا يجب. وبالتالي باطل فالمقدم مثله اذن وجوب النظر وجوب النظر يعني معرفة الله تعالى اه معرفة الله لا تستدعي النظر والنظر يكون قبل الله تعالى فاين ارادة الله تعالى يعني قبل معرفة الله تعالى قصدي بيان الشرطية ان النظر اذا لم يجب الا بالسمع لزم افحام الانبياء يلزم الدور كذلك. يلزم الدور فيجب ان تكون حيثية ذاتية قال اجعل النقل. تثبت نبوة النبي وهي المعجزة نعم هاو القرآن انا ادعيه فيه صياغات تركيبية لغوية وانتم افصح من من في الوجود. تفضل اذا وجدتم فيه خلل بلاغي ويمكن للبشر ان انتم به تفضلوا اي اية واحدة فقط اتحداكم باية واحدة لان النبي اذا جاء الى المكلف يعني الانسان الذي يبلغ له وامره باتباعه لم يجب على المكلف الامتثال. نعم صحيح حتى يعلم صدقه اه اذن يعني في مقدمة سابقة على ماذا? على الالتزام بتعاليم النبي هذه المقدمة يجب ان يعلم بان هذا النبي ملكات ذاتية من يكشف هذه الملفات الذاتية? العقل ولا يعلم صدقه الا بالنظر يعني التأمل فإذا امتنع المكلف من النظر حتى يعرف وجوب وجوبه عليه يعني وجوب اتباع النبي لم يجوز استناد الوجوب الى النبي لعدم العلم بصدقه حينئذ ولا وجوب عقلي فينتفي الوجوب على تقدير الوجوب السمعي لا السمعة يتم ولا آآ العقلية وهذا مبني على قاعدة ان الحسن والقبح آآ اه شرعيين وهذا مبنى اه سنصل اليه في اه لا ادري يتعرض له في هذا الكتاب او لا ممكن ان سنصل في باب العدل  نعم اذا انت امامك نبي ويدعي آآ الوصل بالله تعالى مع انت اذا صدقت هذا النبي بمجرد انه ادعى يجب ان تصدق المدعي كذلك مدعي النبوة الى ملاك واحد بمجرد ان يدعي انت تلتزم وهذا يدعي ان التزم نعم يأتي هذا الحسن يقول انا ابن الامام انا التزم. لا ليس هكذا الامر لازم ان تكون هناك ملاكات عقلية وذاتية وانا لم ارى الخرافة تسري كما تسري في المتدينين لهذا المبنى شيعة وسنة لا فرق خرافات سارية فيهم لانهم تخلوا عن هذا المبنى وهذا المبنى اصيل جدا ومبنى امامي كذلك ليس فقط للمعتزلة مبنى اساسي جدا يعني انت في تعاملك مع الوحي يجب ان تتسلح بملكات واقعية قبل الالتزام بالوحي قبل الالتزام بالوحي نعم يأتيها شخص اليك ويقول انا عندي علاقة بالامام سلام الله عليه مبارك لك روح ما عندي شغل معك لماذا? لانه لو صعد الى السماوات السبع لا يثبت هذه المسألة كيف نقول له انت جيد? تعرف الامام سلام الله عليه نعم يقول انا عندي علاقة به جيد انت كيف عرفته؟ يعني بأي علامات عرفت الإمام? منين? منين يأتي? منين يأتي بهذه العلامات لن يأتي بهذه العلامات بالنسبة لي انا اتكلم اه بالنسبة لي انا ممكن هو يكون رآه بالنسبة لي اني انا تكليفي انا امام هذا الشخص اعطيني علامة ثبت بها الإمام لا يمكن له ابدا لا يمكن كيف نعم  اذا عرفت هذا فنقول اذا الدليل العقلي على وجوب النظر ان معرفة الله تعالى لا تكون الا بالنظر ولا النظر يكون سابقا على معرفة الله اذا كان النظر متأخر على معرفة طلع يلزم الدور والتسلسل اذا عرفت هذا فنقول قوله ولوجوب ما يتوقف عليه العقليان اشار بلفظة مائلة المعرفة والعقليان اشار بي الى الوجوب وجوب الشكر ووجوب دفع الخوف وشكر النعمة وجوب دفع عن النفس. وقولوا وانتفاء ضد المطلوب على تقدير ثبوته. يشير الى انتفاء الوجوب السمعي في المتن ولوجو ما يتوقف عليه العقلية يعني وجوب شكر شكر المنعم شكر المنعم والخوف وانتفاء ظد المطلوب يعني مبنى الاشاعرة. ان آآ وجوب النظر آآ سمعي على تقدير ثبوته. يعني اذا فرضنا فرضا كان التكليف عقليا هذا المبنى المبنى الذي يتبناه المحقق التونسي وقوله انتفاء ظد المطلوب على تقدير ثبوته يشير بي الى انتفاء الوجوب السمعي الذي يتبناه الشاعر الذي يوظط ظد المطلوب لان المطلوب هو الوجوب العقلي وظده هو الوجوب السماعي وقوله على تقدير ثبوته يعني لو فرض  لوجوب سمعيا لم يكن واجبا فهذا ما فهمنا من كلامه في هذا الموضوع وهذا الفهم دقيق جدا وصائب واما الاشعرية فقد احتج بوجهين الاول ما عندهم حق يحتجوا انت سريعا توقفهم. ما عندك حق تحتاج لان انت تقول المعرفة سمعية. المعرفة السمعية لماذا تحتج تحتج يعني عندك مقدمات سابقة على اه على النظر الذي ثبت باسمه هذا هو الدور هذا هو دائما الخرافي يستعين بمقدمات عقلية حتى يثبت حتى خرافة تاعو ابن تيمية عندو كلام في نقد المنطق يقول المنطقيون يقولون ان القياس يجب ان يتشكل من مقدمتين. يقول هذه خرافة خرطي يقول لان يعني يأتي بالصغرى ولان كبرى. يعني حتى في كلامه استعان بمقدمته. هذا هو المخرف في طول التاريخ هكذا. نعم نكمل البحث ان شاء الله في الحصة القادمة.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