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ورزقنا الاخلاص في باطنا وظاهرا ما زلنا في وجوب النظر واختلف العلماء منهم من يقول هذا الوجوب عقلي ومنهم من يقول سمعي. لا شعائر اختاروا السمع لماذا? لان القاعدة التي تبنوها في الافعال ان الحسنى والقبح اه شرعيا فكل ما كان حسن بارادة الله يعني الله تعالى اراد فاذا قال لك اصدق يعني الله اراد الصدق نعم لا تبحث عن ملاك ذاتي واقعي اه للصدق قد يدركه العقل وقد لا يدركه نعم نحن نقول كل الافعال لها ملاكات ذاتية نعم فالاختلاف مع الاشاعرة هنا اختلاف التضاد لا شيء من الافعال بحسنة وقبيحة نحن نقول كل الافعال اما حسنة في ذاتها مقام الثبوت والواقع اذا تكلمنا باسم الذاتي الاشاعرة سلب كلي نحن ايجاب كلي في مقام الاثبات والمعرفة مشاعرها سليمة بنتي الموضوع مادام الذاتي غير موجود. فالعقل يكشف ماذا? لا شيء من من الحسن والعقول والقبح مكشوف بالعقل نحن نقول بعض الحسن والقبح مكشوف بالحق وبعضنا تأتي شرائع وتبين دوائر هذا اه اه هذا الحاصل وهذا القبيح. واما الاشعرية فقد احتجوا بوجهين الاول قوله تعالى وما كنا معذبين حتى نبعث نبعث رسولا. ما عندك حق تستدل بهذه الاية القرآنية لان بعد ما وصلنا الى الله تعالى هذا هو الدور زيد من قال ان هذه الآية تثبت مبناك وما كنا معذبين حتى نبعث رسولا بالعكس يعني هذا تشير الى ملاك عقلي ملاك عقلي يعني ملاك ذاتي يكشفه العقل يعني الله تعالى اذا لم يقم الحجة على الناس وعذبهم يعني لم يبينهم دوائر الخير والشر وعذبهم خلاف العدل اذا الاية خير دليل على ماذا على مبنى الطرف المقابل نعم تنفي التعذيب بدون البعثة لا البعث هنا بمعنى البيان. يعني البعثة التي تؤدي الى البيان فلا يكون النظر واجبا قبلها يعني قبل البعثة. الثاني دليل ثلث لو وجب النظر في العمة لفائدة عاجلة والواقع مقابلها او اجلة وحصولها ممكن بدون النظر فتوسط النظر عبثون يعني لماذا? لانها عاجلة لماذا الانسان يهتم بها نعم والواقع مقابلها او اجل يعني في الاخرة وحصولها ممكن بدون النظر فتوسط النظر عبث التوسط النظر عبث لعبث ما عندك حققوا العبث. لماذا? العبثية ملاك واقعي بلاك واقعي. يعني انت تستدل به اه بمبنى غيرك الا اذا تقول هذا اه يعني اه اقامة الحجة على الغير. اه عبث عبث حكم عقلي وليس حكما شرعيا وكذا ان لم تكن لفائدة ثم قالوا اه وان لم يكن لفائدة ثم قالوا ما الزمتمونا به من الافحام هذا تقدير الوجوب السبعي اه هنا عندي لا ولم لا ولما لكم على تقديري هنا عندي الخط غير واضح جدا اه نعم لا ادري الخط اه نعم. على تقدير الوجوب العقلي يعني العبارة ليست واضحة نعم نعيد العبارة يقول الثاني لو وجب النظر اما لفائدة عاجلة والواقع مقابلها او اجل وحصولها ممكن بدون النظر فتوسط النظر عبث قلت لكم عبث هذا لا معنى له وكذا ان لم يكن لفائدة. يعني اذا لم يكن لفائدة بعد عبث في عبث. ثم قالوا ما الزمتمونا به ايها المعتزلة والامامية من الافحام على تقدير الوجوب السمعي يعني يلزم الدور ويلزم نعم كثير من الأمور نعم هنا لكم انتم لان نعم لا ولم نعم ما وضحة نعم لا وثم لكم على تقدير الوجوب العقلي انا ممكن هنا كلمة ثم لكم على تقدير الوجوب العقلي لان وجوب النظر ان ان كان عقليا الا انه كسبي. نعم. فالمكلف اذا جاءه النبي وامره باتباعه كان له ان يمتنع حتى يعرف صدقه ولا يعرف صدقه الا بالنظر نعم والنظر لا يجب عليه بالضرورة بل بالنظر فقبل النظر لا يعرف وجوبه فله ان يقول لا انظر حتى اعرف وجوب النظر. وذلك يستلزم الافحام ايضا ولا صفسطه ولا صفسطة وتضييع وقت سفسطة وتضييع وقت نعم. والجواب على التخصيص وهو حمل نفي التعليم المتواقف على الرسالة على ترك التكليف السمعي او تأويل الرسول بالعقد جمعا بين الادلة يا العلامة الحين اللي انت ركز على على مبناه يقول وجوب النظر النظر واجب وهذا الوجوب كيف حبيبي الوجوب الوجوب لا يحتاج الى وجوب. الوجوب هو اضاءة نور. نور سرمدي يفرض عليك ماذا? النظر مثل الصدق. الصدق نور في باب الأخلاق. نور يفرض عليك هذا هذا السلوك. لا تكذب فهو لا يحتاج الى النور لان النور هو نور في ذاته. لا يحتاج ان يتنور فالنظر اذا قلنا واجب يعني نشاهد في كياننا هذا الوجوب وجوب النظر فنلتزم علينا بالالتزام ليس علينا البحث عن هذا الوجوب. يعني هذا نور حاضر عندنا مثل هذا النور امامك تقول انا رأيت هذه الطاولة فتيقنت بوجودها. لماذا? لان النور هو الذي عكسها في كيان الادراك. ثم نقول والنور. ما هو دليله? النور? هو نور نور بذاته خربط من الاشاعرة نعم قلت لكم اذا انطلقتم من الخطأ تأتي سلسلة من الاخطاء لا تنتهي من الخرافات لا تنتهي خليني نعيد يقول ثم قالوا ما الزمتمونا به من من الافحام على تقدير الوجوب السمعي يلزم الدور ويلزم كذا لا وثم لكم على تقدير الوجوب العقلي. اذا انتم بنينا على ما تدعونه انتم من الوجوب العقلي اه طبعا هذا الوجوب يعني الزام الوجوب معه الزام بالخير يعني النظر خير. الوجوب هو الزام بالخير فهذه الإلزامات سرمدية يعني اذا انت احسست في داخلك في فطرتك بالزام النظر بوجوب النظر يعني يلزمك الله بالنظر انت لا تبحث عن الزام الإلزام خطأ الإلزام هو في حد ذاته النور لا معنى ان يكون هو يحتاج الى الزام لان وجوب النظر ان كان عقليا الا انه كسبي يعني نعم هويته كسب تدرج يعني يحتاج الى تأمل وفكر فالمكلف اذا جاءه النبي فالمكلف اذا جاءه النبي عبارة فيها مغالطة جاءه النبي لا جاءه شخص لم يأته النبي انت تقول جاءه النبي هذا دور لا بعد هذا الشخص لم يعرف انه نبي يطالبه بالدليل. لماذا? لان الدليل الذي يكشف عن الملاك الواقعي. ثم يأتي بالمعجزة. بعد المعجزة تقول جاءه النبي حتى المغالطة نعم هاي المغالطة. جاءه النبيل لا يحق له ان يقول جاءهم النبي. يعني انا انا امام شخص قال عندي علاقة بالامام سلام الله عليه نعم انا اقول لهم مبارك لك وانا ما عندي اي تكليف امامك انت ما عندي اي تكليف امامك ظهر الامام سلام الله عليه تشرفت بالإمام يقول نعم هذا يلاقيني ثم الإمام يبرز معجزة امامي نعم هناك انا اصدق لكن قبل ابراز معجزة</w:t>
      </w:r>
    </w:p>
    <w:p>
      <w:r>
        <w:t>يعني علامة آآ تدل على انه الامام المعصوم انا لا اصدق بهذا الشخص نعم لا اصدق بهذا الشخص. هذه هي الملاكات العقلية والا انفتحنا باب الخرافات والادعاءات. نعم انظر هذه المغالطة فالمكلف اذا جاءه النبي بعد ما في نبي اي الاشعري لماذا تغالط ولهذا قلت لكم على من حل يجب ان يركز على كلام الاشعري فيه مغالطات كبيرة. نعم فالمكلف اذا جاءه النبي خطأ وامره ما عنده حق يأمره لماذا? لانه بعد هذا المسكين لم تثبت عنده نبوته وامره باتباعه كان له ان يمتنع? نعم كان له يمتنع حتى اه يعرف صدقه. نعم من حقه بالمعجزة. ولا يعرف اه صدقه الا بالنظر. لا ليس بالنظر. بالضرورة بالنظر. قد يكون بالشهود يعاين المعجزة في الاعم الاغلب بالمعجزة في المعاينة ما في دليل ما في دليل في المصادق ما عندنا دليل. انت تعاين الواقع. يا الدليل؟ الدليل في النبوة العامة تقول اه النبوة لطف وكل لطف واجب في الحكمة واجب في الحكمة الالهية اه النبي واجب في الحكمة الالهية في النبوة العامة هناك النظر اما النبوة الخاصة الملاك هو المعجزة الملاك والمعجزة. ولهذا انا قلت في الفضائية النبي المصداقي الشخصي لا يمكن اثبات آآ عصمته. لا يمكن لا يمكن اثبات عصمة النبي الشخصي. يعني انت الان امير المؤمنين امامك لا تعرف انه معصوم. لان هذه العصمة باطنية. من اين تعرف? تعرف من امامته لان هو مصداق للامامة فهو معصوم. اما بشخص محمد صلى الله عليه واله عيسى الشخصي لانه مصداق النبوة تقول عصمة معصوم. لان العصمة كلية. عصمة عامة. فهو كان مصداقا للنبوء يكون مصداقا للعصمة. يكون مصداقا للحجية. هكذا نفهم المسألة. لان العصمة باطنية. كيف تدركها انت في المعصوم لا تقولي انه امام جمال جزاك الله خير. ليه? عنوان الامامة نعم اذن هذه كلها مغالطات فالمكلف يعني انا المسكين اذا جاءه النبي يأتني النبي يأتني شخص قبل اه ثبوت نبوته وامره ما عنده حق يأمره. يأمره اذا اثبت نبوته بالإعجاز نعم وامر باتباعه لا يمر باتباعه. كان له ان يمتنع حتى يعرف صدقه. نعم صدقه ليس بالنظر لان النظر في النبوة العامة. الامامة العامة وليس في الامام المصداقية. انظر العقيدة في ذلك الزمن كيف كانت هشة ولا يعرف صدقه الا بالنظر ولا بالشهود. اذا كنت في النبي الشخصي ان نظل معنى له. النظر لا يجري في الوقائع والمصداقية. النظر في الامور الكلية انظر لهذا هذه الخرافات خرافات الاشاعرة انت الان امام النار وصديقك على النار وتحرق الخشب تقول له تعالى نستدلك على على هذا الاحتراق لا معنى له لانه يشاهد في الأمور الواقعية الخارجية المعاينة هي الملاك وليس النظر في الأمور الكلية الإستدلال هو النظر المعاينة مقدمة فقط هذه قاعدة بنيوية يجب ان نفهمها. فالمكلف اذا جاءه النبي بعد ما ليس له عنوان النبوة حتى يأتيه. وامره باتباعه لا يحق له ان يأمره نعم الا اذا جاء بالمعجزة. نعم. كان له ان يمتنع. نعم. من حقه ان يمتنع. لماذا? لانه قد يكون مدعيا. نعم حتى يعرف صدقه. بماذا? بالمعجزة لأنه يعاين مصداقا ولا يعاين عنوانا كليا ولا يعرف صدقه الا بالنظر ليس بالنظر بالمعاينة يعني بالمعجزة والنظر لا يجب عليه بالضرورة بل بالنظر. نعم والنظر لا يرجع لي بالضرورة بل بالنظر. والمعتزل يبين بانه بالظرورة. يعني في حد ذاته آآ ظروري ولا يحتاج الى نظر اخر فقبل النظر لا يعرف وجوبه فله ان يقول لا انظر حتى اعرف وجوب النظر وذلك يستلزم الافحام ايضا. لا اله الا الله متعلق الإلزامات نحن مكلفون بمعرفة انها الزامات. لكن الالزام الزام في ذاته هويته في آآ ملاكه في هويته. ملاكه في هويته. مثل النور وهذا الكتاب. الكتاب كيف ابصرته بالنور? لكن النور ما نقول يحتاج الى نور. حتى اعرف انه نور. هذه خرافة كبيرة من الاشاعرة الحين لم يلتفت الى هذه المغالطات. مع الاسف الشديد. والجواب عن الاول التخصيص وهو حمل نفي التعذيب المتوقف على الرسالة على ترك التحليف تكليف سمعي او تأويل الرسول بالعقل جمعنا بين ادلة. مم يعني آآ وما كنا معذبين حتى نبعث رسولا العلامة الحين لي اضطر ان يقارب الرسول بالعقل يعني هكذا كنا معذبين حتى نبعث رسولا العقل يبعث العقل كان تكويني لا يبعث الذي يبعث هو الرسل. لكن يجب ان تفهم وما كنا معذبين احسن من هذه الصورة لاجل البيان. يعني البعث هنا البعي باعتبار الغاية البعث حيثية تعليلية للغاية ما هي البيان? البيان بدون بيان لا يمكن وهذا يدل على ماذا? على آآ الحسن الذاتي وليس على الحصن الشرعي. يعني خلاف ما يدعيه الاشعري. والجواب عن الاول التخصيص يعني في قوله وما كنا معذبين حتى نبعث رسولا. نعم وهو حمل نفي التعذيب المتوقف على الرسالة على ترك التكليف السمعي نعم وما كنا معذبين حتى يعني اذا جاءت الرسالة وبمناكات ذاتية يدركها العقل حينها اذا لم يتبع الانسان اه يعذب اذن الملاكات الواقعية سابقة على ماذا? على على التعذيب. وهذا مبنى الامامية. مبنى المعتزلة. ايها الاشعري او تأويل الرسول بالعقد جمعنا بين الأدلة لا يعني ان القرين يقول نبعث من العقل لا يبعث نعم وعلى الثاني ان الفائدة عاجلة وهي زوال الخوف واجلة وهي لنال الثواب بالمعرفة اه بالمعرفة اه الذي لا يمكن الابتدا به في الحكمة. نعم العلامة الحل يقول لا في فائدة عاجلة وفائدة زائلة. الفائدة العاجلة لاطمئنان اطمئنان نفسي الانسان بمجرد ان يأتيه النبوة ويتبين له ان الله تعالى وله في اخرة وكذا وكذا يعني النظر ادى الى وجود الله تعالى ثم انبياء ورسل وتكليف يطمئن ينزع منه الخوف والأمن نعم وعن الثالث ان وجوب النظر وان كان نظريا الى انه فطري القياس. فكان الالزام عاد على الاشعة دون المعتزلة. فطر القياس يعني آآ انا اشاهد الالزام لا يحتاج الى دليل لا يحتاج الى نظر هذا هو فطر القياس يعني اه انا اشاهد الالزام اذا وصلنا الى المشاهدة لا معنى للنظر مشاهدة يعني المعاينة نعم نعم قال وملزوم العلم دليل والظن امر جيد العلم بماذا يتحقق? يتحقق بالدليل اليقيني بالدليل البرهاني والظن امر فقط لا يرقى الى مستوى الدليل اليقيني. اقول لما كان النظر متعلقا بما يستلزم العلم يعني متوقفا بما يستلزم العلم من من الاعتقادات او الظن وجب البحث عن المتعلق فالمستلزم للعلم يسمى دليلان. يعني الدليل البرهاني. والمستلزم للظل يسمى امارة يعني يظن لا يفيد من الحق شيئا. الظن دائما تبقى مسافة لطرف الطرف الاخر وقد يقال اه هذا التشويش انا لاحظته في جميع المتون تقريبا تشويش انت الان في صدد بحث ما هو؟ ان النظر يولد علما ملاكات هذا العلم ما هو تقول اما دليل برهاني واما دليل غير برهاني اذا كان هذا الدليل غير برهاني ظنا يعني امارة. الدليل البرهاني دليل برهاني يفيد اليقين</w:t>
      </w:r>
    </w:p>
    <w:p>
      <w:r>
        <w:t>انتهى الامر. يعني الدليل هنا يعني الدليل البرهاني هذا هو لماذا تأتي بأمر تصوري اخر الدليل يعني الإنتقال من المعلوم الى العلة الذي لا يفيد الظن لا يفيد اليقين يفيد الظن خلي هذه المسألة لا تشوش الطالب انت الآن قررت مسألة لا تروح الى مسألة اخرى. يقول وقد يقال الدليل يعني بحث تصوري اخر. تشويش للسياق. هذا معنى اخص من المذكور وهو الاستدلال بن معلول على العلة عندنا برهان اليقين انتقال من المال والعلة يعطيك يقين موجودية العلة اما هوية العلة ما يعطيك هذا بحث في البرهان وليس هنا اذا النظر يؤدي الى العلم وهذا النظر واجب عقلي كما قالت المعتزلة والامامية وكل كل اهل العقل نعم ثم له موجبات موجبت قد تكون برهانية يعني دليل برهاني قد تكون ماذا اه ظني فلا تفيد العلم القطعي تفيد العلم الذي يحتمل الكذب نعم وفي اصطلاح اخر للدليل حتى لا يخلط عليك الاطار المفاهيمي. الدليل هو انتقال من المعلول الى العلة. من المعلول علة انت متيقن بوجود العلة. لكن لست متيقن بهويتها. ولهذا يفيد الظان قال وبسائطه عقلية ومركبة لاستحالة الضوء. يعني انت اذا جئت الى العلم الناتج من النظر له مقدمات هذه المقدمات يجب ان تنتهي الى بسائط لا مقدمات لها اما يلزم الدور او يلزم التسلسل هذه البسائط يجب ان ننتهي لها وقلت لكم هذه هي المبنية التي نتبناها نحن في نظرية المعرفة نعني هذه البسائط لا تحتاج الى مركبات سابقة ولا يلزم الضوء ولا تحتاج الى بسائط سابقة ويلزم التسلسل. اذا يجب ان نقف على اساس وهذه هي المبنائية الاساس بسيط يقيني شهودي ثم نبني صرح المعرفة طبق طبقة. نعم. اقول بسائط الدليل يعني به مقدمات يعني به مقدماتي فان الدليل لما كان مركبا من مقدمته كانت كل واحدة من تلك المقدمة جزءا بسيطا بالنسبة الى الدليل وان كانت مركبة في نفس الامر. اذا عرفت هذا فالمقدمات قد تكون عقلية محضة وقد تكون مركبة من عقلي وسمعي لا الكلام ليس في نوعية المقدمات العقلية والسمعية في نوعية ماذا؟ البساطة والتركيب نعم ولا يمكن تركبها من سمعيات محضة والا يلزم الدور لان السمع المحض ليس بحجة الا بعد معرفة صدق الرسول. انظر شوف هاه علمائنا حنا ليس من عندي انا دقق هذه اكتبها تحتها بالخط الأحمر او بخط من ذهب اذا عندك الذهب. نعم. يقول دقق جيد لأن السمعي يعني النقلي السمعي النقلي يعني ما يأتي به المعصوم المحض يعني الذي ليس مشوبا بلاكات واقعية. ليس بحجة ابدا الا بعد معرفة صدق الرسول صدق الرسول يعني هذا الكلام او ما يترشح من المعصوم مطلقا له ملاكات واقعية ملاكات واقعية. والا فتحنا الباب للخرافات آآ الادعاء. نعم الادعاء نعم وهذه المقدمة لو استفيدت بالسمع دار ولو استفيدت كذلك بالعقل لدار يجب ان نصل الى البسائط التي آآ معلومة بالشهود. يعني نعاينها حينها لا نبحث عن الدليل نقف نجد الاساس. ثم كل النظريات بنيت على هذا الاساس نبني معرفة يقينية نعم وهذه المقدمات لو استفيدت بالسمع الدار بل هي عقلية محضة. عقلية محضة ما معناه؟ يعني ملاكات واقعية نعم عقلية محضة العقل يكشف الملكات نعم يعني لا ينتج الملكات. العقل لا ينتج الوقع وانما يكشف الواقع هو ينسجم مع الواقع. ليس الواقع ينسجم معه حتى نخاف من من العقليات والعقليات والعقليات عقليات ملاكات واقعية بل هي عقلية محضة يعني مكشوفة بالعقل وفق الملاكات واقعية فاذا احدى مقدمات آآ النقليات آآ آآ كلها آآ في احدى مقدمات النقليات كلها عقلية. نعم. يعني يجب ان تكون هناك ملاكات واقعية. واذا لا معنى لهذا النقل لماذا? لانه كل يدعي النبوة ويدعي انه معصوم نعم. والظابط في ذلك ان كل ما يتوقف عليه صدق الرسول لا يجوز اثباته بالناقل. يا الله اسطول من اصول الاساطيل مدرستنا والله هذا الان لو تقولو في الحوزة ممكن يكفروك انظر يقول وهذا اسطول كل الفقهاء عالة على فقهه. كل الفقهاء عالة على فقهه. نعم نعم انظر يقول اه والضابطة في ذلك ان كل ما يتوقف عليه صدق الرسول لا يجوز اثباته بالنقل وكل ما يساوي طرفه بالنسبة الى العقل لا يجوز بته بالعقل. يعني اذا العقد تساوى هذا مع هذا. وما عدا هذين يجوز اثباته بهما. ما عدا الضوابط يعني الملاكات العقلية. نعم. يعني الان انا قال لي المعصوم الصلاة واجبة ليس الصلاة واجبة ملاك آآ قبولها عندي. لان النبي قالها جيد والنبي لماذا? لانه عنده ملاك واقعي وهي المعجزة. فانه متصل بالغيب فما جاء به كونوا صحيحا نعم هكذا يجب ان نفكر نعم قال ويفيد اللفظ القطع. اقول قيل ان الادلة اللفظية لا تفيد اليقين لتوقف على امور كلية ظنية وهي اللغة والنحو والتصريف وعدم الاشتراك والمجاز والنقل والتخصيص للاشتراك عن اللفظي. والتخصيص والاظمار والنسخ والتقديم والتأخير والمعارض العقلي. والحق خلاف هذا فان كثير من الادلة اه اه تعلم دلالتها على من معانيه قطعا وانتفاء هذه المفاسد عنها نعم آآ انا هنا في هذه المسألة اوافق العلامة الحلي يعني اللغويات اللي هي وضعيات نعم هي وضعيات يعني اعتباريات لكن لا يمكن ان يكون هناك اعتباري بدون ملاكات واقعية. نعم يقول هذه قال ان الادلة اللفظية لا تفيد اليقين لتوقفها على امور كلية وظنية وهي اللغة والنحو والتصنيف وعدم الاشتراك والمجازر والنقل والتخصيص والاثمار والنسخ والتقديم والتأخير والمعارض العقلي والحق خلافه خلاف هذا فان كثير من الادلة اللفظية تعلم دلالته على معانيها قطعا وانتفاء هذه المفاسد عنه نعم تعلم دلالته على معنيه قطعا. يعني يقينا. اذا فيه ملاكات و انت لا لا تذهب بعيدا خذ نصا لغويا تركيبا لغويا احلله حللوا اه ظرب او نعم خلينا من ظربا تصدق الانسان في يوم الجمعة على فقير قربة لله تصدق ما قلت ان ان يفعل الانسان مقولة الجوهر في يوم الجمعة ما قلت ما قلت المتى في الزمان بصدقة هذه الصدقة اه اه قد صدقة مم عالم الاعتبار يعني بهويتها قد تكون جوهرا قد تكون عرضا ولكن الهوية اعتبارية اه قربة الى الله مفعول اجله. هذا علة غائية يعني حتى اللغة حتى اللغة في تراكيبها بنيت على المقولات الواقعية على المقولات الواقعة ثم في تقدير وتخيير وكذا كذا هذه ملاكات تواصلية فقط ملكات تواصلية فقط. مثلا اذا قلت الحمد لله التركيز على الحمد لله العزة التركيز على الله تعالى. ليس على العزة على الله تعالى يعني الله هو العزيز غيره لا هذه ملك ابي آآ اغراظ تواصلية فقط. اغراض تواصلية نعم. قال ويجب تأويله عند التعارض ياتي ان شاء الله.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