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سبحان الله الله يا 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وصلنا الى هذا المقطع قال والاخران يعني الاستقراء والتمثيل يفيدان الظن وتفاصيل هذه الاشياء مذكورة في غير هذا الفن يعني في المنطق في الصناعات الخمس لكن قوله ان الاستقراء يفيد الظن هذا لا اعتقد انه صحيح باستقراء يفيد اليقين لكن كيف مر نأتي الى الجزئيات نجد جزئية لها صفة نجدها في الجزئية اخرى تشاركها في النوع او في الطبيعة ونبحث واحدة بعد واحدة. ثم نعمم بدون بدون ملاك هذا لا يصح هذا ليس استقراء على تجميع تجميع الجزئيات لا الاستقرار نعم التعامل مع هذه الجزئيات وهو معطى تجريبي ثم تقول بروز هذه الصفة في جميع هذه الأفراد لملاك واقعي يعني الذات تقتضي هذه الصفة يعني في علة لهذه الصفة ثم كشف هذه العلة حسب العلوم في الفيزياء في الكيمياء في الفلك اذا في قاعدة كلية قاعدة الاسباب والمسببات او القاعدة التي تصاغ بهذه الصيغة ان الاتفاق لا يكون اكثريا ما معناه? يعني كثرة كثرة التكرر دليل على العلية معلولية نعم فيفيد اليقين مشروط بكشف هذا القانون في هذه الافراد اقول يريد بالاخرين الاستقراء والتمثيل وهما يفيدان الظن لا العلم يعني لا العلم البرهاني فان تشاء نعم واعلم ان تفاصيل هذه الاشياء وبيان اه وبيان شرائطها مذكورة في علم المنطق وانما انساق الكلام اليه هنا. من الاول قلت لكم ان هذا بحث بحث منطقي نعم اقول والتعقل والتجرد متلازمان لاستلزام انقسام المنحال انقسام الحال بان تشابهت عرض الوضع للمجرد والا تركبت من ملأتنا هنا يشير الى ان العلم يسابق التجرد. نعم العلم دائما في واقعية مجردة فلهذا المشاء يقول في الحيوانات علم مادي بمجرد تموت الحيوانات تنتفي من الوجود تصير الرماد المنتجة تروح تراب كذلك النبات والحجر من باب اولى انه لا يدرك اما الانسان بوصفه مجردا علمه يكون مجردا فينتقل به الى البرزخ. اذا التجرد يعني من المادة يساويق التعقل نعم. ويأتي به دليل والتعقل والتجرد متلازما. يعني اينما يكون التعاقد يكون التجرؤ لاستلزام انقسام المحل انقسام الحال. يعني انت اذا جئت الى العلم حل في في البدن بحالا في النفس والنص مجردة فالعلم يكون مجردا. لماذا? لان النفس لا تنقسم لا تنقسم فالمحل لا ينقسم العلم لا ينقسم اذا بنينا على ان الانسان ينقسم يعني هو مادي في العلم ينقسم الى علم بسيط نعم. اقول هذه المسألة وما بعدها من تتمة مباحث التعقل وقد ادعى هنا ان التعقل والتجرد متلازمان. يعني لا ينفكن. تلازمنا عدم الانفكاك بمعنى ان كل عاقل مجرد وبالعكس يعني وكل مجرد عقل اما الاول فاستدل عليه بعدما تقدم لان التعقل حال في ذات العقل. يعني الصورة العلمية حالة في النفس فذلك المحل يعني النفس اما ان ينقسم او لا لا ينقسم والثاني هو المراد نعم يعني اذا لم ينقسم فهو حالة جماعية مجرد في العلم يكون مجرد والاول باطن يعني المحل ينقسم لان انقسام المحل يستدعي انقسام الحال اذا الحال اما ان يحل بتمامه تمامه في جزئي المحل او في احد جزئين او لا يحل في شيء منه والأول يلزم يلزم منه الإنقسام مع النفس مجردة ان كان الحال في احد الجزئين غير الحال في الاخر يعني العلم هنا وليس هنا يعني في في قطعتان والأول يلزم منه انقسام ان كان الحال في احد الجزئين هنا غير حال في هذا الجزء. فعندنا جزئان فهي تترك او التعدد الواحد ان اتحد ان اتحد يعني حقيقة واحدة ومتعددة. يعني العلم حل في حقيقة واحدة وهما جزءان وهذا يلزم المحال والثاني يفيد المطلوب يعني اذا لم تكن هناك تركيب وكذا فيكون حالة جمعية فيكون مجردا والثالث خلاف الفرض لانه بنينا على انه ينقسم فاذا ثبت ذلك فالجزءان اما ان يتشابها او يختلفا قام والاول يستلزم يعني التشابه وجود المقدار فرض مجردا النفس مجردة ليس لها مقدار تشابه يعني الجزء هذا شبيه هذا الجزء يعني يأتي الإمتداد اذا جاء الامتداد يعني الجسمية والنفس ليست جسما والثاني ان يختلفا يستلزم وجود ما لا يتناهى من الاجزاء لانها كلها مختلفة يعني تأتي الى هذا الجزء المختلف كذلك هل فيه العلم هل في جزء وفي غير جزء يخالفه والتسلسل نعم والثاني يعني يختلفا يستلزم وجود من الارزال الصور العقلية وذلك بحسب ما في المحل من الانقسامات الممكنة. دائما ينقسم ينقسم يتسلسل اذا العلم حقيقة مجردة والنفس مجردة للتسالخ بين المحل والمحل فيكون التجرد يلازم العلم والعلم يلازم التجرد نعم. اعيد التطبيق اقول هذه المسألة وما بعدها من تمت مباحث التعقل يعني التعقل مجرد وقد ادعى هنا المصنف ان التعقل والتجرد متلازما بمعنى لا ينفكان بمعنى ان كل عاقل مجرد وكل عاقل اه كل عقل مجرد وكل مجرد عقل. اما الاول فاستدل عليه لماذا كل عاقل مجرد ليستدل عليه بما تقدم ان التعقل حال في ذات العقل صورة منطبعة في العقل ولذلك المحل فذلك المحل اما ان ينقسم او لا والثاني يعني لا ينقسم يعني ليس له حالا بتلبية يعني ليس ماديا فيكون مجردا الحال يكون كذلك مجردا للمسانخة نعم والثاني هو المراد يعني تبينا ان النفس مجردة والعين مجرد. والأول باطل كيف ينقسم لأن انقسام الحال يستدعي انقسام انقسام المحل يعني يستدعي انقسام الحال. اذا انقسم المحل الذي يقبل العلم طبعا الحال يتبع يتبع المحل ينقسم بانقسامه اذن الحال اما ان يحل بتمامه الجزئي المحلي المحل تخيل منقسم الى قسمين فيأتي الحال يطال الجزئين او في احد جزئي له في واحد فقط وليس في الاثلين. لانه هو المفروض ينقسم ينقسم الى جزئين على الاقل فيأتي العلم يروح الى هذا الجزء فقط يطال الجزء الاول لا يطال الجزء الثاني او يطال الجزئين نعم والأول باطل لأن انقسام المحل يستدعي انقسام الحال نعم هادي قاعدة بشهودها اذا الحال اما ان يكون بتمامه في جزئي المحل يعني العلم يكون في جزء اطال الجزئين اذا لم يطل جزئين يعطوا الجزء واحد فقط او في احد جزئين او لا يحل في شيء منه يعني ما ثبت انه حال وليس بحال والأول يعني يطال الجزئين منه يلزم منه الانقسام ان كان الحال في احد الجزئين غير الحال في الجزء الاخر نعم يعني العلم هنا وهنا يعني هنا وها هنا يعني ينقسم او تعدد الوحدة لاتحد يعني العلم يطال الاثنين ما كان اه ما كان جزئين صار جزءا واحدا والثاني يفيد المطلوب والثاني يفيد المطلوب ما معنى هنا في المتن اه يقول اما ان يحلوا بتمامه في جزء المحل او في احد جزئه</w:t>
      </w:r>
    </w:p>
    <w:p>
      <w:r>
        <w:t>هؤلاء يحلوا في شيء من هذا الثالث او في احد جزئيه فقط فهذا الجزء لا ينقسم فهو اه حالة جمعية فيأتي العلم الى جزء لا ينقسم فيكون المحل بسيطا مجردا والعلم يكون مجردا ولهذا يقول اه في المثنى نعم يقول اذن الحال اما ان يحل بتمامه في جزئي المحل او في احد جزئه او لا يحل في شيء منهما لا يحل في شيء منهما خلاف كونه حال هذه فرضية ثالثة مرفوضة. الأول يلزم منهم الإنقسام ان كان الحال في احد الجزئين. غير الحال في الاخر او تعدد الوحدة للاتحاد يعني العلم احاط بالجزئين وجعلهما جزءا واحدا والثاني يفيد المطلوب. يعني اتحد يعني ما في انقسام. ما ثبت انه انهم اه جزئان جزء واحد. يعني ما انقسم فعدم الانقسام يعني حالة تجردية والعلم يكون مجردا نعم والثالث خلاف الفرض لانه بنينا انه اه حال في كيف لا يكون حالا يعني حال وليس بحال محال. فإذا ثبت ذلك فالجزءان اما ان يتشابها الجزءان في حال آآ حال يعرض يعرض الجزءان او يختلفا والاول يستلزم وجود المقدار لان التشابه يعطي الامتداد نعم لما فرض مجردا والثاني يستلزم وجود ما لا يتناهى من الالزان لان هذا جزء يختلف عن هذا الجزء نعم ثم هذا نقسمه الى جزئين يأتي الاختلاف والاختلاف ينقسم الى هكذا الزائلة ما لا نهاية. نعم والاول يستلزم وجود المقدار لان التشابه لما فرض مجردا. وهذا خلف والثاني يستلزم وجود ما لا يتناهى من الاجزاء. للصورة العقلية. وذلك بحسب ما في المحل من الانقسامات الممكنة. تقسم هذا الجزء الاول بالجزء الثاني ولكن ليس بنحو التشابه لأن بين حوتاشوب ويعطي الإمتداد للجسمية. لا بنحو الإختلاف جيد هذا هذا المختلف كذلك ينقسم الى قسمين وغير متشابه يعني لما في امتداد فينقسم ينقسم الى ما لا اذا العلم بالدليل هذا الدليل انه مجرد تابع لمحله. الناس مجردة في العلم مجرد قال والاستلزام التجرد صحة المعقولية المستلزمة لامكان المصاحبة نعم يعني اذا كان الناس مجردة فتقبل تقبل الصور نعم واذا كان العلم مجردا يقبل يقبل المعقولية اقول هذا دليل الحكم الثاني وهو ان كل مجرد عقل وتقريره ان كل مجرد فانه يصح ان يكون معقول بالضرورة. لماذا? لانه مجرب حالة جمعية لأنهم عندهم مبنى هوما الفلاسفة ما المانع من العلم ولا المادة لماذا نحن لا نعرف اسرار بانفسنا لانها لانها متعلق بالمادة المادة يعني غياب التجرد غياب النورانية غياب الاظاءة ولهذا حنا نرى لا نرى الاشياء انا اتحدى من يقول انا ارى الاشياء اذا لم ينعكس النور عليها اذا لم ينعكس النور عليها لا تراها. لماذا? لانها ما عندها قابلية التعقل. لان المادة هي المانعة. اذا كان الشيء مجردا فهو له الاولوية في ان يعقلوا فان يتعقل. يعني قابل ان يتعقل وقابل ان يتعقل اسم فاعل واسم مفعول نعم اقول هذا دليل الحكم الثاني وهو ان كل مجرد عقل بينا ان كل عقل مجرد لانه بين كل مجرد عقل. وتقريره انه كل مجرد فانه يصح ان يكون معقول بالظرورة قل لماذا؟ لأن المادة هي المانع او المادة غير موجودة في المجرد اذا العاقل عن العائق اذا العائق عن التعقل انما هو المادة لا غير هذا مبنى وكلما صح ان يكون معقولا وحده صح ان يكون مع معقول مع غيره وهو قطعي. يعني الذي يتعقل نفسه قد يتعقل لوازمه. نعم بالظرورة يتعقل لوازمه اذا آآ كل كل مجرد عقل نعم فاذا كل مجرد فانه يصح ان يقارن غيره فنقول هذه الصحة اما ان تتوقف على ثبوت مجرد في العقل او لا والأول محال لأن الثبوت في العقل نوع من المقارنة سيلزم توقف امكان الشيء على وقوعه وهو باطل بالضرورة والثاني هو المطلوب. لاحظت كيف يقول والاستلزام التجرد صحة المعقولية بيمه لمجرد قابل ان يعقل نفسه يعقل اه غيره. لماذا? لان المجرد اذا عقل نفسه يتعقل غيره لان هذا الذات ليس لوحدها. الذات مع لوا اه مع لوازمها. مثلا الامكان يتعقل الامكان للذات الفقر كثير من الامور الوحدة لهذه الذات نعم المعلولية لهذه الذات ولاستلزام التاجر وصحة المعقولية المستلزمة لإمكان المصاحبة ان كان المصاحبة يعني لوازم اخرى اا اا لا تفارقها تلازمها لا تنفك انا اعلم بنفسي واعلم بنفسي انها واحدة انها معلولة انها ممكنة لوازم متعددة اذا لمجرد قابل لي ان يعقل? نعم نعم اذ العائق عن التعاقد انما هو المادة لها غير هذا قلناه وكلما صح ان يكون معقولا وحده وصح ان يكون معقولا مع غيره وهو قطعي. قطعي يعني شهودي. ترى نفسك ترى وحدتك ترى امكانك ترى فقرك ترى معلوليتك فاذا كل مجرد فانه يصح ان يقارن غيره يعني يكون ملازما ذلك الشيء يقارنه يعني معه لا ينفك. فنقول هذه الصحة اما ان تتوقف على ثبوت المجرد في العقل اولى نعم الثبوت المجرد في العاقل اولى والأول محال الثبوت المجرد في العقل يعني بالعكس العاقل يثبت في المجرد والان محال لان الثبوت في العقل نوع من المقارنة فيلزم توقف توقف فيلزم توقفو ان كان شي على وقوعه وهو باطله بالضرر والثاني والمطلوب يعني ليس ثابت في في العقل وانما يلازمه وهذا الدليل عندي في غاية الضعف لان توقف امكان مقارنة المجرد للمعقول. للمعقول للصورة المعقولة على ثبوت مقارنة مجرد للعقل لا يقتضي توقف الامكان على الوقوع اذن ان كان هنا عائد الى مقارنة المعقول المعقول وهو غير وهو غيره وغيره والثبوت عائد الى مقارنة المعقول العقل وهي غير وهي غير فيلزم مدى ذكر من المحال. انا صدقوني ما فهمت العلامة الحالية اصلا كلام ما هو ليس علميا ليس علميا المحقق التونسي ماذا يقول ثبت ان كل عاقل مجرد. لماذا? لان هذا كل معقول او كل عقل يحل النفس اذا اثبتنا ان الناس ليست جسما ليست فيها امتداد حالة جماعية فتكون مجردة. الحال يكون مجرما  تعلمنا ان التعقل مجرد. الان لا كله مجرد عقل لمجرد يدرك نفسه اذا ادرك نفسه المحقق التونسي يقول في قاعدة لا يمكن ان تدرك الناس لوحدها. يجب ان تدرك مع معها شيء وهو المقارنة يعني اللازم. يعني الوحدة المخلوقية المحلولية. التشخص كثير من الامور تلف النفس تلازمها ولا تنفك عنها انظر هذه المقارنة ما معناه? يعني النفس خرجت من تعقلها لنفسها الى تعقلها لامر اخر اذا كل مجرد عاقل يعني يتعقل يعني يدرك كل مجرد يدرك وكل مدرك مجرد هكذا المحقق التونسي وهذا كلام في غاية الدقة والصحة. يقول فاذا كل مجرد فانه يصح يصح ان يقارن غيره من اللوازم. فنقول هذه الصحة اما ان تتوقف على ثبوت المجرد في العقل اولى والاول محال يعني المجرد لا يكون في العقل العقل يكون في المجرد والأول محال لأن الثبوت في العقل نوع من المقارنة فيلزم توقف امكان الشيء على وقوعه يعني الإمكان الإستعدادي والإمكان الإستعدادي في المجردات غير معقول ما عندنا امكان استعدادي في المجردات</w:t>
      </w:r>
    </w:p>
    <w:p>
      <w:r>
        <w:t>ان كان استعدادي فقط في الماديات وهو باطل بالضرورة. لماذا? لانه بامكان الاستعداد ليس موجود في الماديات. والثاني هو المطلوب يعني ما عنده آآ ما عنده امكان استعدادي. يعني التعقل حاضر عنده يكفي فقط انه يدرك ذاته يدرك اه هذا التعاقد يكون معه. يعني يدرك انه واحد انه مخلوق انه مشخص انه كذا وكذا من اللوازم. اذا ادراك الوحدة والمعلولية ادراك خارج الذات اذا كل مجرد يعقل يعقل غيره هنا على ما نحل يقول وهذا الدليل عندي الضعف لان التوقف ان كان مقارنة المجرد للمعقول للصور المعقولة على ثبوت مقارنة المتجرد للعقل لا يقتضي توقف الامكان على وقوعه. يعني الاعلام يقول ما نحتاج الى الامكان الاستعدادي حتى تثبت انت التجرؤ  لماذا? اذا الإمكان يعني ان كان استعدادي. هنا عائد الى مقارنة المعقول للمعقول وهو غير نحن وغيرنا اللي ما فهمت انا وغير غير ماذا نعم. والثبوت عائد الى مقارنة المعقول للعاقل نعم المعقول يعني الصور يعني الوحدة التشقص مع اللولية المخلوقية للعقل يعني النفس وهي غير يعني في ثنائية. فلا يلزم ما ذكر من المحال. لا يلزم. لماذا? لان انت لا تكتسب كمالا الى اذا كان عندك امكانا ان كان عندك كان امكان استعداد يعني قابلية استعدادية التي تستدعي المادة والنفس مجردة ما عندها قابلية استعدادية. اذا هذه التعقلات دائما حاضرة عندها يعني الى بعد ما تحتاج الى المادة يتعقل لوحده هذا هو برهان شيخ الرئيس نعم المسألة الثالثة والعشرون في احكام القدرة. انتهينا من العلم وهذا بحثنا الان في الفلسفة قلت لكم هذا مقدمات التجريد او شرح التجريد الى الالهيات هادي كلها الان تطورت تطور عجيب جدا العلم ليس هكذا لان العلم اه تطور كثير ولهذا في القوم المقدسة لا يدرسون هذا الامر. يبدأوا بالالهيات لكن معليش نحن استفدنا منه الكثير واذا وصلنا الى الالهيات وهي قريب ما بقي شيء هناك نستثمر الصحيح من هذه الدروس. الذي هو ليس بصحيح ينتمي الى تاريخ علم الكلام. لا نعرض له ولا نمسه. ولا نستخدمه نستخدم فقط ما ثبتت ثبت صحته المسألة الثالثة والعشرون في احكام القدرة. يعني المكنة القدرة يعني المكنة قال ومنها القدرة نعم من الكيفيات النفسانية القدرة لان القدرة في دائرة النفس. النفس تقدر على حمل الاثقال وعلى الدفع الاثقال وعلى الجري والمشي وكذا وتفارق الطبيعة ليس هي الطبيعة يعني القوة ليست هي الطبيعة الطبيعة اه كالبدن مثلا القوة ليس هي البدن. القوة هي كيف نفساني يعني حالة للنفس توظف البدل اذا كان في دائرة ماذا? الافعال المادية اما اذا كانت في الافعال الملكوتية اصلا لا تحتاج الى البدن ويفارق المزاج. المزاج قلنا اعتدال بين الرطوبة واليوبوسة والحرارة والبرودة بمقارنة الشعور يعني القدرة عندها شعور اما الطبيعة والمزاج ما عندهما شعور. شعور يعني الوعي والمغاير في التابع يعني المغاير في الفعل فعل ان القدرة غير فعل المزاج وفعل الطليعة اذا اختلاف اللازم يدل على اختلاف الملزوم نعم. اقول لما فرغ من البحث عن العلم شرع في البحث عن القدرة. واشار بقوله ومنها اي ومن الكيفية النفسانية. اه لانها صفة قائمة بذوات الانفس جيد. اذا القدرة كيف نفساني. واعلم ان الجسم من حيث هو غير مؤثر اه اعلم من الجسم من حيث هو غير مؤثر. قلنا الجسم لا يؤثر والا لتساوت الاجسام في ذلك. يعني اذا قلنا الجسم يؤثر تخيل مثلا انا بدني هو الذي اوجد الفعل. الكتابة مثلا الجسم عندو قدرة وهو الذي يكتب ليس النفس يعني ليس النفس بهذه القدرة ككيف نفس يعني جسمي انا يعني بدني كتب كل الاجسام متساوية هي الامتداد اذا يجب ان يصدر عنها كلها الكتابة لماذا? لان القاعدة الواحد لا يصدر عنه الا الواحد. هم رفضوها ولكن يطبقوها دائما لماذا? تقول وحدة الميلاد وحدة الملاك ما هو? وحدة الامتداد انا كتبت الامتداد. الزجاج هذا ممتد لماذا لا يكتب؟ لأن الملاك موجود لاحظت كيف? ولهذا يقول واعلم ان الجسم من حيث هو غير من حيث هو غير مؤثر جيدون اثر والا للتساوت في الاجسام في ذلك. يعني كل الاجسام يصدر منها آآ الاثر نفسه وانما يؤثر باعتبار صفة قائمة به. ما هي القدرة والصفة المؤثرة اما ان توفر مع الشعور يعني الوعي او بدون الشعور وعينك على كلا التقديرين اما ان يتشابه التأثير او يختلف فالأقسام اربعة احدها الصفة المقترنة بالشعور المتفقة في التأثير وهي القوة الفلكية يعني القوة الفلكية على النفوس الفلكية متشابهة في في التأثير والشعور الثاني المقترنة بالشعور المختلفة في التأثير. وهي القوة الحيوانية هذا ينام وهذا ياكل وهذا يشرب يعني القدرة التي يأتي البحث عن احكامها فالصفة الموفرة غير المقترنة بالشعور المتشابهة في التأثير وهي القوية القوى الطبيعية القوة الطبيعية يعني الاجسام كلها طبيعة كلها تحتاج الى حيز كلها لها ثقل كلها متساوية الرابع غير من المقترنة بالشعور المختلفة في التأثير وتسمى النفس النباتية اذا النفس فلكية نفس حيوانية ونفس اه وطبيعة قوة طبيعية ونفس نباتية اذا عرفت هذا فنقول القدرة مغايرة للطبيعة والمزاج اما الاول فلوجوب اقترانها بالشعور بخلاف الطبيعة. الطبيعة مادة ما عندها شعور اذا القدرة لا تكون في الطبيعة. واما الثاني يعني المزاج فلان المزاج كيفية متوسطة بين الحرارة والبرودة واللبوسة والرطوبة. فيكون من جنسها يعني القوة تكون من جنسها تكون رطوبة يبوس حرارة وبرودة او على الأقل اعتدال فتكون تابعة اعني تأثيره من جنس تأثيرها فهيكون تأثير واحد يعني الاثر يكون آآ باردا يابسا حارا وآآ آآ نعم وتكون الرطوبة يبوسة رطوبة حرارة موجودة يعني كل ما تراه في الكون حتى الانسان تصدر منه الا هذه الكيفيات الاربعة. هذا غير معقول فتكون تابعة تأثيره من جنس تأثيرهما يعني تأثير المزاج من جنس تأثير هذه الكيفيات. هنا قال الحرارة والبرودة فقط نعم لماذا? لان الحرارة والبرودة هي اه ملاك الحركة اما والرطوبة ملاك السكون. ولهذا جاء بالحرارة والبرودة فقط نعم فلان المزاج كيفية متوسطة بين الحرارة والبرودة يعني اعتدال كيفية متوسطة يعني اعتدال لا حرارة زائلة ولا برودة زائرة زايد فزائدا فيكون من جنسها يعني القدرة تكون من جنسها فتكون هذه القدرة تابعة يعني تأثير القدرة من جنس تأثير الحرارة والبرودة واما القدرة فان تأثيرها مضاد لتأثيرهما ولهذا اشار بقوله والمغاير في التابع نعم قد القوة انت تمنع حتى هذه الكيفيات تمنع حتى هذه الكيفيات من تأثيرها. معقوبة اذا القوة هذه ليست من صدق الطبيعة ولا سن من سلخ المزاج. قال مصححة للفعل بالنسبة ياتي ان شاء الله 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